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933" w:rsidRPr="009D0203" w:rsidRDefault="005F2ABC" w:rsidP="00105933">
      <w:pPr>
        <w:pStyle w:val="a5"/>
        <w:rPr>
          <w:sz w:val="22"/>
          <w:szCs w:val="22"/>
        </w:rPr>
      </w:pPr>
      <w:r>
        <w:rPr>
          <w:sz w:val="22"/>
          <w:szCs w:val="22"/>
        </w:rPr>
        <w:t>КОНТРАКТ</w:t>
      </w:r>
      <w:r w:rsidR="00105933" w:rsidRPr="009D0203">
        <w:rPr>
          <w:sz w:val="22"/>
          <w:szCs w:val="22"/>
        </w:rPr>
        <w:t xml:space="preserve"> № </w:t>
      </w:r>
      <w:r w:rsidR="000520B4">
        <w:rPr>
          <w:sz w:val="22"/>
          <w:szCs w:val="22"/>
        </w:rPr>
        <w:t>______</w:t>
      </w:r>
    </w:p>
    <w:p w:rsidR="00105933" w:rsidRPr="009D0203" w:rsidRDefault="00105933" w:rsidP="00105933">
      <w:pPr>
        <w:rPr>
          <w:sz w:val="22"/>
          <w:szCs w:val="22"/>
        </w:rPr>
      </w:pPr>
      <w:r w:rsidRPr="009D0203">
        <w:rPr>
          <w:sz w:val="22"/>
          <w:szCs w:val="22"/>
        </w:rPr>
        <w:t>г. Москва</w:t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Pr="009D0203">
        <w:rPr>
          <w:sz w:val="22"/>
          <w:szCs w:val="22"/>
        </w:rPr>
        <w:tab/>
      </w:r>
      <w:r w:rsidR="005376C9" w:rsidRPr="009D0203">
        <w:rPr>
          <w:sz w:val="22"/>
          <w:szCs w:val="22"/>
        </w:rPr>
        <w:t xml:space="preserve">   «___»  _________ 202</w:t>
      </w:r>
      <w:r w:rsidR="00DD39DD">
        <w:rPr>
          <w:sz w:val="22"/>
          <w:szCs w:val="22"/>
        </w:rPr>
        <w:t>6</w:t>
      </w:r>
      <w:r w:rsidR="005376C9" w:rsidRPr="009D0203">
        <w:rPr>
          <w:sz w:val="22"/>
          <w:szCs w:val="22"/>
        </w:rPr>
        <w:t xml:space="preserve"> г.</w:t>
      </w:r>
    </w:p>
    <w:p w:rsidR="006A080B" w:rsidRPr="009D0203" w:rsidRDefault="006A080B" w:rsidP="00105933">
      <w:pPr>
        <w:rPr>
          <w:sz w:val="22"/>
          <w:szCs w:val="22"/>
        </w:rPr>
      </w:pPr>
    </w:p>
    <w:p w:rsidR="00105933" w:rsidRPr="000B5515" w:rsidRDefault="006A080B" w:rsidP="000B5515">
      <w:pPr>
        <w:shd w:val="clear" w:color="auto" w:fill="FFFFFF"/>
        <w:jc w:val="both"/>
        <w:rPr>
          <w:color w:val="000000"/>
          <w:sz w:val="22"/>
          <w:szCs w:val="22"/>
        </w:rPr>
      </w:pPr>
      <w:r w:rsidRPr="00EA78F9">
        <w:rPr>
          <w:b/>
          <w:bCs/>
          <w:sz w:val="22"/>
          <w:szCs w:val="22"/>
          <w:highlight w:val="yellow"/>
        </w:rPr>
        <w:t>___________ (___________)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именуемое в дальнейшем «Поставщик», в </w:t>
      </w:r>
      <w:r w:rsidR="00105933" w:rsidRPr="00EA78F9">
        <w:rPr>
          <w:sz w:val="22"/>
          <w:szCs w:val="22"/>
          <w:highlight w:val="yellow"/>
        </w:rPr>
        <w:t>лице _______,</w:t>
      </w:r>
      <w:r w:rsidR="00105933" w:rsidRPr="009D0203">
        <w:rPr>
          <w:sz w:val="22"/>
          <w:szCs w:val="22"/>
        </w:rPr>
        <w:t xml:space="preserve"> действующего на основании </w:t>
      </w:r>
      <w:r w:rsidR="00705624" w:rsidRPr="00EA78F9">
        <w:rPr>
          <w:sz w:val="22"/>
          <w:szCs w:val="22"/>
          <w:highlight w:val="yellow"/>
        </w:rPr>
        <w:t>___________</w:t>
      </w:r>
      <w:r w:rsidR="00105933" w:rsidRPr="00EA78F9">
        <w:rPr>
          <w:sz w:val="22"/>
          <w:szCs w:val="22"/>
          <w:highlight w:val="yellow"/>
        </w:rPr>
        <w:t>,</w:t>
      </w:r>
      <w:r w:rsidR="00105933" w:rsidRPr="009D0203">
        <w:rPr>
          <w:sz w:val="22"/>
          <w:szCs w:val="22"/>
        </w:rPr>
        <w:t xml:space="preserve"> с одной стороны и </w:t>
      </w:r>
      <w:r w:rsidR="00105933" w:rsidRPr="009D0203">
        <w:rPr>
          <w:b/>
          <w:bCs/>
          <w:sz w:val="22"/>
          <w:szCs w:val="22"/>
        </w:rPr>
        <w:t>федеральное государственное бюджетное учреждение «</w:t>
      </w:r>
      <w:r w:rsidR="005F1BFA" w:rsidRPr="009D0203">
        <w:rPr>
          <w:b/>
          <w:bCs/>
          <w:sz w:val="22"/>
          <w:szCs w:val="22"/>
        </w:rPr>
        <w:t xml:space="preserve">Национальный </w:t>
      </w:r>
      <w:r w:rsidR="00105933" w:rsidRPr="009D0203">
        <w:rPr>
          <w:b/>
          <w:bCs/>
          <w:sz w:val="22"/>
          <w:szCs w:val="22"/>
        </w:rPr>
        <w:t xml:space="preserve">исследовательский </w:t>
      </w:r>
      <w:r w:rsidR="00942D5C" w:rsidRPr="009D0203">
        <w:rPr>
          <w:b/>
          <w:bCs/>
          <w:sz w:val="22"/>
          <w:szCs w:val="22"/>
        </w:rPr>
        <w:t>центр</w:t>
      </w:r>
      <w:r w:rsidR="00105933" w:rsidRPr="009D0203">
        <w:rPr>
          <w:b/>
          <w:bCs/>
          <w:sz w:val="22"/>
          <w:szCs w:val="22"/>
        </w:rPr>
        <w:t xml:space="preserve"> эпидемиологии и микробиологии имени почетного академика Н.Ф. Гамалеи» Министерства здравоохранения Российской Федерации (</w:t>
      </w:r>
      <w:r w:rsidR="00105933" w:rsidRPr="009D0203">
        <w:rPr>
          <w:b/>
          <w:sz w:val="22"/>
          <w:szCs w:val="22"/>
        </w:rPr>
        <w:t>ФГБУ «</w:t>
      </w:r>
      <w:r w:rsidR="00740F01" w:rsidRPr="009D0203">
        <w:rPr>
          <w:b/>
          <w:sz w:val="22"/>
          <w:szCs w:val="22"/>
        </w:rPr>
        <w:t>НИЦЭМ</w:t>
      </w:r>
      <w:r w:rsidR="00105933" w:rsidRPr="009D0203">
        <w:rPr>
          <w:b/>
          <w:sz w:val="22"/>
          <w:szCs w:val="22"/>
        </w:rPr>
        <w:t xml:space="preserve"> им.  Н.Ф. Гамалеи» Минздрава России</w:t>
      </w:r>
      <w:r w:rsidR="00105933" w:rsidRPr="009D0203">
        <w:rPr>
          <w:b/>
          <w:bCs/>
          <w:sz w:val="22"/>
          <w:szCs w:val="22"/>
        </w:rPr>
        <w:t>)</w:t>
      </w:r>
      <w:r w:rsidR="00105933" w:rsidRPr="009D0203">
        <w:rPr>
          <w:sz w:val="22"/>
          <w:szCs w:val="22"/>
        </w:rPr>
        <w:t>, именуемое в дальнейшем</w:t>
      </w:r>
      <w:r w:rsidR="00105933" w:rsidRPr="009D0203">
        <w:rPr>
          <w:b/>
          <w:bCs/>
          <w:sz w:val="22"/>
          <w:szCs w:val="22"/>
        </w:rPr>
        <w:t xml:space="preserve"> </w:t>
      </w:r>
      <w:r w:rsidR="00105933" w:rsidRPr="009D0203">
        <w:rPr>
          <w:sz w:val="22"/>
          <w:szCs w:val="22"/>
        </w:rPr>
        <w:t xml:space="preserve">«Заказчик», </w:t>
      </w:r>
      <w:r w:rsidR="00DD39DD" w:rsidRPr="00DD39DD">
        <w:rPr>
          <w:sz w:val="22"/>
          <w:szCs w:val="22"/>
        </w:rPr>
        <w:t xml:space="preserve">в лице </w:t>
      </w:r>
      <w:r w:rsidR="00874379">
        <w:rPr>
          <w:sz w:val="22"/>
          <w:szCs w:val="22"/>
        </w:rPr>
        <w:t>Ди</w:t>
      </w:r>
      <w:r w:rsidR="00DD39DD" w:rsidRPr="00DD39DD">
        <w:rPr>
          <w:sz w:val="22"/>
          <w:szCs w:val="22"/>
        </w:rPr>
        <w:t xml:space="preserve">ректора </w:t>
      </w:r>
      <w:r w:rsidR="00874379">
        <w:rPr>
          <w:sz w:val="22"/>
          <w:szCs w:val="22"/>
        </w:rPr>
        <w:t>Логунова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Дениса</w:t>
      </w:r>
      <w:r w:rsidR="00DD39DD" w:rsidRPr="00DD39DD">
        <w:rPr>
          <w:sz w:val="22"/>
          <w:szCs w:val="22"/>
        </w:rPr>
        <w:t xml:space="preserve"> </w:t>
      </w:r>
      <w:r w:rsidR="00874379">
        <w:rPr>
          <w:sz w:val="22"/>
          <w:szCs w:val="22"/>
        </w:rPr>
        <w:t>Юрьевича</w:t>
      </w:r>
      <w:r w:rsidR="00DD39DD" w:rsidRPr="00DD39DD">
        <w:rPr>
          <w:sz w:val="22"/>
          <w:szCs w:val="22"/>
        </w:rPr>
        <w:t xml:space="preserve">, </w:t>
      </w:r>
      <w:r w:rsidR="00874379">
        <w:rPr>
          <w:sz w:val="22"/>
          <w:szCs w:val="22"/>
        </w:rPr>
        <w:t xml:space="preserve"> </w:t>
      </w:r>
      <w:r w:rsidR="00DD39DD" w:rsidRPr="00DD39DD">
        <w:rPr>
          <w:sz w:val="22"/>
          <w:szCs w:val="22"/>
        </w:rPr>
        <w:t xml:space="preserve">действующего на основании </w:t>
      </w:r>
      <w:r w:rsidR="00874379">
        <w:rPr>
          <w:sz w:val="22"/>
          <w:szCs w:val="22"/>
        </w:rPr>
        <w:t>Устава</w:t>
      </w:r>
      <w:r w:rsidR="00105933" w:rsidRPr="009D0203">
        <w:rPr>
          <w:sz w:val="22"/>
          <w:szCs w:val="22"/>
        </w:rPr>
        <w:t>, с другой стороны, вместе именуемые «Стороны»,</w:t>
      </w:r>
      <w:r w:rsidR="000B5515" w:rsidRPr="000B5515">
        <w:rPr>
          <w:color w:val="000000"/>
          <w:sz w:val="22"/>
          <w:szCs w:val="22"/>
        </w:rPr>
        <w:t xml:space="preserve"> </w:t>
      </w:r>
      <w:r w:rsidR="000B5515" w:rsidRPr="00766793">
        <w:rPr>
          <w:color w:val="000000"/>
          <w:sz w:val="22"/>
          <w:szCs w:val="22"/>
        </w:rPr>
        <w:t>на основании</w:t>
      </w:r>
      <w:r w:rsidR="000B5515">
        <w:rPr>
          <w:color w:val="000000"/>
          <w:sz w:val="22"/>
          <w:szCs w:val="22"/>
        </w:rPr>
        <w:t xml:space="preserve"> </w:t>
      </w:r>
      <w:r w:rsidR="000B5515" w:rsidRPr="00B53F20">
        <w:rPr>
          <w:color w:val="000000"/>
          <w:sz w:val="22"/>
          <w:szCs w:val="22"/>
        </w:rPr>
        <w:t>п. </w:t>
      </w:r>
      <w:r w:rsidR="000B5515" w:rsidRPr="00B53F20">
        <w:rPr>
          <w:bCs/>
          <w:color w:val="000000"/>
          <w:sz w:val="22"/>
          <w:szCs w:val="22"/>
        </w:rPr>
        <w:t>4</w:t>
      </w:r>
      <w:r w:rsidR="000B5515" w:rsidRPr="00B53F20">
        <w:rPr>
          <w:color w:val="000000"/>
          <w:sz w:val="22"/>
          <w:szCs w:val="22"/>
        </w:rPr>
        <w:t> ч. </w:t>
      </w:r>
      <w:r w:rsidR="000B5515" w:rsidRPr="00B53F20">
        <w:rPr>
          <w:bCs/>
          <w:color w:val="000000"/>
          <w:sz w:val="22"/>
          <w:szCs w:val="22"/>
        </w:rPr>
        <w:t>1</w:t>
      </w:r>
      <w:r w:rsidR="000B5515" w:rsidRPr="00B53F20">
        <w:rPr>
          <w:color w:val="000000"/>
          <w:sz w:val="22"/>
          <w:szCs w:val="22"/>
        </w:rPr>
        <w:t> ст. </w:t>
      </w:r>
      <w:r w:rsidR="000B5515" w:rsidRPr="00B53F20">
        <w:rPr>
          <w:bCs/>
          <w:color w:val="000000"/>
          <w:sz w:val="22"/>
          <w:szCs w:val="22"/>
        </w:rPr>
        <w:t>93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Федерального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закона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от</w:t>
      </w:r>
      <w:r w:rsidR="000B5515" w:rsidRPr="00B53F20">
        <w:rPr>
          <w:color w:val="000000"/>
          <w:sz w:val="22"/>
          <w:szCs w:val="22"/>
        </w:rPr>
        <w:t> </w:t>
      </w:r>
      <w:r w:rsidR="000B5515" w:rsidRPr="00B53F20">
        <w:rPr>
          <w:bCs/>
          <w:color w:val="000000"/>
          <w:sz w:val="22"/>
          <w:szCs w:val="22"/>
        </w:rPr>
        <w:t>05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04</w:t>
      </w:r>
      <w:r w:rsidR="000B5515" w:rsidRPr="00B53F20">
        <w:rPr>
          <w:color w:val="000000"/>
          <w:sz w:val="22"/>
          <w:szCs w:val="22"/>
        </w:rPr>
        <w:t>.</w:t>
      </w:r>
      <w:r w:rsidR="000B5515" w:rsidRPr="00B53F20">
        <w:rPr>
          <w:bCs/>
          <w:color w:val="000000"/>
          <w:sz w:val="22"/>
          <w:szCs w:val="22"/>
        </w:rPr>
        <w:t>2013</w:t>
      </w:r>
      <w:r w:rsidR="000B5515" w:rsidRPr="00B53F20">
        <w:rPr>
          <w:color w:val="000000"/>
          <w:sz w:val="22"/>
          <w:szCs w:val="22"/>
        </w:rPr>
        <w:t> № </w:t>
      </w:r>
      <w:r w:rsidR="000B5515" w:rsidRPr="00B53F20">
        <w:rPr>
          <w:bCs/>
          <w:color w:val="000000"/>
          <w:sz w:val="22"/>
          <w:szCs w:val="22"/>
        </w:rPr>
        <w:t>44</w:t>
      </w:r>
      <w:r w:rsidR="000B5515" w:rsidRPr="00B53F20">
        <w:rPr>
          <w:color w:val="000000"/>
          <w:sz w:val="22"/>
          <w:szCs w:val="22"/>
        </w:rPr>
        <w:t>-</w:t>
      </w:r>
      <w:r w:rsidR="000B5515" w:rsidRPr="00B53F20">
        <w:rPr>
          <w:bCs/>
          <w:color w:val="000000"/>
          <w:sz w:val="22"/>
          <w:szCs w:val="22"/>
        </w:rPr>
        <w:t>ФЗ</w:t>
      </w:r>
      <w:r w:rsidR="000B5515" w:rsidRPr="00A17DBB">
        <w:rPr>
          <w:color w:val="000000"/>
          <w:sz w:val="22"/>
          <w:szCs w:val="22"/>
        </w:rPr>
        <w:t> «О контрактной системе в сфере закупок товаров, работ, услуг для обеспечения государственных и муниципальных нужд»</w:t>
      </w:r>
      <w:r w:rsidR="000B5515">
        <w:rPr>
          <w:color w:val="000000"/>
          <w:sz w:val="22"/>
          <w:szCs w:val="22"/>
        </w:rPr>
        <w:t xml:space="preserve">, заключили настоящий </w:t>
      </w:r>
      <w:r w:rsidR="005F2ABC">
        <w:rPr>
          <w:color w:val="000000"/>
          <w:sz w:val="22"/>
          <w:szCs w:val="22"/>
        </w:rPr>
        <w:t>Контракт</w:t>
      </w:r>
      <w:r w:rsidR="000B5515">
        <w:rPr>
          <w:color w:val="000000"/>
          <w:sz w:val="22"/>
          <w:szCs w:val="22"/>
        </w:rPr>
        <w:t xml:space="preserve"> о нижеследующем:</w:t>
      </w:r>
    </w:p>
    <w:p w:rsidR="00105933" w:rsidRPr="009D0203" w:rsidRDefault="00105933" w:rsidP="00105933">
      <w:pPr>
        <w:jc w:val="center"/>
        <w:rPr>
          <w:b/>
          <w:bCs/>
          <w:sz w:val="22"/>
          <w:szCs w:val="22"/>
        </w:rPr>
      </w:pPr>
    </w:p>
    <w:p w:rsidR="00105933" w:rsidRPr="009D0203" w:rsidRDefault="00105933" w:rsidP="009C1595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 xml:space="preserve">1. ПРЕДМЕТ </w:t>
      </w:r>
      <w:r w:rsidR="005F2ABC">
        <w:rPr>
          <w:b/>
          <w:bCs/>
          <w:sz w:val="22"/>
          <w:szCs w:val="22"/>
        </w:rPr>
        <w:t>КОНТРАКТ</w:t>
      </w:r>
      <w:r w:rsidRPr="009D0203">
        <w:rPr>
          <w:b/>
          <w:bCs/>
          <w:sz w:val="22"/>
          <w:szCs w:val="22"/>
        </w:rPr>
        <w:t>А</w:t>
      </w:r>
    </w:p>
    <w:p w:rsidR="00105933" w:rsidRPr="009D0203" w:rsidRDefault="00105933" w:rsidP="00105933">
      <w:pPr>
        <w:jc w:val="both"/>
        <w:rPr>
          <w:b/>
          <w:bCs/>
          <w:sz w:val="22"/>
          <w:szCs w:val="22"/>
        </w:rPr>
      </w:pPr>
      <w:r w:rsidRPr="009D0203">
        <w:rPr>
          <w:sz w:val="22"/>
          <w:szCs w:val="22"/>
        </w:rPr>
        <w:t>1.1. Поставщик обязуется передать в собственность, а Заказчик принять и оплатить</w:t>
      </w:r>
      <w:r w:rsidRPr="009D0203">
        <w:rPr>
          <w:b/>
          <w:bCs/>
          <w:color w:val="000000"/>
          <w:sz w:val="22"/>
          <w:szCs w:val="22"/>
        </w:rPr>
        <w:t xml:space="preserve"> </w:t>
      </w:r>
      <w:r w:rsidR="00D36A4F">
        <w:rPr>
          <w:b/>
          <w:bCs/>
          <w:color w:val="000000"/>
          <w:sz w:val="22"/>
          <w:szCs w:val="22"/>
        </w:rPr>
        <w:t xml:space="preserve"> </w:t>
      </w:r>
      <w:r w:rsidR="00FD4DF3">
        <w:rPr>
          <w:bCs/>
          <w:color w:val="000000"/>
          <w:sz w:val="22"/>
          <w:szCs w:val="22"/>
        </w:rPr>
        <w:t>лабораторные расходные</w:t>
      </w:r>
      <w:r w:rsidR="00FD4DF3" w:rsidRPr="00FD4DF3">
        <w:rPr>
          <w:bCs/>
          <w:color w:val="000000"/>
          <w:sz w:val="22"/>
          <w:szCs w:val="22"/>
        </w:rPr>
        <w:t xml:space="preserve"> материал</w:t>
      </w:r>
      <w:r w:rsidR="00FD4DF3">
        <w:rPr>
          <w:bCs/>
          <w:color w:val="000000"/>
          <w:sz w:val="22"/>
          <w:szCs w:val="22"/>
        </w:rPr>
        <w:t>ы</w:t>
      </w:r>
      <w:r w:rsidRPr="00AD6FA2">
        <w:rPr>
          <w:sz w:val="22"/>
          <w:szCs w:val="22"/>
        </w:rPr>
        <w:t>,</w:t>
      </w:r>
      <w:r w:rsidRPr="001A3B32">
        <w:rPr>
          <w:sz w:val="22"/>
          <w:szCs w:val="22"/>
        </w:rPr>
        <w:t xml:space="preserve"> далее</w:t>
      </w:r>
      <w:r w:rsidRPr="009D0203">
        <w:rPr>
          <w:sz w:val="22"/>
          <w:szCs w:val="22"/>
        </w:rPr>
        <w:t xml:space="preserve"> именуемый Товар по цене, в количестве, ассортименте, указанном в спецификации (приложение №1), которая является неотъемлемой частью настоящего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 Товар предоставляется Заказчику свободным от прав третьих лиц.</w:t>
      </w:r>
    </w:p>
    <w:p w:rsidR="00EA78F9" w:rsidRDefault="00EA78F9" w:rsidP="0068042D">
      <w:pPr>
        <w:jc w:val="both"/>
        <w:rPr>
          <w:sz w:val="22"/>
          <w:szCs w:val="22"/>
        </w:rPr>
      </w:pPr>
      <w:r w:rsidRPr="00EA78F9">
        <w:rPr>
          <w:sz w:val="22"/>
          <w:szCs w:val="22"/>
        </w:rPr>
        <w:t>1.</w:t>
      </w:r>
      <w:r w:rsidRPr="00EA78F9">
        <w:rPr>
          <w:sz w:val="22"/>
          <w:szCs w:val="22"/>
          <w:highlight w:val="yellow"/>
        </w:rPr>
        <w:t>2. Цена Товара составляет ___________ (__________ рублей __ копеек), в т.ч. НДС ___: ___________ (__________ рублей __ копеек).</w:t>
      </w:r>
    </w:p>
    <w:p w:rsidR="0068042D" w:rsidRPr="009D0203" w:rsidRDefault="00B92E6B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1.3. В цену Товара включены: </w:t>
      </w:r>
      <w:r w:rsidR="0068042D" w:rsidRPr="009D0203">
        <w:rPr>
          <w:sz w:val="22"/>
          <w:szCs w:val="22"/>
        </w:rPr>
        <w:t xml:space="preserve">стоимость Товара, расходы на доставку Товара до склада по адресу Заказчика, разгрузку Товара, страхование, уплату таможенных пошлин, налогов, сборов и других обязательных платежей, а так же все иные расходы Поставщика, связанные  с исполнением  </w:t>
      </w:r>
      <w:r w:rsidR="005F2ABC">
        <w:rPr>
          <w:color w:val="000000"/>
          <w:sz w:val="22"/>
          <w:szCs w:val="22"/>
        </w:rPr>
        <w:t>Контракт</w:t>
      </w:r>
      <w:r w:rsidR="0068042D" w:rsidRPr="009D0203">
        <w:rPr>
          <w:color w:val="000000"/>
          <w:sz w:val="22"/>
          <w:szCs w:val="22"/>
        </w:rPr>
        <w:t>а</w:t>
      </w:r>
      <w:r w:rsidR="0068042D" w:rsidRPr="009D0203">
        <w:rPr>
          <w:sz w:val="22"/>
          <w:szCs w:val="22"/>
        </w:rPr>
        <w:t xml:space="preserve">.   </w:t>
      </w:r>
    </w:p>
    <w:p w:rsidR="00B92E6B" w:rsidRPr="009D0203" w:rsidRDefault="0068042D" w:rsidP="0068042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1.4. Цена </w:t>
      </w:r>
      <w:r w:rsidR="005F2ABC">
        <w:rPr>
          <w:sz w:val="22"/>
          <w:szCs w:val="22"/>
        </w:rPr>
        <w:t>Контракт</w:t>
      </w:r>
      <w:r w:rsidR="004425EE" w:rsidRPr="009D0203">
        <w:rPr>
          <w:sz w:val="22"/>
          <w:szCs w:val="22"/>
        </w:rPr>
        <w:t>а</w:t>
      </w:r>
      <w:r w:rsidRPr="009D0203">
        <w:rPr>
          <w:sz w:val="22"/>
          <w:szCs w:val="22"/>
        </w:rPr>
        <w:t xml:space="preserve"> является твердой и определяется на весь срок исполнения </w:t>
      </w:r>
      <w:r w:rsidR="005F2ABC">
        <w:rPr>
          <w:color w:val="000000"/>
          <w:sz w:val="22"/>
          <w:szCs w:val="22"/>
        </w:rPr>
        <w:t>Контракт</w:t>
      </w:r>
      <w:r w:rsidRPr="009D0203">
        <w:rPr>
          <w:color w:val="000000"/>
          <w:sz w:val="22"/>
          <w:szCs w:val="22"/>
        </w:rPr>
        <w:t>а</w:t>
      </w:r>
      <w:r w:rsidRPr="009D0203">
        <w:rPr>
          <w:sz w:val="22"/>
          <w:szCs w:val="22"/>
        </w:rPr>
        <w:t>.</w:t>
      </w:r>
      <w:r w:rsidR="00B92E6B" w:rsidRPr="009D0203">
        <w:rPr>
          <w:sz w:val="22"/>
          <w:szCs w:val="22"/>
        </w:rPr>
        <w:t xml:space="preserve"> </w:t>
      </w:r>
    </w:p>
    <w:p w:rsidR="00B92E6B" w:rsidRPr="009D0203" w:rsidRDefault="00B92E6B" w:rsidP="00B92E6B">
      <w:pPr>
        <w:ind w:firstLine="600"/>
        <w:jc w:val="center"/>
        <w:rPr>
          <w:color w:val="000000"/>
          <w:sz w:val="22"/>
          <w:szCs w:val="22"/>
        </w:rPr>
      </w:pPr>
    </w:p>
    <w:p w:rsidR="00B92E6B" w:rsidRPr="009D0203" w:rsidRDefault="00B92E6B" w:rsidP="00B92E6B">
      <w:pPr>
        <w:ind w:firstLine="600"/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2. КАЧЕСТВО ПРОДУКЦИИ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2.1. Качество поставляемого Товара должно соответствовать действующей нормативно-технической документации ГОСТам (ТУ) (при наличии) в момент исполнения и удостоверятся соответствующими документами, которые передаются Заказчику вместе с Товаром.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 Поставляемый Товар должен быть с надлежащим образом нанесенной маркировкой, позволяющей идентифицировать его и проверить на соответствие заключенному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у.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отсутствии на Товаре маркировки на русском языке Поставщик обязан вместе с Товаром </w:t>
      </w:r>
      <w:r w:rsidR="00880543">
        <w:rPr>
          <w:sz w:val="22"/>
          <w:szCs w:val="22"/>
        </w:rPr>
        <w:t>предоставить Заказчику надлежащи</w:t>
      </w:r>
      <w:r>
        <w:rPr>
          <w:sz w:val="22"/>
          <w:szCs w:val="22"/>
        </w:rPr>
        <w:t xml:space="preserve">м образом заверенный документ, позволяющий идентифицировать и сопоставить наименование, указанное на этикетке Товара с наименованием товара, указанным в спецификации </w:t>
      </w:r>
      <w:r w:rsidR="005F2ABC">
        <w:rPr>
          <w:sz w:val="22"/>
          <w:szCs w:val="22"/>
        </w:rPr>
        <w:t>Контракт</w:t>
      </w:r>
      <w:r>
        <w:rPr>
          <w:sz w:val="22"/>
          <w:szCs w:val="22"/>
        </w:rPr>
        <w:t xml:space="preserve">а и товаросопроводительных документах. </w:t>
      </w:r>
    </w:p>
    <w:p w:rsidR="00B6631E" w:rsidRDefault="00B6631E" w:rsidP="00B6631E">
      <w:pPr>
        <w:jc w:val="both"/>
        <w:rPr>
          <w:sz w:val="22"/>
          <w:szCs w:val="22"/>
        </w:rPr>
      </w:pPr>
      <w:r>
        <w:rPr>
          <w:sz w:val="22"/>
          <w:szCs w:val="22"/>
        </w:rPr>
        <w:t>Маркировка на товаре должна иметь информацию о сроке годности и номере партии/производственной серии/лоте и т.д. (если применимо). При отсутствии срока годности на Товар поставка должна сопровождаться надлежащем образом заверенными подтверждающими документами.</w:t>
      </w:r>
    </w:p>
    <w:p w:rsidR="00E6752A" w:rsidRDefault="00E6752A" w:rsidP="00B92E6B">
      <w:pPr>
        <w:jc w:val="center"/>
        <w:rPr>
          <w:b/>
          <w:bCs/>
          <w:sz w:val="22"/>
          <w:szCs w:val="22"/>
        </w:rPr>
      </w:pPr>
    </w:p>
    <w:p w:rsidR="00B92E6B" w:rsidRPr="009D0203" w:rsidRDefault="00B92E6B" w:rsidP="00B92E6B">
      <w:pPr>
        <w:jc w:val="center"/>
        <w:rPr>
          <w:b/>
          <w:bCs/>
          <w:sz w:val="22"/>
          <w:szCs w:val="22"/>
        </w:rPr>
      </w:pPr>
      <w:r w:rsidRPr="009D0203">
        <w:rPr>
          <w:b/>
          <w:bCs/>
          <w:sz w:val="22"/>
          <w:szCs w:val="22"/>
        </w:rPr>
        <w:t>3. ПОРЯДОК ИСПОЛНЕНИЯ СТОРОНАМИ ОБЯЗАТЕЛЬСТВ</w:t>
      </w:r>
    </w:p>
    <w:p w:rsidR="000B5515" w:rsidRDefault="000B5515" w:rsidP="000B5515">
      <w:pPr>
        <w:jc w:val="both"/>
        <w:rPr>
          <w:sz w:val="22"/>
          <w:szCs w:val="22"/>
        </w:rPr>
      </w:pPr>
      <w:r w:rsidRPr="00CC271E">
        <w:rPr>
          <w:sz w:val="22"/>
          <w:szCs w:val="22"/>
        </w:rPr>
        <w:t xml:space="preserve">3.1. </w:t>
      </w:r>
      <w:r w:rsidR="00942B10" w:rsidRPr="00942B10">
        <w:rPr>
          <w:sz w:val="22"/>
          <w:szCs w:val="22"/>
        </w:rPr>
        <w:t xml:space="preserve">Поставщик обязуется передать Товар в </w:t>
      </w:r>
      <w:r w:rsidR="00942B10" w:rsidRPr="00EA16C1">
        <w:rPr>
          <w:sz w:val="22"/>
          <w:szCs w:val="22"/>
        </w:rPr>
        <w:t xml:space="preserve">течение </w:t>
      </w:r>
      <w:r w:rsidR="00EA16C1" w:rsidRPr="00EA16C1">
        <w:rPr>
          <w:sz w:val="22"/>
          <w:szCs w:val="22"/>
        </w:rPr>
        <w:t>5</w:t>
      </w:r>
      <w:r w:rsidR="00C405AE" w:rsidRPr="00EA16C1">
        <w:rPr>
          <w:sz w:val="22"/>
          <w:szCs w:val="22"/>
        </w:rPr>
        <w:t xml:space="preserve"> календарных </w:t>
      </w:r>
      <w:r w:rsidR="00942B10" w:rsidRPr="00EA16C1">
        <w:rPr>
          <w:sz w:val="22"/>
          <w:szCs w:val="22"/>
        </w:rPr>
        <w:t xml:space="preserve">дней </w:t>
      </w:r>
      <w:r w:rsidR="003350FA" w:rsidRPr="00EA16C1">
        <w:rPr>
          <w:sz w:val="22"/>
          <w:szCs w:val="22"/>
        </w:rPr>
        <w:t>с</w:t>
      </w:r>
      <w:r w:rsidR="003350FA" w:rsidRPr="00996A0C">
        <w:rPr>
          <w:sz w:val="22"/>
          <w:szCs w:val="22"/>
        </w:rPr>
        <w:t xml:space="preserve"> момента</w:t>
      </w:r>
      <w:r w:rsidR="003350FA" w:rsidRPr="003350FA">
        <w:rPr>
          <w:sz w:val="22"/>
          <w:szCs w:val="22"/>
        </w:rPr>
        <w:t xml:space="preserve"> </w:t>
      </w:r>
      <w:r w:rsidR="00EA16C1">
        <w:rPr>
          <w:sz w:val="22"/>
          <w:szCs w:val="22"/>
        </w:rPr>
        <w:t>подачи заявки Заказчиком</w:t>
      </w:r>
      <w:r w:rsidRPr="00CC271E">
        <w:rPr>
          <w:sz w:val="22"/>
          <w:szCs w:val="22"/>
        </w:rPr>
        <w:t>. О готовности товара к отгрузке Поставщик уведомляет Покупателя не менее чем за 3 (три) рабочих дня в письменной форме по электронной почте sklad@medgamal.ru; a.hrisanfova@medgamal.ru. kurganskiy@medg</w:t>
      </w:r>
      <w:r w:rsidR="00DA7001">
        <w:rPr>
          <w:sz w:val="22"/>
          <w:szCs w:val="22"/>
        </w:rPr>
        <w:t xml:space="preserve">amal.ru, </w:t>
      </w:r>
      <w:hyperlink r:id="rId8" w:history="1">
        <w:r w:rsidR="00DA7001" w:rsidRPr="00717C71">
          <w:rPr>
            <w:rStyle w:val="ac"/>
            <w:sz w:val="22"/>
            <w:szCs w:val="22"/>
          </w:rPr>
          <w:t>kosonogova@medgamal.ru</w:t>
        </w:r>
      </w:hyperlink>
      <w:r w:rsidRPr="00CC271E">
        <w:rPr>
          <w:sz w:val="22"/>
          <w:szCs w:val="22"/>
        </w:rPr>
        <w:t>;</w:t>
      </w:r>
      <w:r w:rsidR="00DA7001">
        <w:rPr>
          <w:sz w:val="22"/>
          <w:szCs w:val="22"/>
        </w:rPr>
        <w:t xml:space="preserve"> </w:t>
      </w:r>
      <w:r w:rsidRPr="00CC271E">
        <w:rPr>
          <w:sz w:val="22"/>
          <w:szCs w:val="22"/>
        </w:rPr>
        <w:t>и по номерам телефонов склада: 8 (499) 190-44-60; 8 (499) 190-57-11.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3.2. </w:t>
      </w:r>
      <w:r w:rsidR="005F52D0" w:rsidRPr="009D0203">
        <w:rPr>
          <w:sz w:val="22"/>
          <w:szCs w:val="22"/>
        </w:rPr>
        <w:t xml:space="preserve">Поставка Товара производится Поставщиком </w:t>
      </w:r>
      <w:bookmarkStart w:id="0" w:name="OLE_LINK111"/>
      <w:bookmarkStart w:id="1" w:name="OLE_LINK112"/>
      <w:bookmarkStart w:id="2" w:name="OLE_LINK113"/>
      <w:r w:rsidR="005F52D0" w:rsidRPr="009D0203">
        <w:rPr>
          <w:sz w:val="22"/>
          <w:szCs w:val="22"/>
        </w:rPr>
        <w:t xml:space="preserve">на склад Заказчика по адресу: </w:t>
      </w:r>
      <w:smartTag w:uri="urn:schemas-microsoft-com:office:smarttags" w:element="metricconverter">
        <w:smartTagPr>
          <w:attr w:name="ProductID" w:val="123098, г"/>
        </w:smartTagPr>
        <w:r w:rsidR="005F52D0" w:rsidRPr="009D0203">
          <w:rPr>
            <w:sz w:val="22"/>
            <w:szCs w:val="22"/>
          </w:rPr>
          <w:t>123098, г</w:t>
        </w:r>
      </w:smartTag>
      <w:r w:rsidR="005F52D0" w:rsidRPr="009D0203">
        <w:rPr>
          <w:sz w:val="22"/>
          <w:szCs w:val="22"/>
        </w:rPr>
        <w:t>. Москва, ул. Гамалеи, д. 18</w:t>
      </w:r>
      <w:bookmarkEnd w:id="0"/>
      <w:bookmarkEnd w:id="1"/>
      <w:bookmarkEnd w:id="2"/>
      <w:r w:rsidR="005F52D0" w:rsidRPr="009D0203">
        <w:rPr>
          <w:sz w:val="22"/>
          <w:szCs w:val="22"/>
        </w:rPr>
        <w:t>, в рабочий день Заказчика, с 10 часов 00 минут до 16 часов 00 минут.</w:t>
      </w:r>
      <w:r w:rsidRPr="009D0203">
        <w:rPr>
          <w:sz w:val="22"/>
          <w:szCs w:val="22"/>
        </w:rPr>
        <w:t xml:space="preserve">  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3.3. </w:t>
      </w:r>
      <w:r w:rsidRPr="009D0203">
        <w:rPr>
          <w:sz w:val="22"/>
          <w:szCs w:val="22"/>
        </w:rPr>
        <w:t xml:space="preserve">Приемка поставляемого Товара, на соответствие его количества, комплектности и качества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 xml:space="preserve">е, осуществляется комиссией Заказчика. Для проверки соответствия качества поставляемого Товара требованиям, установленным настоящим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ом Заказчик вправе привлекать независимых экспертов.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3.4. </w:t>
      </w:r>
      <w:r w:rsidRPr="009D0203">
        <w:rPr>
          <w:sz w:val="22"/>
          <w:szCs w:val="22"/>
        </w:rPr>
        <w:t xml:space="preserve">При обнаружении несоответствия количества, комплектности и качества поставляемого Товара требованиям, установленным в настоящем </w:t>
      </w:r>
      <w:r w:rsidR="005F2ABC">
        <w:rPr>
          <w:sz w:val="22"/>
          <w:szCs w:val="22"/>
        </w:rPr>
        <w:t>Контракт</w:t>
      </w:r>
      <w:r w:rsidRPr="009D0203">
        <w:rPr>
          <w:sz w:val="22"/>
          <w:szCs w:val="22"/>
        </w:rPr>
        <w:t>е, Товар возвращается Поставщику, а так же это  служит основанием для отказа в приемке Товара.</w:t>
      </w:r>
    </w:p>
    <w:p w:rsidR="00B92E6B" w:rsidRPr="009D0203" w:rsidRDefault="00B92E6B" w:rsidP="00B92E6B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3.5. Отгрузка Товара производится транспортом Поставщика. </w:t>
      </w:r>
    </w:p>
    <w:p w:rsidR="00B92E6B" w:rsidRPr="009D0203" w:rsidRDefault="00B92E6B" w:rsidP="00B92E6B">
      <w:pPr>
        <w:jc w:val="both"/>
        <w:rPr>
          <w:color w:val="000000"/>
          <w:sz w:val="22"/>
          <w:szCs w:val="22"/>
        </w:rPr>
      </w:pPr>
      <w:r w:rsidRPr="009D0203">
        <w:rPr>
          <w:sz w:val="22"/>
          <w:szCs w:val="22"/>
        </w:rPr>
        <w:lastRenderedPageBreak/>
        <w:t xml:space="preserve">3.6. </w:t>
      </w:r>
      <w:r w:rsidRPr="009D0203">
        <w:rPr>
          <w:color w:val="000000"/>
          <w:sz w:val="22"/>
          <w:szCs w:val="22"/>
        </w:rPr>
        <w:t xml:space="preserve">Разгрузочно-погрузочные работы обеспечивает </w:t>
      </w:r>
      <w:r w:rsidRPr="009D0203">
        <w:rPr>
          <w:sz w:val="22"/>
          <w:szCs w:val="22"/>
        </w:rPr>
        <w:t>Поставщик</w:t>
      </w:r>
      <w:r w:rsidRPr="009D0203">
        <w:rPr>
          <w:color w:val="000000"/>
          <w:sz w:val="22"/>
          <w:szCs w:val="22"/>
        </w:rPr>
        <w:t xml:space="preserve"> за свой счет.</w:t>
      </w:r>
    </w:p>
    <w:p w:rsidR="005773B6" w:rsidRPr="009D0203" w:rsidRDefault="005773B6" w:rsidP="005773B6">
      <w:pPr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3.7.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предоставить Заказчику  для согласования и для определения правильности оформления скан-копии в электронном виде следующих документов:  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. 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3.8.  </w:t>
      </w:r>
      <w:r w:rsidRPr="009D0203">
        <w:rPr>
          <w:sz w:val="22"/>
          <w:szCs w:val="22"/>
        </w:rPr>
        <w:t>Поставщик обязуется</w:t>
      </w:r>
      <w:r w:rsidRPr="009D0203">
        <w:rPr>
          <w:color w:val="000000"/>
          <w:sz w:val="22"/>
          <w:szCs w:val="22"/>
        </w:rPr>
        <w:t xml:space="preserve"> во время поставки Товара передать Заказчику оригиналы следующих правильно оформленных  документов: счета, счета-фактуры, товарной накладной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>.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3.9. В случае предоставления неправильно составленных документов указанных в пункте 3.8 </w:t>
      </w:r>
      <w:r w:rsidRPr="009D0203">
        <w:rPr>
          <w:spacing w:val="-6"/>
          <w:sz w:val="22"/>
          <w:szCs w:val="22"/>
        </w:rPr>
        <w:t xml:space="preserve">настоящего </w:t>
      </w:r>
      <w:r w:rsidR="005F2ABC">
        <w:rPr>
          <w:spacing w:val="-6"/>
          <w:sz w:val="22"/>
          <w:szCs w:val="22"/>
        </w:rPr>
        <w:t>Контракт</w:t>
      </w:r>
      <w:r w:rsidRPr="009D0203">
        <w:rPr>
          <w:spacing w:val="-6"/>
          <w:sz w:val="22"/>
          <w:szCs w:val="22"/>
        </w:rPr>
        <w:t>а</w:t>
      </w:r>
      <w:r w:rsidRPr="009D0203">
        <w:rPr>
          <w:color w:val="000000"/>
          <w:sz w:val="22"/>
          <w:szCs w:val="22"/>
        </w:rPr>
        <w:t>: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>- Заказчик имеет право не подписывать  товарную накладную</w:t>
      </w:r>
      <w:r w:rsidR="00BA65A9">
        <w:rPr>
          <w:color w:val="000000"/>
          <w:sz w:val="22"/>
          <w:szCs w:val="22"/>
        </w:rPr>
        <w:t>/УПД</w:t>
      </w:r>
      <w:r w:rsidRPr="009D0203">
        <w:rPr>
          <w:color w:val="000000"/>
          <w:sz w:val="22"/>
          <w:szCs w:val="22"/>
        </w:rPr>
        <w:t xml:space="preserve"> Поставщика;</w:t>
      </w:r>
    </w:p>
    <w:p w:rsidR="005773B6" w:rsidRPr="009D0203" w:rsidRDefault="005773B6" w:rsidP="005773B6">
      <w:pPr>
        <w:shd w:val="clear" w:color="auto" w:fill="FFFFFF"/>
        <w:jc w:val="both"/>
        <w:rPr>
          <w:color w:val="000000"/>
          <w:sz w:val="22"/>
          <w:szCs w:val="22"/>
        </w:rPr>
      </w:pPr>
      <w:r w:rsidRPr="009D0203">
        <w:rPr>
          <w:color w:val="000000"/>
          <w:sz w:val="22"/>
          <w:szCs w:val="22"/>
        </w:rPr>
        <w:t xml:space="preserve">- Поставщик обязуется исправить и передать исправленные оригиналы Заказчику в течение 5 (пяти) рабочих дней с момента заявления такого требования Заказчиком.  </w:t>
      </w:r>
    </w:p>
    <w:p w:rsidR="00B92E6B" w:rsidRPr="009D0203" w:rsidRDefault="005773B6" w:rsidP="003C4BAD">
      <w:pPr>
        <w:jc w:val="both"/>
        <w:rPr>
          <w:sz w:val="22"/>
          <w:szCs w:val="22"/>
        </w:rPr>
      </w:pPr>
      <w:r w:rsidRPr="009D0203">
        <w:rPr>
          <w:sz w:val="22"/>
          <w:szCs w:val="22"/>
        </w:rPr>
        <w:t xml:space="preserve">3.10. </w:t>
      </w:r>
      <w:r w:rsidR="003C4BAD" w:rsidRPr="009D0203">
        <w:rPr>
          <w:color w:val="000000"/>
          <w:sz w:val="22"/>
          <w:szCs w:val="22"/>
        </w:rPr>
        <w:t xml:space="preserve">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Поставщика, указанный в настоящем </w:t>
      </w:r>
      <w:r w:rsidR="005F2ABC">
        <w:rPr>
          <w:color w:val="000000"/>
          <w:sz w:val="22"/>
          <w:szCs w:val="22"/>
        </w:rPr>
        <w:t>Контракт</w:t>
      </w:r>
      <w:r w:rsidR="003C4BAD" w:rsidRPr="009D0203">
        <w:rPr>
          <w:color w:val="000000"/>
          <w:sz w:val="22"/>
          <w:szCs w:val="22"/>
        </w:rPr>
        <w:t xml:space="preserve">е, в течение </w:t>
      </w:r>
      <w:r w:rsidR="00525D85">
        <w:rPr>
          <w:color w:val="000000"/>
          <w:sz w:val="22"/>
          <w:szCs w:val="22"/>
        </w:rPr>
        <w:t>7</w:t>
      </w:r>
      <w:r w:rsidR="003C4BAD" w:rsidRPr="009D0203">
        <w:rPr>
          <w:color w:val="000000"/>
          <w:sz w:val="22"/>
          <w:szCs w:val="22"/>
        </w:rPr>
        <w:t xml:space="preserve"> (</w:t>
      </w:r>
      <w:r w:rsidR="00525D85">
        <w:rPr>
          <w:color w:val="000000"/>
          <w:sz w:val="22"/>
          <w:szCs w:val="22"/>
        </w:rPr>
        <w:t>семи</w:t>
      </w:r>
      <w:r w:rsidR="003C4BAD" w:rsidRPr="009D0203">
        <w:rPr>
          <w:color w:val="000000"/>
          <w:sz w:val="22"/>
          <w:szCs w:val="22"/>
        </w:rPr>
        <w:t xml:space="preserve">) </w:t>
      </w:r>
      <w:r w:rsidR="00BA65A9">
        <w:rPr>
          <w:color w:val="000000"/>
          <w:sz w:val="22"/>
          <w:szCs w:val="22"/>
        </w:rPr>
        <w:t xml:space="preserve">банковских </w:t>
      </w:r>
      <w:r w:rsidR="003C4BAD" w:rsidRPr="009D0203">
        <w:rPr>
          <w:color w:val="000000"/>
          <w:sz w:val="22"/>
          <w:szCs w:val="22"/>
        </w:rPr>
        <w:t>дней после передачи Товара Поставщиком при условии получения Заказчиком  оригиналов правильно оформленных  документов: - счета;- счета-фактуры;  товарной накладной</w:t>
      </w:r>
      <w:r w:rsidR="00BA65A9">
        <w:rPr>
          <w:color w:val="000000"/>
          <w:sz w:val="22"/>
          <w:szCs w:val="22"/>
        </w:rPr>
        <w:t>/УПД</w:t>
      </w:r>
      <w:r w:rsidR="003C4BAD" w:rsidRPr="009D0203">
        <w:rPr>
          <w:color w:val="000000"/>
          <w:sz w:val="22"/>
          <w:szCs w:val="22"/>
        </w:rPr>
        <w:t>,  и подписания Заказчиком документа о приемке Товара.</w:t>
      </w:r>
    </w:p>
    <w:p w:rsidR="00B92E6B" w:rsidRPr="00A97225" w:rsidRDefault="00B92E6B" w:rsidP="00B92E6B">
      <w:pPr>
        <w:pStyle w:val="a7"/>
      </w:pPr>
      <w:r w:rsidRPr="009D0203">
        <w:t>3.</w:t>
      </w:r>
      <w:r w:rsidR="003C4BAD" w:rsidRPr="009D0203">
        <w:t>11</w:t>
      </w:r>
      <w:r w:rsidRPr="009D0203">
        <w:t>. В случае изменения расчетного счета Поставщик обязан в однодневный срок  в письменной форме сообщить об этом Заказчику</w:t>
      </w:r>
      <w:r w:rsidRPr="00A97225">
        <w:t xml:space="preserve">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5F2ABC">
        <w:t>Контракт</w:t>
      </w:r>
      <w:r w:rsidRPr="00A97225">
        <w:t>е счет Поставщика, несет Поставщик.</w:t>
      </w:r>
    </w:p>
    <w:p w:rsidR="00DA7001" w:rsidRPr="00DA7001" w:rsidRDefault="00DA7001" w:rsidP="00DA7001">
      <w:pPr>
        <w:rPr>
          <w:bCs/>
          <w:sz w:val="22"/>
          <w:szCs w:val="22"/>
        </w:rPr>
      </w:pPr>
      <w:r w:rsidRPr="00DA7001">
        <w:rPr>
          <w:bCs/>
          <w:sz w:val="22"/>
          <w:szCs w:val="22"/>
        </w:rPr>
        <w:t xml:space="preserve">3.12. Заказчик не позднее 20 (двадцати) рабочих дней со дня получения Товара и документов, указанных в п. 3.10., обязан осуществить приемку согласно условиям </w:t>
      </w:r>
      <w:r>
        <w:rPr>
          <w:bCs/>
          <w:sz w:val="22"/>
          <w:szCs w:val="22"/>
        </w:rPr>
        <w:t>Контракта</w:t>
      </w:r>
      <w:r w:rsidRPr="00DA7001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DA7001">
        <w:rPr>
          <w:bCs/>
          <w:sz w:val="22"/>
          <w:szCs w:val="22"/>
        </w:rPr>
        <w:t xml:space="preserve"> после чего направить Поставщику подписанный экземпляр товарной накладной/УПД или мотивированный отказ от их подписания.</w:t>
      </w:r>
    </w:p>
    <w:p w:rsidR="00DD259E" w:rsidRPr="00A97225" w:rsidRDefault="00DD259E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4. ОТВЕТСТВЕННОСТЬ СТОРОН</w:t>
      </w:r>
    </w:p>
    <w:p w:rsidR="00DE79DB" w:rsidRPr="00A97225" w:rsidRDefault="00DE79DB" w:rsidP="00DE79DB">
      <w:pPr>
        <w:pStyle w:val="23"/>
        <w:ind w:left="0" w:firstLine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4.1. Стороны несут ответственность за неисполнение или ненадлежащее исполнение обязательств по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у в соответствии с настоящим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действующим законодательством Российской Федерации.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4.2. В случае просрочки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обязательства. Такая пеня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4.3. Общая сумма начисленной неустойки (штрафов, пени) за ненадлежащее исполнение Заказчиком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4.4. В случае просрочки исполнения Поставщиком обязательств (в том числе гарантийного обязательства),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Заказчик направляет Поставщику требование об уплате неустоек (штрафов, пеней).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4.5. Пеня начисляется за каждый день просрочки исполнения Поставщиком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начиная со дня, следующего после дня истечения установленного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срока исполнения обязательства, и устанавливается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  в размере одной трехсотой действующей на дату уплаты пени ключевой ставки Центрального банка Российской Федерации от цены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а, уменьшенной на сумму, пропорциональную объему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 и фактически исполненных поставщиком.</w:t>
      </w:r>
    </w:p>
    <w:p w:rsidR="00DE79DB" w:rsidRPr="00A97225" w:rsidRDefault="00DE79DB" w:rsidP="00DE79DB">
      <w:pPr>
        <w:rPr>
          <w:sz w:val="22"/>
          <w:szCs w:val="22"/>
        </w:rPr>
      </w:pPr>
      <w:r w:rsidRPr="00A97225">
        <w:rPr>
          <w:sz w:val="22"/>
          <w:szCs w:val="22"/>
        </w:rPr>
        <w:t xml:space="preserve">4.6.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ом, не может превышать цену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4.7.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ом, произошло вследствие непреодолимой силы или по вине другой стороны.</w:t>
      </w:r>
    </w:p>
    <w:p w:rsidR="00DE79DB" w:rsidRPr="00A97225" w:rsidRDefault="00DE79DB" w:rsidP="00DE79DB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>5. ДРУГИЕ УСЛОВИЯ</w:t>
      </w:r>
    </w:p>
    <w:p w:rsidR="00B92E6B" w:rsidRPr="00A97225" w:rsidRDefault="00B92E6B" w:rsidP="00B92E6B">
      <w:pPr>
        <w:spacing w:line="21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5.1. Претензии сторон, возникающие в связи с исполнением настоящего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включая споры и разногласия по техническим и финансовым вопросам (условиям), рассматриваются сторонами путем переговоров. Неурегулированные споры передаются на разрешение в Арбитражный суд г. Москвы.</w:t>
      </w:r>
    </w:p>
    <w:p w:rsidR="00B92E6B" w:rsidRPr="00A97225" w:rsidRDefault="00B92E6B" w:rsidP="00B92E6B">
      <w:pPr>
        <w:pStyle w:val="a7"/>
      </w:pPr>
      <w:r w:rsidRPr="00A97225">
        <w:lastRenderedPageBreak/>
        <w:t xml:space="preserve">5.2. Во всем остальном, что не предусмотрено настоящим </w:t>
      </w:r>
      <w:r w:rsidR="005F2ABC">
        <w:t>Контракт</w:t>
      </w:r>
      <w:r w:rsidRPr="00A97225">
        <w:t>ом, стороны руководствуются действующим законодательством РФ.</w:t>
      </w:r>
    </w:p>
    <w:p w:rsidR="00B92E6B" w:rsidRPr="00A97225" w:rsidRDefault="00B92E6B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5.3. Документы, подписанные сторонами после заключения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а, составляют его неотъемлемую часть только в том случае, если в них это прямо предусмотрено.</w:t>
      </w:r>
    </w:p>
    <w:p w:rsidR="00E03C94" w:rsidRPr="00A97225" w:rsidRDefault="00E03C94" w:rsidP="00B92E6B">
      <w:pPr>
        <w:jc w:val="center"/>
        <w:rPr>
          <w:b/>
          <w:bCs/>
          <w:sz w:val="22"/>
          <w:szCs w:val="22"/>
        </w:rPr>
      </w:pPr>
    </w:p>
    <w:p w:rsidR="00B92E6B" w:rsidRPr="00A97225" w:rsidRDefault="00B92E6B" w:rsidP="00B92E6B">
      <w:pPr>
        <w:jc w:val="center"/>
        <w:rPr>
          <w:b/>
          <w:bCs/>
          <w:sz w:val="22"/>
          <w:szCs w:val="22"/>
        </w:rPr>
      </w:pPr>
      <w:r w:rsidRPr="00A97225">
        <w:rPr>
          <w:b/>
          <w:bCs/>
          <w:sz w:val="22"/>
          <w:szCs w:val="22"/>
        </w:rPr>
        <w:t xml:space="preserve">6. СРОК ДЕЙСТВИЯ </w:t>
      </w:r>
      <w:r w:rsidR="005F2ABC">
        <w:rPr>
          <w:b/>
          <w:bCs/>
          <w:sz w:val="22"/>
          <w:szCs w:val="22"/>
        </w:rPr>
        <w:t>КОНТРАКТ</w:t>
      </w:r>
      <w:r w:rsidRPr="00A97225">
        <w:rPr>
          <w:b/>
          <w:bCs/>
          <w:sz w:val="22"/>
          <w:szCs w:val="22"/>
        </w:rPr>
        <w:t>А</w:t>
      </w:r>
    </w:p>
    <w:p w:rsidR="00B92E6B" w:rsidRPr="00A97225" w:rsidRDefault="004425EE" w:rsidP="00B92E6B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6.1. </w:t>
      </w:r>
      <w:r w:rsidR="00A97225">
        <w:rPr>
          <w:sz w:val="22"/>
          <w:szCs w:val="22"/>
        </w:rPr>
        <w:t xml:space="preserve">Срок действия настоящего </w:t>
      </w:r>
      <w:r w:rsidR="005F2ABC">
        <w:rPr>
          <w:sz w:val="22"/>
          <w:szCs w:val="22"/>
        </w:rPr>
        <w:t>Контракт</w:t>
      </w:r>
      <w:r w:rsidR="00A97225">
        <w:rPr>
          <w:sz w:val="22"/>
          <w:szCs w:val="22"/>
        </w:rPr>
        <w:t>а устанавливается с момента его подписания обеими Сторонами и до 3</w:t>
      </w:r>
      <w:r w:rsidR="00BA65A9">
        <w:rPr>
          <w:sz w:val="22"/>
          <w:szCs w:val="22"/>
        </w:rPr>
        <w:t>0</w:t>
      </w:r>
      <w:r w:rsidR="00A97225">
        <w:rPr>
          <w:sz w:val="22"/>
          <w:szCs w:val="22"/>
        </w:rPr>
        <w:t xml:space="preserve"> декабря 202</w:t>
      </w:r>
      <w:r w:rsidR="00DD39DD">
        <w:rPr>
          <w:sz w:val="22"/>
          <w:szCs w:val="22"/>
        </w:rPr>
        <w:t>6</w:t>
      </w:r>
      <w:r w:rsidR="000B5515">
        <w:rPr>
          <w:sz w:val="22"/>
          <w:szCs w:val="22"/>
        </w:rPr>
        <w:t xml:space="preserve"> </w:t>
      </w:r>
      <w:r w:rsidR="00A97225">
        <w:rPr>
          <w:sz w:val="22"/>
          <w:szCs w:val="22"/>
        </w:rPr>
        <w:t>года.</w:t>
      </w:r>
    </w:p>
    <w:p w:rsidR="00B92E6B" w:rsidRPr="00A97225" w:rsidRDefault="00B92E6B" w:rsidP="00B92E6B">
      <w:pPr>
        <w:pStyle w:val="a7"/>
      </w:pPr>
      <w:r w:rsidRPr="00A97225">
        <w:t xml:space="preserve">6.2. С момента заключения </w:t>
      </w:r>
      <w:r w:rsidR="005F2ABC">
        <w:t>Контракт</w:t>
      </w:r>
      <w:r w:rsidRPr="00A97225">
        <w:t xml:space="preserve">а вся предшествующая переписка и переговоры по </w:t>
      </w:r>
      <w:r w:rsidR="005F2ABC">
        <w:t>Контракт</w:t>
      </w:r>
      <w:r w:rsidRPr="00A97225">
        <w:t>у теряют силу.</w:t>
      </w:r>
    </w:p>
    <w:p w:rsidR="00CF4FE4" w:rsidRDefault="00CF4FE4" w:rsidP="00CF4FE4">
      <w:pPr>
        <w:spacing w:line="276" w:lineRule="auto"/>
        <w:jc w:val="both"/>
        <w:rPr>
          <w:sz w:val="22"/>
          <w:szCs w:val="22"/>
        </w:rPr>
      </w:pPr>
      <w:r w:rsidRPr="00A97225">
        <w:rPr>
          <w:sz w:val="22"/>
          <w:szCs w:val="22"/>
        </w:rPr>
        <w:t xml:space="preserve">6.3. Расторжение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 xml:space="preserve">а от исполнения </w:t>
      </w:r>
      <w:r w:rsidR="005F2ABC">
        <w:rPr>
          <w:sz w:val="22"/>
          <w:szCs w:val="22"/>
        </w:rPr>
        <w:t>Контракт</w:t>
      </w:r>
      <w:r w:rsidRPr="00A97225">
        <w:rPr>
          <w:sz w:val="22"/>
          <w:szCs w:val="22"/>
        </w:rPr>
        <w:t>а в соответствии с гражданским законодательством.</w:t>
      </w:r>
    </w:p>
    <w:p w:rsidR="00B92E6B" w:rsidRPr="00A97225" w:rsidRDefault="00B92E6B" w:rsidP="00B92E6B">
      <w:pPr>
        <w:pStyle w:val="a7"/>
      </w:pPr>
    </w:p>
    <w:p w:rsidR="00B92E6B" w:rsidRPr="00A97225" w:rsidRDefault="00B92E6B" w:rsidP="00B92E6B">
      <w:pPr>
        <w:pStyle w:val="Style5"/>
        <w:widowControl/>
        <w:spacing w:line="24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A97225">
        <w:rPr>
          <w:rStyle w:val="FontStyle14"/>
          <w:rFonts w:ascii="Times New Roman" w:hAnsi="Times New Roman" w:cs="Times New Roman"/>
          <w:b/>
          <w:bCs/>
          <w:sz w:val="22"/>
          <w:szCs w:val="22"/>
        </w:rPr>
        <w:t xml:space="preserve">7. </w:t>
      </w:r>
      <w:r w:rsidRPr="00A97225">
        <w:rPr>
          <w:rStyle w:val="FontStyle13"/>
          <w:rFonts w:ascii="Times New Roman" w:hAnsi="Times New Roman" w:cs="Times New Roman"/>
          <w:b/>
          <w:bCs/>
        </w:rPr>
        <w:t>ЮРИДИЧЕСКИЕ АДРЕСА И РЕКВИЗИТЫ СТОРОН</w:t>
      </w:r>
    </w:p>
    <w:tbl>
      <w:tblPr>
        <w:tblW w:w="1004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5008"/>
        <w:gridCol w:w="5040"/>
      </w:tblGrid>
      <w:tr w:rsidR="00B92E6B" w:rsidRPr="009D0203">
        <w:trPr>
          <w:trHeight w:val="889"/>
        </w:trPr>
        <w:tc>
          <w:tcPr>
            <w:tcW w:w="50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92E6B" w:rsidRPr="00A97225" w:rsidRDefault="00B92E6B" w:rsidP="00B92E6B">
            <w:pPr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Поставщик</w:t>
            </w:r>
            <w:r w:rsidR="00DD760A" w:rsidRPr="00A97225">
              <w:rPr>
                <w:sz w:val="22"/>
                <w:szCs w:val="22"/>
              </w:rPr>
              <w:t xml:space="preserve">: </w:t>
            </w:r>
            <w:r w:rsidR="00DD760A" w:rsidRPr="000B5515">
              <w:rPr>
                <w:sz w:val="22"/>
                <w:szCs w:val="22"/>
                <w:highlight w:val="yellow"/>
              </w:rPr>
              <w:t>_______</w:t>
            </w:r>
          </w:p>
          <w:p w:rsidR="00B92E6B" w:rsidRPr="00A97225" w:rsidRDefault="00B92E6B" w:rsidP="00B92E6B">
            <w:pPr>
              <w:pStyle w:val="a7"/>
              <w:snapToGrid w:val="0"/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Заказчик: ФГБУ «НИЦЭМ им.  Н.Ф. Гамалеи» Минздрава России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ИНН 7734013214, КПП 773401001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Банковские реквизиты: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ФГБУ «НИЦЭМ им.  Н.Ф. Гамалеи» Минздрава России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л/с 20736У42280 в УФК по г.Москве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л/с 21736У42280 в УФК по г.Москве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Р/сч 03214643000000017300 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к/с 40102810545370000003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БИК 004525988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 xml:space="preserve">Банк: </w:t>
            </w:r>
            <w:r w:rsidR="0033030C" w:rsidRPr="0033030C">
              <w:rPr>
                <w:sz w:val="22"/>
                <w:szCs w:val="22"/>
              </w:rPr>
              <w:t>ОКЦ № 1 ГУ БАНКА РОССИИ ПО ЦФО//УФК ПО г. МОСКВЕ г. Москва</w:t>
            </w:r>
          </w:p>
          <w:p w:rsidR="0068042D" w:rsidRPr="00A97225" w:rsidRDefault="0068042D" w:rsidP="0068042D">
            <w:pPr>
              <w:autoSpaceDE w:val="0"/>
              <w:rPr>
                <w:sz w:val="22"/>
                <w:szCs w:val="22"/>
              </w:rPr>
            </w:pPr>
            <w:r w:rsidRPr="00A97225">
              <w:rPr>
                <w:sz w:val="22"/>
                <w:szCs w:val="22"/>
              </w:rPr>
              <w:t>Адрес: 123098, г.Москва, ул. Гамалеи, дом 18</w:t>
            </w:r>
          </w:p>
          <w:p w:rsidR="00B92E6B" w:rsidRPr="009D0203" w:rsidRDefault="0068042D" w:rsidP="0068042D">
            <w:pPr>
              <w:pStyle w:val="a7"/>
              <w:snapToGrid w:val="0"/>
              <w:jc w:val="left"/>
            </w:pPr>
            <w:r w:rsidRPr="00A97225">
              <w:t>тел. 8 (499) 1933001, http://www.gamaleya.org/</w:t>
            </w:r>
            <w:hyperlink r:id="rId9" w:tgtFrame="_blank" w:history="1"/>
          </w:p>
        </w:tc>
      </w:tr>
    </w:tbl>
    <w:p w:rsidR="00B92E6B" w:rsidRPr="009D0203" w:rsidRDefault="00B92E6B" w:rsidP="00B92E6B">
      <w:pPr>
        <w:pStyle w:val="a7"/>
      </w:pPr>
    </w:p>
    <w:p w:rsidR="00B92E6B" w:rsidRPr="009D0203" w:rsidRDefault="00B92E6B" w:rsidP="00B92E6B">
      <w:pPr>
        <w:pStyle w:val="a7"/>
      </w:pPr>
      <w:r w:rsidRPr="009D0203">
        <w:t>ОТ ИМЕНИ ПОСТАВЩИКА</w:t>
      </w:r>
      <w:r w:rsidRPr="009D0203">
        <w:tab/>
      </w:r>
      <w:r w:rsidRPr="009D0203">
        <w:tab/>
      </w:r>
      <w:r w:rsidRPr="009D0203">
        <w:tab/>
      </w:r>
      <w:r w:rsidRPr="009D0203">
        <w:tab/>
        <w:t>ОТ ИМЕНИ ЗАКАЗЧИКА</w:t>
      </w:r>
    </w:p>
    <w:p w:rsidR="00B92E6B" w:rsidRPr="009D0203" w:rsidRDefault="00B92E6B" w:rsidP="00B92E6B">
      <w:pPr>
        <w:pStyle w:val="a7"/>
      </w:pPr>
    </w:p>
    <w:p w:rsidR="00B92E6B" w:rsidRPr="009D0203" w:rsidRDefault="00B92E6B" w:rsidP="00B92E6B">
      <w:pPr>
        <w:pStyle w:val="a7"/>
      </w:pPr>
      <w:r w:rsidRPr="009D0203">
        <w:t xml:space="preserve">__________________ </w:t>
      </w:r>
      <w:r w:rsidR="00DD760A" w:rsidRPr="000B5515">
        <w:rPr>
          <w:highlight w:val="yellow"/>
        </w:rPr>
        <w:t>_______</w:t>
      </w:r>
      <w:r w:rsidRPr="009D0203">
        <w:tab/>
      </w:r>
      <w:r w:rsidRPr="009D0203">
        <w:tab/>
      </w:r>
      <w:r w:rsidRPr="009D0203">
        <w:tab/>
      </w:r>
      <w:r w:rsidR="009D0203">
        <w:tab/>
      </w:r>
      <w:r w:rsidR="00DD760A" w:rsidRPr="009D0203">
        <w:t xml:space="preserve"> </w:t>
      </w:r>
      <w:r w:rsidRPr="009D0203">
        <w:t>__________________</w:t>
      </w:r>
      <w:r w:rsidR="00874379">
        <w:t>Д</w:t>
      </w:r>
      <w:r w:rsidRPr="009D0203">
        <w:t>.</w:t>
      </w:r>
      <w:r w:rsidR="00874379">
        <w:t>Ю</w:t>
      </w:r>
      <w:r w:rsidRPr="009D0203">
        <w:t xml:space="preserve">. </w:t>
      </w:r>
      <w:r w:rsidR="00874379">
        <w:t>Логунов</w:t>
      </w:r>
    </w:p>
    <w:p w:rsidR="00B92E6B" w:rsidRPr="009D0203" w:rsidRDefault="00B92E6B" w:rsidP="00B92E6B">
      <w:pPr>
        <w:pStyle w:val="a7"/>
      </w:pPr>
      <w:r w:rsidRPr="009D0203">
        <w:tab/>
      </w:r>
      <w:r w:rsidRPr="009D0203">
        <w:tab/>
        <w:t>МП</w:t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</w:r>
      <w:r w:rsidRPr="009D0203">
        <w:tab/>
        <w:t>МП</w:t>
      </w: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B92E6B" w:rsidRPr="009D0203" w:rsidRDefault="00B92E6B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F64BB3" w:rsidRPr="009D0203" w:rsidRDefault="00F64BB3" w:rsidP="00B92E6B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367C9C" w:rsidRDefault="00367C9C" w:rsidP="00BA65A9">
      <w:pPr>
        <w:jc w:val="right"/>
        <w:rPr>
          <w:sz w:val="22"/>
          <w:szCs w:val="22"/>
        </w:rPr>
      </w:pP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lastRenderedPageBreak/>
        <w:t>Приложение №1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 xml:space="preserve">к </w:t>
      </w:r>
      <w:r w:rsidR="005F2ABC">
        <w:rPr>
          <w:sz w:val="22"/>
          <w:szCs w:val="22"/>
        </w:rPr>
        <w:t>Контракт</w:t>
      </w:r>
      <w:r w:rsidRPr="00BA65A9">
        <w:rPr>
          <w:sz w:val="22"/>
          <w:szCs w:val="22"/>
        </w:rPr>
        <w:t xml:space="preserve">у №  </w:t>
      </w:r>
      <w:r w:rsidR="005D693A">
        <w:rPr>
          <w:sz w:val="22"/>
          <w:szCs w:val="22"/>
        </w:rPr>
        <w:t>______</w:t>
      </w:r>
    </w:p>
    <w:p w:rsidR="00BA65A9" w:rsidRPr="00BA65A9" w:rsidRDefault="00BA65A9" w:rsidP="00BA65A9">
      <w:pPr>
        <w:jc w:val="right"/>
        <w:rPr>
          <w:sz w:val="22"/>
          <w:szCs w:val="22"/>
        </w:rPr>
      </w:pPr>
      <w:r w:rsidRPr="00BA65A9">
        <w:rPr>
          <w:sz w:val="22"/>
          <w:szCs w:val="22"/>
        </w:rPr>
        <w:t>от  «___»  __________ 202</w:t>
      </w:r>
      <w:r w:rsidR="00DD39DD">
        <w:rPr>
          <w:sz w:val="22"/>
          <w:szCs w:val="22"/>
        </w:rPr>
        <w:t>6</w:t>
      </w:r>
      <w:r w:rsidRPr="00BA65A9">
        <w:rPr>
          <w:sz w:val="22"/>
          <w:szCs w:val="22"/>
        </w:rPr>
        <w:t>г.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Default="00F05724" w:rsidP="00F05724">
      <w:pPr>
        <w:jc w:val="center"/>
        <w:rPr>
          <w:sz w:val="22"/>
          <w:szCs w:val="22"/>
        </w:rPr>
      </w:pPr>
    </w:p>
    <w:p w:rsidR="00F05724" w:rsidRPr="00BA65A9" w:rsidRDefault="00F05724" w:rsidP="00F05724">
      <w:pPr>
        <w:jc w:val="center"/>
        <w:rPr>
          <w:sz w:val="22"/>
          <w:szCs w:val="22"/>
        </w:rPr>
      </w:pPr>
      <w:r w:rsidRPr="00BA65A9">
        <w:rPr>
          <w:sz w:val="22"/>
          <w:szCs w:val="22"/>
        </w:rPr>
        <w:t xml:space="preserve">СПЕЦИФИКАЦИЯ </w:t>
      </w:r>
    </w:p>
    <w:p w:rsidR="00BA65A9" w:rsidRPr="00BA65A9" w:rsidRDefault="00BA65A9" w:rsidP="00BA65A9">
      <w:pPr>
        <w:jc w:val="center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07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2804"/>
        <w:gridCol w:w="992"/>
        <w:gridCol w:w="850"/>
        <w:gridCol w:w="1843"/>
        <w:gridCol w:w="1559"/>
        <w:gridCol w:w="1560"/>
      </w:tblGrid>
      <w:tr w:rsidR="00F05724" w:rsidRPr="00C1766A" w:rsidTr="0008352C">
        <w:trPr>
          <w:trHeight w:val="2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№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Наименование</w:t>
            </w: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Кол-во</w:t>
            </w: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Ед.</w:t>
            </w:r>
            <w:r>
              <w:rPr>
                <w:sz w:val="22"/>
                <w:szCs w:val="22"/>
                <w:highlight w:val="yellow"/>
              </w:rPr>
              <w:t xml:space="preserve"> изм</w:t>
            </w: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highlight w:val="yellow"/>
              </w:rPr>
              <w:t>Страна происхождения товара</w:t>
            </w: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Цена за ед.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Сумма</w:t>
            </w:r>
          </w:p>
        </w:tc>
      </w:tr>
      <w:tr w:rsidR="00F05724" w:rsidRPr="00C1766A" w:rsidTr="0008352C">
        <w:trPr>
          <w:trHeight w:val="455"/>
        </w:trPr>
        <w:tc>
          <w:tcPr>
            <w:tcW w:w="565" w:type="dxa"/>
            <w:noWrap/>
          </w:tcPr>
          <w:p w:rsidR="00F05724" w:rsidRPr="00C1766A" w:rsidRDefault="00F05724" w:rsidP="0008352C">
            <w:pPr>
              <w:jc w:val="center"/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1</w:t>
            </w:r>
          </w:p>
        </w:tc>
        <w:tc>
          <w:tcPr>
            <w:tcW w:w="2804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5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843" w:type="dxa"/>
            <w:noWrap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59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01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>Итого: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C1766A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  <w:r w:rsidRPr="00C1766A">
              <w:rPr>
                <w:sz w:val="22"/>
                <w:szCs w:val="22"/>
                <w:highlight w:val="yellow"/>
              </w:rPr>
              <w:t xml:space="preserve">В том числе НДС:                                  </w:t>
            </w:r>
          </w:p>
        </w:tc>
        <w:tc>
          <w:tcPr>
            <w:tcW w:w="1560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</w:tr>
      <w:tr w:rsidR="00F05724" w:rsidRPr="00EC6EFC" w:rsidTr="0008352C">
        <w:trPr>
          <w:trHeight w:val="225"/>
        </w:trPr>
        <w:tc>
          <w:tcPr>
            <w:tcW w:w="565" w:type="dxa"/>
          </w:tcPr>
          <w:p w:rsidR="00F05724" w:rsidRPr="00C1766A" w:rsidRDefault="00F05724" w:rsidP="0008352C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8048" w:type="dxa"/>
            <w:gridSpan w:val="5"/>
            <w:noWrap/>
            <w:vAlign w:val="center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  <w:r w:rsidRPr="00C1766A">
              <w:rPr>
                <w:sz w:val="22"/>
                <w:szCs w:val="22"/>
                <w:highlight w:val="yellow"/>
              </w:rPr>
              <w:t>Всего к оплате:</w:t>
            </w:r>
          </w:p>
        </w:tc>
        <w:tc>
          <w:tcPr>
            <w:tcW w:w="1560" w:type="dxa"/>
          </w:tcPr>
          <w:p w:rsidR="00F05724" w:rsidRPr="00EC6EFC" w:rsidRDefault="00F05724" w:rsidP="0008352C">
            <w:pPr>
              <w:rPr>
                <w:sz w:val="22"/>
                <w:szCs w:val="22"/>
              </w:rPr>
            </w:pPr>
          </w:p>
        </w:tc>
      </w:tr>
    </w:tbl>
    <w:p w:rsidR="00BA65A9" w:rsidRPr="00BA65A9" w:rsidRDefault="00BA65A9" w:rsidP="00BA65A9">
      <w:pPr>
        <w:jc w:val="center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  <w:u w:val="single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  <w:u w:val="single"/>
        </w:rPr>
        <w:t xml:space="preserve">Всего </w:t>
      </w:r>
      <w:r w:rsidRPr="00EA78F9">
        <w:rPr>
          <w:sz w:val="22"/>
          <w:szCs w:val="22"/>
          <w:highlight w:val="yellow"/>
          <w:u w:val="single"/>
        </w:rPr>
        <w:t>наименований         ,</w:t>
      </w:r>
      <w:r w:rsidRPr="00BA65A9">
        <w:rPr>
          <w:sz w:val="22"/>
          <w:szCs w:val="22"/>
          <w:u w:val="single"/>
        </w:rPr>
        <w:t xml:space="preserve"> на сумму: </w:t>
      </w:r>
      <w:r w:rsidRPr="00EA78F9">
        <w:rPr>
          <w:sz w:val="22"/>
          <w:szCs w:val="22"/>
          <w:highlight w:val="yellow"/>
        </w:rPr>
        <w:t>___________ (__________ рублей __ копеек), в т.ч. НДС _____%: ___________ (__________ рублей __ копеек).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Default="00D1316B" w:rsidP="003879DD">
      <w:pPr>
        <w:jc w:val="center"/>
        <w:rPr>
          <w:b/>
          <w:bCs/>
        </w:rPr>
      </w:pPr>
      <w:r w:rsidRPr="00DC76D6">
        <w:rPr>
          <w:b/>
          <w:bCs/>
        </w:rPr>
        <w:t>Техническое здание</w:t>
      </w:r>
    </w:p>
    <w:p w:rsidR="003879DD" w:rsidRPr="00BA65A9" w:rsidRDefault="003879DD" w:rsidP="003879DD">
      <w:pPr>
        <w:jc w:val="center"/>
        <w:rPr>
          <w:b/>
          <w:bCs/>
          <w:sz w:val="22"/>
          <w:szCs w:val="22"/>
        </w:rPr>
      </w:pPr>
    </w:p>
    <w:tbl>
      <w:tblPr>
        <w:tblStyle w:val="af1"/>
        <w:tblW w:w="0" w:type="auto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737"/>
        <w:gridCol w:w="7370"/>
        <w:gridCol w:w="2098"/>
      </w:tblGrid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Наименование характеристики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Значение показателя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Default="00FD4DF3" w:rsidP="007902EA">
            <w:r>
              <w:rPr>
                <w:b/>
              </w:rPr>
              <w:t>Позиция 1. Шприц одноразовый 20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8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Конструкция шприца: Трехкомпонентный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Крепление иглы</w:t>
            </w:r>
            <w:r w:rsidRPr="00514BDD">
              <w:tab/>
              <w:t xml:space="preserve"> </w:t>
            </w:r>
            <w:r>
              <w:t>Luer</w:t>
            </w:r>
            <w:r w:rsidRPr="00514BDD">
              <w:t xml:space="preserve"> </w:t>
            </w:r>
            <w:r>
              <w:t>Lock</w:t>
            </w:r>
            <w:r w:rsidRPr="00514BDD">
              <w:t xml:space="preserve"> (ввинчивающаяся игла)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Индивидуальная стерильная блистерная упаковка с отогнутым краем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иглы 21G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Объем,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Диаметр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0,80.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штук в упаковке, не менее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Default="00FD4DF3" w:rsidP="007902EA">
            <w:r>
              <w:rPr>
                <w:b/>
              </w:rPr>
              <w:t>Позиция 2. Шприц одноразовый 50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1 уп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Конструкция шприца: Трехкомпонентный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Крепление иглы</w:t>
            </w:r>
            <w:r>
              <w:tab/>
              <w:t xml:space="preserve"> Luer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Индивидуальная стерильная блистерная упаковка с отогнутым краем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иглы 18G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Объем,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Диаметр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1,2.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штук в упаковке, не менее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25.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3. Пленка-пакет для ламинирования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8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Предназначение: Защита документов формата А4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Поверхность глянцевая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Материал: пластик, устойчивый к действию протирочных растворов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для полной защиты полотна,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303.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Ширина для полной защиты полотна,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216.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Толщина, не более,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125.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штук в упаковке, не менее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4. Бумага для чистых помещений, формат А4, белая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18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lastRenderedPageBreak/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бумага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Формат: А4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белый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210.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297.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Фасовка, не менее, листов/уп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250.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нестерильная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5. </w:t>
            </w:r>
            <w:r>
              <w:rPr>
                <w:b/>
              </w:rPr>
              <w:t>Н</w:t>
            </w:r>
            <w:r w:rsidRPr="00DB78EA">
              <w:rPr>
                <w:b/>
              </w:rPr>
              <w:t xml:space="preserve">омерная </w:t>
            </w:r>
            <w:r>
              <w:rPr>
                <w:b/>
              </w:rPr>
              <w:t>п</w:t>
            </w:r>
            <w:r w:rsidRPr="00514BDD">
              <w:rPr>
                <w:b/>
              </w:rPr>
              <w:t>ломба пластиковая для опечатывания, зелёная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10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Тип: пломба номерная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пластик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зелёный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Общая длина,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350.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Рабочая длина,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270.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в упаковке, не менее, шт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6. Салфетки для чистых помещений, целлюлоза/полиэстер, 230х230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12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Тип: салфетки для чистых помещений класса </w:t>
            </w:r>
            <w:r>
              <w:t>ISO</w:t>
            </w:r>
            <w:r w:rsidRPr="00514BDD">
              <w:t xml:space="preserve"> 5–9 (</w:t>
            </w:r>
            <w:r>
              <w:t>C</w:t>
            </w:r>
            <w:r w:rsidRPr="00514BDD">
              <w:t>–</w:t>
            </w:r>
            <w:r>
              <w:t>D</w:t>
            </w:r>
            <w:r w:rsidRPr="00514BDD">
              <w:t xml:space="preserve"> по </w:t>
            </w:r>
            <w:r>
              <w:t>GMP</w:t>
            </w:r>
            <w:r w:rsidRPr="00514BDD">
              <w:t>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Назначение: очистка и контроль разливов в чистых помещениях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Низкий уровень отделения частиц и волокон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Устойчивость к большинству растворителей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55% целлюлоза, 45% полиэстер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Поверхностная плотность, не менее, г/м²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нестерильно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23.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23.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в упаковке, не менее, шт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300.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7. Салфетки стерильные пропитанные для чистых помещений, полипропилен, 230х280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12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Тип: салфетки стерильные пропитанные для чистых помещений класса </w:t>
            </w:r>
            <w:r>
              <w:t>ISO</w:t>
            </w:r>
            <w:r w:rsidRPr="00514BDD">
              <w:t xml:space="preserve"> 5 и выше (А–</w:t>
            </w:r>
            <w:r>
              <w:t>D</w:t>
            </w:r>
            <w:r w:rsidRPr="00514BDD">
              <w:t xml:space="preserve"> по </w:t>
            </w:r>
            <w:r>
              <w:t>GMP</w:t>
            </w:r>
            <w:r w:rsidRPr="00514BDD">
              <w:t>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100% полипропилен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Пропитка: раствор 70% изопропилового спирта и 30% деионизированной воды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Герметичная упаковка с клапаном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23.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Поверхностная плотность, не менее, г/м²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34.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в упаковке, не менее, шт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25.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8. </w:t>
            </w:r>
            <w:r w:rsidRPr="00DB78EA">
              <w:rPr>
                <w:b/>
              </w:rPr>
              <w:t>Многослойный липкий мат</w:t>
            </w:r>
            <w:r w:rsidRPr="00514BDD">
              <w:rPr>
                <w:b/>
              </w:rPr>
              <w:t xml:space="preserve">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24 шт.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мат липкий многослойный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Назначение: задержка бактерий и микроорганизмов, удаление пыли и мелкой грязи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слоёв, не менее, шт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Эффективность удаления пыли, не менее, %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99,9.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Состав материала: полиэтилен высокой плотности, акрилат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Состав клейкой основы: акрилат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Подкладка для фиксации к полу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lastRenderedPageBreak/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синий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9. Шапочка одноразовая (</w:t>
            </w:r>
            <w:r>
              <w:rPr>
                <w:b/>
              </w:rPr>
              <w:t xml:space="preserve">типа </w:t>
            </w:r>
            <w:r w:rsidRPr="00514BDD">
              <w:rPr>
                <w:b/>
              </w:rPr>
              <w:t>шарлотта) для защиты волос, нестерильная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12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шапочка одноразовая (шарлотта) для защиты волос с двойной фиксирующей резинкой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спанбонд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белый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Размер: универсальный (стандартный)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нестерильно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Поверхностная плотность, не менее, г/кв.м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Диаметр,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в упаковке, не менее, шт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10. Бахилы </w:t>
            </w:r>
            <w:r w:rsidRPr="00DB78EA">
              <w:rPr>
                <w:b/>
              </w:rPr>
              <w:t>медицинские одноразовые нестерильные полиэтиленовые</w:t>
            </w:r>
            <w:r w:rsidRPr="00514BDD">
              <w:rPr>
                <w:b/>
              </w:rPr>
              <w:t xml:space="preserve"> с двойной подошвой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75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бахилы одноразовые полиэтиленовые с фиксирующей резинкой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полиэтилен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белый/синий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поверхности: гладкая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Двойная подошва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Толщина плёнки,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14.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14.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нестерильно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пар в упаковке, не менее, пар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11. </w:t>
            </w:r>
            <w:r w:rsidRPr="00DB78EA">
              <w:rPr>
                <w:b/>
              </w:rPr>
              <w:t xml:space="preserve">Стерильная маска </w:t>
            </w:r>
            <w:r w:rsidRPr="00514BDD">
              <w:rPr>
                <w:b/>
              </w:rPr>
              <w:t>на резинках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90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маска стерильная для чистых помещений, крепление на резинках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Состав материала: полиэтилен, полипропилен, спанбонд/полипропилен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Класс чистых помещений: </w:t>
            </w:r>
            <w:r>
              <w:t>ISO</w:t>
            </w:r>
            <w:r w:rsidRPr="00514BDD">
              <w:t xml:space="preserve"> 3 и выше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сложений (слоёв), не менее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белый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Крепление: на резинках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Низкое ворсоотделение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21,5.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9,5.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в упаковке, не менее, шт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12. Фольга пищевая алюминиевая в рулоне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16 шт.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Тип: фольга пищевая алюминиевая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алюминий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Форма выпуска: рулон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Назначение: упаковка и хранение пищевых продуктов</w:t>
            </w:r>
            <w:r>
              <w:t>/материалов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Толщина,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44.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в упаковке, не менее, шт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13. Мешки для мусора 240 л из полиэтилена среднего давления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39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Тип: мешки для мусора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lastRenderedPageBreak/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Материал: полиэтилен среднего давления (ПСД)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складируемого мусора: обычный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упаковки: рулон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черный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дна: звездочка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Толщина плёнки,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Номинальный объём, л</w:t>
            </w:r>
            <w:r>
              <w:t>.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240.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130.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в упаковке, не менее, шт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14. Мешки для мусора 120 л из полиэтилена высокого давления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45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Тип: мешки для мусора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Материал: полиэтилен высокого давления (ПВД)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складируемого мусора: обычный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упаковки: рулон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черный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 дна: плоское без шва и боковых фальцев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Толщина плёнки,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Номинальный объём, л</w:t>
            </w:r>
            <w:r>
              <w:t>.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120.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в упаковке, не менее, шт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15. </w:t>
            </w:r>
            <w:r w:rsidRPr="00DB78EA">
              <w:rPr>
                <w:b/>
              </w:rPr>
              <w:t xml:space="preserve">Пакеты полиэтиленовые одноразовые для сбора и хранения медицинских отходов </w:t>
            </w:r>
            <w:r>
              <w:rPr>
                <w:b/>
              </w:rPr>
              <w:t>класса А, объём 110 л, белые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5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Назначение: упаковка для сбора медицинских отходов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Класс утилизируемых отходов: А (неопасные)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белый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Материал изготовления: полиэтилен низкого давления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Толщина плёнки,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DB78EA" w:rsidRDefault="00FD4DF3" w:rsidP="007902EA">
            <w:r>
              <w:t>Объём,  л.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в упаковке, не менее, шт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16. </w:t>
            </w:r>
            <w:r w:rsidRPr="00DB78EA">
              <w:rPr>
                <w:b/>
              </w:rPr>
              <w:t>Пакеты полиэтиленовые одноразовые для сбора и хранения медицинских отходов</w:t>
            </w:r>
            <w:r>
              <w:rPr>
                <w:b/>
              </w:rPr>
              <w:t xml:space="preserve"> класса Б, объём 110 л, жёлтые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5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Назначение: упаковка для сбора медицинских отходов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Класс утилизируемых отходов: Б (опасные)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Цвет: жёлтый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Материал изготовления: полиэтилен низкого давления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Толщина плёнки,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Объём, не менее, 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не менее,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в упаковке, не менее, шт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Default="00FD4DF3" w:rsidP="007902EA">
            <w:r>
              <w:rPr>
                <w:b/>
              </w:rPr>
              <w:t>Позиция 17. Шприц одноразовый 50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136 шт.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Шприц трехкомпонентный, в составе цилиндр, поршень, манжета на поршне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Крепление иглы</w:t>
            </w:r>
            <w:r>
              <w:tab/>
              <w:t xml:space="preserve"> Luer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Индивидуальная стерильная блистерная упаковка с отогнутым краем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иглы 18G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lastRenderedPageBreak/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Объем,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Диаметр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1,2.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штук в упаковке, не менее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25.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Default="00FD4DF3" w:rsidP="007902EA">
            <w:r>
              <w:rPr>
                <w:b/>
              </w:rPr>
              <w:t>Позиция 18. Шприц одноразовый 10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3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Шприц трехкомпонентный, в составе цилиндр, поршень, манжета на поршне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Крепление иглы</w:t>
            </w:r>
            <w:r>
              <w:tab/>
              <w:t xml:space="preserve"> Luer Lock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Индивидуальная стерильная блистерная упаковка с отогнутым краем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иглы 21G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Объем, 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Диаметр иглы,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0,8.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штук в упаковке, не менее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</w:t>
            </w:r>
            <w:r>
              <w:rPr>
                <w:b/>
              </w:rPr>
              <w:t>19</w:t>
            </w:r>
            <w:r w:rsidRPr="00514BDD">
              <w:rPr>
                <w:b/>
              </w:rPr>
              <w:t>. Шприц трёхкомпонентный одноразовый 5 мл с иглой 21</w:t>
            </w:r>
            <w:r>
              <w:rPr>
                <w:b/>
              </w:rPr>
              <w:t>G</w:t>
            </w:r>
            <w:r w:rsidRPr="00514BDD">
              <w:rPr>
                <w:b/>
              </w:rPr>
              <w:t>, стерильный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3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шприц инъекционный трёхкомпонентный одноразовый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наконечника: Luer Slip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Комплектация: игла приложена к шприцу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 цилиндра: полипропилен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упаковки: блистер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единиц товара в потребительской упаковке, не менее, шт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Объём,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Шаг градуировки шкалы, не более,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0,2.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Размер иглы: 21G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Диаметр иглы, не более,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0,8.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иглы, не более,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2</w:t>
            </w:r>
            <w:r>
              <w:rPr>
                <w:b/>
              </w:rPr>
              <w:t>0</w:t>
            </w:r>
            <w:r w:rsidRPr="00514BDD">
              <w:rPr>
                <w:b/>
              </w:rPr>
              <w:t>. Шприц инъекционный трёхкомпонентный одноразовый, номинальный объём 2 мл, с иглой 23</w:t>
            </w:r>
            <w:r>
              <w:rPr>
                <w:b/>
              </w:rPr>
              <w:t>G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3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шприц инъекционный трёхкомпонентный одноразовый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наконечника: Luer Lock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Крепление иглы: игла надета на шприц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 цилиндра: полипропилен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упаковки: полимерный пакет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единиц в потребительской упаковке, не менее, шт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Номинальный объём,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Цена деления шкалы, не более, мл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0,1.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Размер иглы: 23G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Наружный диаметр иглы, не более,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0,6.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иглы, не более,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32.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2</w:t>
            </w:r>
            <w:r>
              <w:rPr>
                <w:b/>
              </w:rPr>
              <w:t>1</w:t>
            </w:r>
            <w:r w:rsidRPr="00514BDD">
              <w:rPr>
                <w:b/>
              </w:rPr>
              <w:t>. Картридж с ламинированной лентой для принтера этикеток, ширина 24 мм, чёрный на белом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2 шт.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Назначение: сменный картридж с лентой для принтера этикеток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Тип ленты: ламинированная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 фона ленты: белый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lastRenderedPageBreak/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Цвет шрифта: чёрный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 ленты: полиэтилентерефталат (ПЭТ)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Ширина ленты, не менее, мм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24.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Длина ленты, не менее, 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Устойчивость к воздействию влаги, температуры и истирания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RPr="00A70207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Pr="00AD253C" w:rsidRDefault="00FD4DF3" w:rsidP="007902EA">
            <w:pPr>
              <w:jc w:val="center"/>
            </w:pPr>
            <w:r w:rsidRPr="00AD253C"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AD253C" w:rsidRDefault="00FD4DF3" w:rsidP="007902EA">
            <w:r w:rsidRPr="00AD253C">
              <w:t>Совместимость с принтером модели Brother PT-P950NW, имеющейся в наличии у Заказчика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Pr="00AD253C" w:rsidRDefault="00FD4DF3" w:rsidP="007902EA">
            <w:pPr>
              <w:jc w:val="center"/>
            </w:pPr>
            <w:r w:rsidRPr="00AD253C">
              <w:t>Соответствие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2</w:t>
            </w:r>
            <w:r>
              <w:rPr>
                <w:b/>
              </w:rPr>
              <w:t>2</w:t>
            </w:r>
            <w:r w:rsidRPr="00514BDD">
              <w:rPr>
                <w:b/>
              </w:rPr>
              <w:t xml:space="preserve">. </w:t>
            </w:r>
            <w:r w:rsidRPr="00A70207">
              <w:rPr>
                <w:b/>
              </w:rPr>
              <w:t>Стерильный комбинезон для чистых помещений</w:t>
            </w:r>
            <w:r>
              <w:rPr>
                <w:b/>
              </w:rPr>
              <w:t>,</w:t>
            </w:r>
            <w:r w:rsidRPr="00514BDD">
              <w:rPr>
                <w:b/>
              </w:rPr>
              <w:t xml:space="preserve"> одноразовый, размер </w:t>
            </w:r>
            <w:r>
              <w:rPr>
                <w:b/>
              </w:rPr>
              <w:t>L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6 шт.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комбинезон одноразовый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Класс чистоты помещений: </w:t>
            </w:r>
            <w:r>
              <w:t>ISO</w:t>
            </w:r>
            <w:r w:rsidRPr="00514BDD">
              <w:t xml:space="preserve"> 5 (</w:t>
            </w:r>
            <w:r>
              <w:t>GMP</w:t>
            </w:r>
            <w:r w:rsidRPr="00514BDD">
              <w:t xml:space="preserve"> </w:t>
            </w:r>
            <w:r>
              <w:t>A</w:t>
            </w:r>
            <w:r w:rsidRPr="00514BDD">
              <w:t>-</w:t>
            </w:r>
            <w:r>
              <w:t>B</w:t>
            </w:r>
            <w:r w:rsidRPr="00514BDD">
              <w:t>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Наличие капюшона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Наличие встроенных бахил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Швы проклеены (герметизированы)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Наличие петли для большого пальца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ламинированный полипропилен (микропористый)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Поверхностная плотность материала, не менее, г/м²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Упаковка: двойная вакуумная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Размер: L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2</w:t>
            </w:r>
            <w:r>
              <w:rPr>
                <w:b/>
              </w:rPr>
              <w:t>3</w:t>
            </w:r>
            <w:r w:rsidRPr="00514BDD">
              <w:rPr>
                <w:b/>
              </w:rPr>
              <w:t xml:space="preserve">. </w:t>
            </w:r>
            <w:r w:rsidRPr="00A70207">
              <w:rPr>
                <w:b/>
              </w:rPr>
              <w:t>Стерильный комбинезон для чистых</w:t>
            </w:r>
            <w:r>
              <w:rPr>
                <w:b/>
              </w:rPr>
              <w:t xml:space="preserve"> </w:t>
            </w:r>
            <w:r w:rsidRPr="00A70207">
              <w:rPr>
                <w:b/>
              </w:rPr>
              <w:t>помещений</w:t>
            </w:r>
            <w:r>
              <w:rPr>
                <w:b/>
              </w:rPr>
              <w:t>,</w:t>
            </w:r>
            <w:r w:rsidRPr="00514BDD">
              <w:rPr>
                <w:b/>
              </w:rPr>
              <w:t xml:space="preserve"> одноразовый, размер </w:t>
            </w:r>
            <w:r>
              <w:rPr>
                <w:b/>
              </w:rPr>
              <w:t>M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7 шт.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комбинезон одноразовый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Класс чистоты помещений: </w:t>
            </w:r>
            <w:r>
              <w:t>ISO</w:t>
            </w:r>
            <w:r w:rsidRPr="00514BDD">
              <w:t xml:space="preserve"> 5 (</w:t>
            </w:r>
            <w:r>
              <w:t>GMP</w:t>
            </w:r>
            <w:r w:rsidRPr="00514BDD">
              <w:t xml:space="preserve"> </w:t>
            </w:r>
            <w:r>
              <w:t>A</w:t>
            </w:r>
            <w:r w:rsidRPr="00514BDD">
              <w:t>-</w:t>
            </w:r>
            <w:r>
              <w:t>B</w:t>
            </w:r>
            <w:r w:rsidRPr="00514BDD">
              <w:t>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Наличие капюшона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Наличие встроенных бахил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Швы проклеены (герметизированы)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Наличие петли для большого пальца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ламинированный полипропилен (микропористый)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Поверхностная плотность материала, не менее, г/м²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Упаковка: двойная вакуумная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Размер: M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2</w:t>
            </w:r>
            <w:r>
              <w:rPr>
                <w:b/>
              </w:rPr>
              <w:t>4</w:t>
            </w:r>
            <w:r w:rsidRPr="00514BDD">
              <w:rPr>
                <w:b/>
              </w:rPr>
              <w:t xml:space="preserve">. </w:t>
            </w:r>
            <w:r>
              <w:rPr>
                <w:b/>
              </w:rPr>
              <w:t>С</w:t>
            </w:r>
            <w:r w:rsidRPr="00A70207">
              <w:rPr>
                <w:b/>
              </w:rPr>
              <w:t>терильный комбинезон для чистых</w:t>
            </w:r>
            <w:r>
              <w:rPr>
                <w:b/>
              </w:rPr>
              <w:t xml:space="preserve"> </w:t>
            </w:r>
            <w:r w:rsidRPr="00A70207">
              <w:rPr>
                <w:b/>
              </w:rPr>
              <w:t>помещений</w:t>
            </w:r>
            <w:r>
              <w:rPr>
                <w:b/>
              </w:rPr>
              <w:t xml:space="preserve">, </w:t>
            </w:r>
            <w:r w:rsidRPr="00514BDD">
              <w:rPr>
                <w:b/>
              </w:rPr>
              <w:t xml:space="preserve">одноразовый, размер </w:t>
            </w:r>
            <w:r>
              <w:rPr>
                <w:b/>
              </w:rPr>
              <w:t>XXL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8 шт.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комбинезон одноразовый для чистых помещений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Стерильность: стерильно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 xml:space="preserve">Класс чистоты помещений: </w:t>
            </w:r>
            <w:r>
              <w:t>ISO</w:t>
            </w:r>
            <w:r w:rsidRPr="00514BDD">
              <w:t xml:space="preserve"> 5 (</w:t>
            </w:r>
            <w:r>
              <w:t>GMP</w:t>
            </w:r>
            <w:r w:rsidRPr="00514BDD">
              <w:t xml:space="preserve"> </w:t>
            </w:r>
            <w:r>
              <w:t>A</w:t>
            </w:r>
            <w:r w:rsidRPr="00514BDD">
              <w:t>-</w:t>
            </w:r>
            <w:r>
              <w:t>B</w:t>
            </w:r>
            <w:r w:rsidRPr="00514BDD">
              <w:t>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Наличие капюшона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Наличие встроенных бахил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Швы проклеены (герметизированы)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Наличие петли для большого пальца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Материал: ламинированный полипропилен (микропористый)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Поверхностная плотность материала, не менее, г/м²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Упаковка: двойная вакуумная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в транспортном коробе, не менее, шт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Размер: XXL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2</w:t>
            </w:r>
            <w:r>
              <w:rPr>
                <w:b/>
              </w:rPr>
              <w:t>5</w:t>
            </w:r>
            <w:r w:rsidRPr="00514BDD">
              <w:rPr>
                <w:b/>
              </w:rPr>
              <w:t>. Пакет</w:t>
            </w:r>
            <w:r w:rsidRPr="00A70207">
              <w:rPr>
                <w:b/>
              </w:rPr>
              <w:t xml:space="preserve"> с замком zip-lock</w:t>
            </w:r>
            <w:r>
              <w:rPr>
                <w:b/>
              </w:rPr>
              <w:t xml:space="preserve"> фасовочный полиэтиленовый</w:t>
            </w:r>
            <w:r w:rsidRPr="00514BDD">
              <w:rPr>
                <w:b/>
              </w:rPr>
              <w:t xml:space="preserve">, 18 </w:t>
            </w:r>
            <w:r>
              <w:rPr>
                <w:b/>
              </w:rPr>
              <w:t>x</w:t>
            </w:r>
            <w:r w:rsidRPr="00514BDD">
              <w:rPr>
                <w:b/>
              </w:rPr>
              <w:t xml:space="preserve"> 25 см, толщина 3</w:t>
            </w:r>
            <w:r>
              <w:rPr>
                <w:b/>
              </w:rPr>
              <w:t>5</w:t>
            </w:r>
            <w:r w:rsidRPr="00514BDD">
              <w:rPr>
                <w:b/>
              </w:rPr>
              <w:t xml:space="preserve">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15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Тип: пакет фасовочный с замком-застёжкой (</w:t>
            </w:r>
            <w:r>
              <w:t>zip</w:t>
            </w:r>
            <w:r w:rsidRPr="00514BDD">
              <w:t>-</w:t>
            </w:r>
            <w:r>
              <w:t>lock</w:t>
            </w:r>
            <w:r w:rsidRPr="00514BDD">
              <w:t>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lastRenderedPageBreak/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Материал: полиэтилен низкой плотности (ПВД)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Пакет прозрачный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Наличие многоразового замка-застёжки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Герметичность (влагостойкость)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Наличие.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Ширина,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18.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Default="00FD4DF3" w:rsidP="007902EA">
            <w:r>
              <w:t>Длина,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Толщина плёнки,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Количество в упаковке, не менее, шт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>Позиция 26. Лимонная кислота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1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Молекулярная формула: HOC(COOH)(CH2COOH)2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CAS номер: 77-92-9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Молекулярная масса, не менее, г/моль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192,12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Чистота, не менее, %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99,5.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Фасовка, не менее, г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514BDD" w:rsidRDefault="00FD4DF3" w:rsidP="007902EA">
            <w:r w:rsidRPr="00514BDD">
              <w:rPr>
                <w:b/>
              </w:rPr>
              <w:t xml:space="preserve">Позиция </w:t>
            </w:r>
            <w:r>
              <w:rPr>
                <w:b/>
              </w:rPr>
              <w:t xml:space="preserve">27. </w:t>
            </w:r>
            <w:r w:rsidRPr="00514BDD">
              <w:rPr>
                <w:b/>
              </w:rPr>
              <w:t>Кислота лимонная моногидрат, фармацевтический сорт, порошок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1 уп.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Назначение: буферный компонент, хелатор металлов и регулятор кислотности для фармацевтических препаратов, биохимических сред и аналитических реагентов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Форма поставки: порошок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Фасовка</w:t>
            </w:r>
            <w:r w:rsidRPr="00514BDD">
              <w:t>, не менее, кг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Pr="00A70207" w:rsidRDefault="00FD4DF3" w:rsidP="007902EA">
            <w:pPr>
              <w:jc w:val="center"/>
            </w:pPr>
            <w:r>
              <w:t>1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Молекулярная масса, не менее, г/моль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210,14.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Чистота, не менее, %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99,5.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Растворимость: водорастворимый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7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Температура плавления, не более, °</w:t>
            </w:r>
            <w:r>
              <w:t>C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135.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8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Степень чистоты: фармацевтическая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Соответствие.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9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514BDD">
              <w:t>Температура хранения, не более, °</w:t>
            </w:r>
            <w:r>
              <w:t>C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25.</w:t>
            </w:r>
          </w:p>
        </w:tc>
      </w:tr>
      <w:tr w:rsidR="00FD4DF3" w:rsidTr="007902EA">
        <w:trPr>
          <w:jc w:val="center"/>
        </w:trPr>
        <w:tc>
          <w:tcPr>
            <w:tcW w:w="8107" w:type="dxa"/>
            <w:gridSpan w:val="2"/>
            <w:shd w:val="clear" w:color="auto" w:fill="FFFFFF" w:themeFill="background1"/>
          </w:tcPr>
          <w:p w:rsidR="00FD4DF3" w:rsidRPr="00A70207" w:rsidRDefault="00FD4DF3" w:rsidP="007902EA">
            <w:r w:rsidRPr="00A70207">
              <w:rPr>
                <w:b/>
              </w:rPr>
              <w:t xml:space="preserve">Позиция </w:t>
            </w:r>
            <w:r>
              <w:rPr>
                <w:b/>
              </w:rPr>
              <w:t>28</w:t>
            </w:r>
            <w:r w:rsidRPr="00A70207">
              <w:rPr>
                <w:b/>
              </w:rPr>
              <w:t>. Пакет зиплок</w:t>
            </w:r>
            <w:r>
              <w:rPr>
                <w:b/>
              </w:rPr>
              <w:t xml:space="preserve"> 12 х </w:t>
            </w:r>
            <w:r w:rsidRPr="00A70207">
              <w:rPr>
                <w:b/>
              </w:rPr>
              <w:t>17 см</w:t>
            </w:r>
            <w:r>
              <w:rPr>
                <w:b/>
              </w:rPr>
              <w:t>.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rPr>
                <w:b/>
              </w:rPr>
              <w:t>33 уп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7A32E3">
              <w:t>Применение: хранение и передача образцов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2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Застежка тип "зип-лок"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Соответствие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Ширина, 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12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4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Длина, см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17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5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>
              <w:t>Толщина, не менее, мкм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30</w:t>
            </w:r>
          </w:p>
        </w:tc>
      </w:tr>
      <w:tr w:rsidR="00FD4DF3" w:rsidTr="007902EA">
        <w:trPr>
          <w:jc w:val="center"/>
        </w:trPr>
        <w:tc>
          <w:tcPr>
            <w:tcW w:w="737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6</w:t>
            </w:r>
          </w:p>
        </w:tc>
        <w:tc>
          <w:tcPr>
            <w:tcW w:w="7370" w:type="dxa"/>
            <w:shd w:val="clear" w:color="auto" w:fill="FFFFFF" w:themeFill="background1"/>
          </w:tcPr>
          <w:p w:rsidR="00FD4DF3" w:rsidRPr="00514BDD" w:rsidRDefault="00FD4DF3" w:rsidP="007902EA">
            <w:r w:rsidRPr="007A32E3">
              <w:t>Количество штук в упаковке, не менее</w:t>
            </w:r>
          </w:p>
        </w:tc>
        <w:tc>
          <w:tcPr>
            <w:tcW w:w="2098" w:type="dxa"/>
            <w:shd w:val="clear" w:color="auto" w:fill="FFFFFF" w:themeFill="background1"/>
          </w:tcPr>
          <w:p w:rsidR="00FD4DF3" w:rsidRDefault="00FD4DF3" w:rsidP="007902EA">
            <w:pPr>
              <w:jc w:val="center"/>
            </w:pPr>
            <w:r>
              <w:t>100</w:t>
            </w:r>
          </w:p>
        </w:tc>
      </w:tr>
    </w:tbl>
    <w:p w:rsidR="00BA65A9" w:rsidRDefault="00BA65A9" w:rsidP="00BA65A9">
      <w:pPr>
        <w:jc w:val="both"/>
        <w:rPr>
          <w:b/>
          <w:bCs/>
          <w:sz w:val="22"/>
          <w:szCs w:val="22"/>
        </w:rPr>
      </w:pPr>
      <w:bookmarkStart w:id="3" w:name="_GoBack"/>
      <w:bookmarkEnd w:id="3"/>
    </w:p>
    <w:p w:rsidR="00367C9C" w:rsidRPr="00BA65A9" w:rsidRDefault="00367C9C" w:rsidP="00BA65A9">
      <w:pPr>
        <w:jc w:val="both"/>
        <w:rPr>
          <w:b/>
          <w:bCs/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ОТ ИМЕНИ ПОСТАВЩИКА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ОТ ИМЕНИ ЗАКАЗЧИКА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>__________________ __________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__________________</w:t>
      </w:r>
      <w:r w:rsidR="00DD39DD" w:rsidRPr="00DD39DD">
        <w:t xml:space="preserve"> </w:t>
      </w:r>
      <w:r w:rsidR="00874379" w:rsidRPr="00874379">
        <w:rPr>
          <w:sz w:val="22"/>
          <w:szCs w:val="22"/>
        </w:rPr>
        <w:t>Д.Ю. Логунов</w:t>
      </w:r>
    </w:p>
    <w:p w:rsidR="00BA65A9" w:rsidRPr="00BA65A9" w:rsidRDefault="00BA65A9" w:rsidP="00BA65A9">
      <w:pPr>
        <w:jc w:val="both"/>
        <w:rPr>
          <w:sz w:val="22"/>
          <w:szCs w:val="22"/>
        </w:rPr>
      </w:pP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</w:r>
      <w:r w:rsidRPr="00BA65A9">
        <w:rPr>
          <w:sz w:val="22"/>
          <w:szCs w:val="22"/>
        </w:rPr>
        <w:tab/>
        <w:t>МП</w:t>
      </w:r>
    </w:p>
    <w:sectPr w:rsidR="00BA65A9" w:rsidRPr="00BA65A9" w:rsidSect="009D0203">
      <w:footerReference w:type="default" r:id="rId10"/>
      <w:pgSz w:w="11906" w:h="16838"/>
      <w:pgMar w:top="851" w:right="850" w:bottom="360" w:left="1418" w:header="708" w:footer="2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B57" w:rsidRDefault="008F1B57" w:rsidP="00E20271">
      <w:r>
        <w:separator/>
      </w:r>
    </w:p>
  </w:endnote>
  <w:endnote w:type="continuationSeparator" w:id="0">
    <w:p w:rsidR="008F1B57" w:rsidRDefault="008F1B57" w:rsidP="00E20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271" w:rsidRDefault="00E20271">
    <w:pPr>
      <w:pStyle w:val="af"/>
      <w:jc w:val="center"/>
    </w:pPr>
    <w:r>
      <w:fldChar w:fldCharType="begin"/>
    </w:r>
    <w:r>
      <w:instrText>PAGE   \* MERGEFORMAT</w:instrText>
    </w:r>
    <w:r>
      <w:fldChar w:fldCharType="separate"/>
    </w:r>
    <w:r w:rsidR="00FD4DF3">
      <w:rPr>
        <w:noProof/>
      </w:rPr>
      <w:t>10</w:t>
    </w:r>
    <w:r>
      <w:fldChar w:fldCharType="end"/>
    </w:r>
  </w:p>
  <w:p w:rsidR="00E20271" w:rsidRDefault="00E2027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B57" w:rsidRDefault="008F1B57" w:rsidP="00E20271">
      <w:r>
        <w:separator/>
      </w:r>
    </w:p>
  </w:footnote>
  <w:footnote w:type="continuationSeparator" w:id="0">
    <w:p w:rsidR="008F1B57" w:rsidRDefault="008F1B57" w:rsidP="00E20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F534ADE"/>
    <w:multiLevelType w:val="hybridMultilevel"/>
    <w:tmpl w:val="E96A0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E6B"/>
    <w:rsid w:val="00000400"/>
    <w:rsid w:val="00000720"/>
    <w:rsid w:val="00012138"/>
    <w:rsid w:val="00020FBC"/>
    <w:rsid w:val="00022C89"/>
    <w:rsid w:val="00022D45"/>
    <w:rsid w:val="00027AD0"/>
    <w:rsid w:val="000353F9"/>
    <w:rsid w:val="000520B4"/>
    <w:rsid w:val="0007022C"/>
    <w:rsid w:val="000807AF"/>
    <w:rsid w:val="0008352C"/>
    <w:rsid w:val="0009315A"/>
    <w:rsid w:val="000B0F23"/>
    <w:rsid w:val="000B5515"/>
    <w:rsid w:val="000C7B3E"/>
    <w:rsid w:val="000F7231"/>
    <w:rsid w:val="00102047"/>
    <w:rsid w:val="00105933"/>
    <w:rsid w:val="00106639"/>
    <w:rsid w:val="00120D2B"/>
    <w:rsid w:val="00130ABD"/>
    <w:rsid w:val="00144645"/>
    <w:rsid w:val="00146F5F"/>
    <w:rsid w:val="00156F3A"/>
    <w:rsid w:val="00162218"/>
    <w:rsid w:val="00173437"/>
    <w:rsid w:val="00177EE4"/>
    <w:rsid w:val="001A3B32"/>
    <w:rsid w:val="001A3DBF"/>
    <w:rsid w:val="001B386B"/>
    <w:rsid w:val="001D5D6C"/>
    <w:rsid w:val="001E14A5"/>
    <w:rsid w:val="00201752"/>
    <w:rsid w:val="00204C75"/>
    <w:rsid w:val="002438AC"/>
    <w:rsid w:val="002444D8"/>
    <w:rsid w:val="00291EF4"/>
    <w:rsid w:val="00297C2C"/>
    <w:rsid w:val="002D01F0"/>
    <w:rsid w:val="002D0A4E"/>
    <w:rsid w:val="002F02D9"/>
    <w:rsid w:val="00325E40"/>
    <w:rsid w:val="0033030C"/>
    <w:rsid w:val="003350FA"/>
    <w:rsid w:val="00346702"/>
    <w:rsid w:val="00350260"/>
    <w:rsid w:val="00367C9C"/>
    <w:rsid w:val="003879DD"/>
    <w:rsid w:val="00390463"/>
    <w:rsid w:val="00392A17"/>
    <w:rsid w:val="00395152"/>
    <w:rsid w:val="003A25E0"/>
    <w:rsid w:val="003A4715"/>
    <w:rsid w:val="003B055D"/>
    <w:rsid w:val="003B3D7B"/>
    <w:rsid w:val="003C4BAD"/>
    <w:rsid w:val="003E164D"/>
    <w:rsid w:val="0042143E"/>
    <w:rsid w:val="004425EE"/>
    <w:rsid w:val="00456A9A"/>
    <w:rsid w:val="0048066E"/>
    <w:rsid w:val="0048324E"/>
    <w:rsid w:val="00483A35"/>
    <w:rsid w:val="00491169"/>
    <w:rsid w:val="004B20BF"/>
    <w:rsid w:val="004C2BDB"/>
    <w:rsid w:val="004D4852"/>
    <w:rsid w:val="004D5ED1"/>
    <w:rsid w:val="004F57CB"/>
    <w:rsid w:val="00512F5A"/>
    <w:rsid w:val="00525D85"/>
    <w:rsid w:val="005376C9"/>
    <w:rsid w:val="00574278"/>
    <w:rsid w:val="005773B6"/>
    <w:rsid w:val="00586C97"/>
    <w:rsid w:val="00590332"/>
    <w:rsid w:val="005A221A"/>
    <w:rsid w:val="005A6FC6"/>
    <w:rsid w:val="005B7E76"/>
    <w:rsid w:val="005C1E1E"/>
    <w:rsid w:val="005D1E7C"/>
    <w:rsid w:val="005D3C88"/>
    <w:rsid w:val="005D693A"/>
    <w:rsid w:val="005E363B"/>
    <w:rsid w:val="005F1BFA"/>
    <w:rsid w:val="005F2ABC"/>
    <w:rsid w:val="005F2E3C"/>
    <w:rsid w:val="005F52D0"/>
    <w:rsid w:val="00611DF2"/>
    <w:rsid w:val="00625043"/>
    <w:rsid w:val="00643BAC"/>
    <w:rsid w:val="00661898"/>
    <w:rsid w:val="006624DA"/>
    <w:rsid w:val="00664DD6"/>
    <w:rsid w:val="0067023E"/>
    <w:rsid w:val="0068042D"/>
    <w:rsid w:val="00696D3E"/>
    <w:rsid w:val="006A080B"/>
    <w:rsid w:val="006C7695"/>
    <w:rsid w:val="006E34E8"/>
    <w:rsid w:val="00705624"/>
    <w:rsid w:val="00730DFA"/>
    <w:rsid w:val="00740F01"/>
    <w:rsid w:val="00750F48"/>
    <w:rsid w:val="00753BBE"/>
    <w:rsid w:val="0076260A"/>
    <w:rsid w:val="007679EF"/>
    <w:rsid w:val="007853D8"/>
    <w:rsid w:val="007C33F6"/>
    <w:rsid w:val="007D1BA8"/>
    <w:rsid w:val="007E7C33"/>
    <w:rsid w:val="007F6063"/>
    <w:rsid w:val="0083097A"/>
    <w:rsid w:val="00874379"/>
    <w:rsid w:val="00880543"/>
    <w:rsid w:val="00884CA9"/>
    <w:rsid w:val="008A086A"/>
    <w:rsid w:val="008A1CFA"/>
    <w:rsid w:val="008B16D9"/>
    <w:rsid w:val="008C26C2"/>
    <w:rsid w:val="008C725E"/>
    <w:rsid w:val="008D3697"/>
    <w:rsid w:val="008E2593"/>
    <w:rsid w:val="008F1B57"/>
    <w:rsid w:val="00922133"/>
    <w:rsid w:val="0092222F"/>
    <w:rsid w:val="00925FA5"/>
    <w:rsid w:val="00942B10"/>
    <w:rsid w:val="00942D5C"/>
    <w:rsid w:val="00947499"/>
    <w:rsid w:val="009531DB"/>
    <w:rsid w:val="00961970"/>
    <w:rsid w:val="00965392"/>
    <w:rsid w:val="00995D83"/>
    <w:rsid w:val="00996A0C"/>
    <w:rsid w:val="009C1595"/>
    <w:rsid w:val="009C7035"/>
    <w:rsid w:val="009D0203"/>
    <w:rsid w:val="00A21F37"/>
    <w:rsid w:val="00A23B55"/>
    <w:rsid w:val="00A40929"/>
    <w:rsid w:val="00A92C4A"/>
    <w:rsid w:val="00A97225"/>
    <w:rsid w:val="00AD1C11"/>
    <w:rsid w:val="00AD6FA2"/>
    <w:rsid w:val="00AE7168"/>
    <w:rsid w:val="00B20524"/>
    <w:rsid w:val="00B512B2"/>
    <w:rsid w:val="00B53F20"/>
    <w:rsid w:val="00B6177C"/>
    <w:rsid w:val="00B647F2"/>
    <w:rsid w:val="00B6631E"/>
    <w:rsid w:val="00B90650"/>
    <w:rsid w:val="00B92E6B"/>
    <w:rsid w:val="00B96C32"/>
    <w:rsid w:val="00BA4D08"/>
    <w:rsid w:val="00BA65A9"/>
    <w:rsid w:val="00BB176A"/>
    <w:rsid w:val="00BE7141"/>
    <w:rsid w:val="00BF7091"/>
    <w:rsid w:val="00C06A3E"/>
    <w:rsid w:val="00C1706B"/>
    <w:rsid w:val="00C405AE"/>
    <w:rsid w:val="00C9333A"/>
    <w:rsid w:val="00CA4AFD"/>
    <w:rsid w:val="00CC6C7B"/>
    <w:rsid w:val="00CD60E3"/>
    <w:rsid w:val="00CF141B"/>
    <w:rsid w:val="00CF4FE4"/>
    <w:rsid w:val="00D1316B"/>
    <w:rsid w:val="00D15695"/>
    <w:rsid w:val="00D16C7B"/>
    <w:rsid w:val="00D33A85"/>
    <w:rsid w:val="00D36A4F"/>
    <w:rsid w:val="00D45592"/>
    <w:rsid w:val="00D629F9"/>
    <w:rsid w:val="00D74434"/>
    <w:rsid w:val="00D75D86"/>
    <w:rsid w:val="00D93206"/>
    <w:rsid w:val="00DA1864"/>
    <w:rsid w:val="00DA7001"/>
    <w:rsid w:val="00DD04DA"/>
    <w:rsid w:val="00DD259E"/>
    <w:rsid w:val="00DD39DD"/>
    <w:rsid w:val="00DD760A"/>
    <w:rsid w:val="00DE79DB"/>
    <w:rsid w:val="00DF0985"/>
    <w:rsid w:val="00DF2A03"/>
    <w:rsid w:val="00DF3CF4"/>
    <w:rsid w:val="00E00325"/>
    <w:rsid w:val="00E01833"/>
    <w:rsid w:val="00E03C94"/>
    <w:rsid w:val="00E1495F"/>
    <w:rsid w:val="00E20271"/>
    <w:rsid w:val="00E6752A"/>
    <w:rsid w:val="00E70287"/>
    <w:rsid w:val="00E81781"/>
    <w:rsid w:val="00EA16C1"/>
    <w:rsid w:val="00EA3058"/>
    <w:rsid w:val="00EA78F9"/>
    <w:rsid w:val="00EB07FE"/>
    <w:rsid w:val="00EC130F"/>
    <w:rsid w:val="00ED553C"/>
    <w:rsid w:val="00EE5059"/>
    <w:rsid w:val="00EF1361"/>
    <w:rsid w:val="00F05724"/>
    <w:rsid w:val="00F0598F"/>
    <w:rsid w:val="00F121CE"/>
    <w:rsid w:val="00F13436"/>
    <w:rsid w:val="00F47D0F"/>
    <w:rsid w:val="00F64BB3"/>
    <w:rsid w:val="00F65C79"/>
    <w:rsid w:val="00F77FD7"/>
    <w:rsid w:val="00FA1AC1"/>
    <w:rsid w:val="00FB1CBC"/>
    <w:rsid w:val="00FD1A93"/>
    <w:rsid w:val="00FD4DF3"/>
    <w:rsid w:val="00FF4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iPriority="35" w:unhideWhenUsed="1" w:qFormat="1"/>
    <w:lsdException w:name="macro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Bullet 2" w:uiPriority="99"/>
    <w:lsdException w:name="List Bullet 3" w:uiPriority="99"/>
    <w:lsdException w:name="List Number 2" w:uiPriority="99"/>
    <w:lsdException w:name="List Number 3" w:uiPriority="99"/>
    <w:lsdException w:name="Title" w:uiPriority="10" w:qFormat="1"/>
    <w:lsdException w:name="Body Text" w:uiPriority="99"/>
    <w:lsdException w:name="List Continue" w:uiPriority="99"/>
    <w:lsdException w:name="List Continue 2" w:uiPriority="99"/>
    <w:lsdException w:name="List Continue 3" w:uiPriority="99"/>
    <w:lsdException w:name="Subtitle" w:uiPriority="11" w:qFormat="1"/>
    <w:lsdException w:name="Body Text 2" w:uiPriority="99"/>
    <w:lsdException w:name="Body Text 3" w:uiPriority="99"/>
    <w:lsdException w:name="Strong" w:uiPriority="22" w:qFormat="1"/>
    <w:lsdException w:name="Emphasis" w:uiPriority="20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B92E6B"/>
  </w:style>
  <w:style w:type="paragraph" w:styleId="1">
    <w:name w:val="heading 1"/>
    <w:basedOn w:val="a1"/>
    <w:next w:val="a1"/>
    <w:link w:val="10"/>
    <w:uiPriority w:val="9"/>
    <w:qFormat/>
    <w:rsid w:val="00FD4DF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FD4DF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FD4DF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D4DF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D4DF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D4DF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D4DF3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D4DF3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val="en-US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D4DF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link w:val="a6"/>
    <w:uiPriority w:val="10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6">
    <w:name w:val="Название Знак"/>
    <w:link w:val="a5"/>
    <w:uiPriority w:val="10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7">
    <w:name w:val="Body Text"/>
    <w:basedOn w:val="a1"/>
    <w:link w:val="a8"/>
    <w:uiPriority w:val="99"/>
    <w:rsid w:val="00B92E6B"/>
    <w:pPr>
      <w:jc w:val="both"/>
    </w:pPr>
    <w:rPr>
      <w:sz w:val="22"/>
      <w:szCs w:val="22"/>
    </w:rPr>
  </w:style>
  <w:style w:type="character" w:customStyle="1" w:styleId="a8">
    <w:name w:val="Основной текст Знак"/>
    <w:link w:val="a7"/>
    <w:uiPriority w:val="99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1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9">
    <w:name w:val="Body Text Indent"/>
    <w:basedOn w:val="a1"/>
    <w:link w:val="aa"/>
    <w:rsid w:val="00B92E6B"/>
    <w:pPr>
      <w:spacing w:after="120"/>
      <w:ind w:left="283"/>
    </w:pPr>
  </w:style>
  <w:style w:type="character" w:customStyle="1" w:styleId="aa">
    <w:name w:val="Основной текст с отступом Знак"/>
    <w:link w:val="a9"/>
    <w:locked/>
    <w:rsid w:val="00B92E6B"/>
    <w:rPr>
      <w:lang w:val="ru-RU" w:eastAsia="ru-RU" w:bidi="ar-SA"/>
    </w:rPr>
  </w:style>
  <w:style w:type="paragraph" w:styleId="HTML">
    <w:name w:val="HTML Preformatted"/>
    <w:basedOn w:val="a1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b">
    <w:name w:val="Balloon Text"/>
    <w:basedOn w:val="a1"/>
    <w:semiHidden/>
    <w:rsid w:val="003A25E0"/>
    <w:rPr>
      <w:rFonts w:ascii="Tahoma" w:hAnsi="Tahoma" w:cs="Tahoma"/>
      <w:sz w:val="16"/>
      <w:szCs w:val="16"/>
    </w:rPr>
  </w:style>
  <w:style w:type="character" w:styleId="ac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2"/>
    <w:rsid w:val="00AE7168"/>
  </w:style>
  <w:style w:type="paragraph" w:styleId="23">
    <w:name w:val="List 2"/>
    <w:basedOn w:val="a1"/>
    <w:uiPriority w:val="99"/>
    <w:rsid w:val="00DE79DB"/>
    <w:pPr>
      <w:ind w:left="566" w:hanging="283"/>
    </w:pPr>
    <w:rPr>
      <w:sz w:val="24"/>
      <w:szCs w:val="24"/>
    </w:rPr>
  </w:style>
  <w:style w:type="paragraph" w:styleId="ad">
    <w:name w:val="header"/>
    <w:basedOn w:val="a1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uiPriority w:val="99"/>
    <w:rsid w:val="00E20271"/>
  </w:style>
  <w:style w:type="paragraph" w:styleId="af">
    <w:name w:val="footer"/>
    <w:basedOn w:val="a1"/>
    <w:link w:val="af0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rsid w:val="00E20271"/>
  </w:style>
  <w:style w:type="table" w:styleId="af1">
    <w:name w:val="Table Grid"/>
    <w:basedOn w:val="a3"/>
    <w:uiPriority w:val="5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3"/>
    <w:next w:val="af1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1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4">
    <w:name w:val="Сетка таблицы2"/>
    <w:basedOn w:val="a3"/>
    <w:next w:val="af1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297C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">
    <w:name w:val="TableStyle0"/>
    <w:rsid w:val="006C7695"/>
    <w:rPr>
      <w:rFonts w:ascii="Arial" w:hAnsi="Arial"/>
      <w:kern w:val="2"/>
      <w:sz w:val="11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2"/>
    <w:link w:val="1"/>
    <w:uiPriority w:val="9"/>
    <w:rsid w:val="00FD4D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2">
    <w:name w:val="Заголовок 2 Знак"/>
    <w:basedOn w:val="a2"/>
    <w:link w:val="21"/>
    <w:uiPriority w:val="9"/>
    <w:rsid w:val="00FD4D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2">
    <w:name w:val="Заголовок 3 Знак"/>
    <w:basedOn w:val="a2"/>
    <w:link w:val="31"/>
    <w:uiPriority w:val="9"/>
    <w:rsid w:val="00FD4DF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40">
    <w:name w:val="Заголовок 4 Знак"/>
    <w:basedOn w:val="a2"/>
    <w:link w:val="4"/>
    <w:uiPriority w:val="9"/>
    <w:semiHidden/>
    <w:rsid w:val="00FD4DF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50">
    <w:name w:val="Заголовок 5 Знак"/>
    <w:basedOn w:val="a2"/>
    <w:link w:val="5"/>
    <w:uiPriority w:val="9"/>
    <w:semiHidden/>
    <w:rsid w:val="00FD4DF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FD4DF3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FD4DF3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FD4DF3"/>
    <w:rPr>
      <w:rFonts w:asciiTheme="majorHAnsi" w:eastAsiaTheme="majorEastAsia" w:hAnsiTheme="majorHAnsi" w:cstheme="majorBidi"/>
      <w:color w:val="4F81BD" w:themeColor="accent1"/>
      <w:lang w:val="en-US"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FD4DF3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af3">
    <w:name w:val="No Spacing"/>
    <w:uiPriority w:val="1"/>
    <w:qFormat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4">
    <w:name w:val="Subtitle"/>
    <w:basedOn w:val="a1"/>
    <w:next w:val="a1"/>
    <w:link w:val="af5"/>
    <w:uiPriority w:val="11"/>
    <w:qFormat/>
    <w:rsid w:val="00FD4DF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f5">
    <w:name w:val="Подзаголовок Знак"/>
    <w:basedOn w:val="a2"/>
    <w:link w:val="af4"/>
    <w:uiPriority w:val="11"/>
    <w:rsid w:val="00FD4D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25">
    <w:name w:val="Body Text 2"/>
    <w:basedOn w:val="a1"/>
    <w:link w:val="26"/>
    <w:uiPriority w:val="99"/>
    <w:unhideWhenUsed/>
    <w:rsid w:val="00FD4DF3"/>
    <w:pPr>
      <w:spacing w:after="120" w:line="480" w:lineRule="auto"/>
    </w:pPr>
    <w:rPr>
      <w:rFonts w:eastAsiaTheme="minorEastAsia" w:cstheme="minorBidi"/>
      <w:sz w:val="22"/>
      <w:szCs w:val="22"/>
      <w:lang w:val="en-US" w:eastAsia="en-US"/>
    </w:rPr>
  </w:style>
  <w:style w:type="character" w:customStyle="1" w:styleId="26">
    <w:name w:val="Основной текст 2 Знак"/>
    <w:basedOn w:val="a2"/>
    <w:link w:val="25"/>
    <w:uiPriority w:val="99"/>
    <w:rsid w:val="00FD4DF3"/>
    <w:rPr>
      <w:rFonts w:eastAsiaTheme="minorEastAsia" w:cstheme="minorBidi"/>
      <w:sz w:val="22"/>
      <w:szCs w:val="22"/>
      <w:lang w:val="en-US" w:eastAsia="en-US"/>
    </w:rPr>
  </w:style>
  <w:style w:type="paragraph" w:styleId="34">
    <w:name w:val="Body Text 3"/>
    <w:basedOn w:val="a1"/>
    <w:link w:val="35"/>
    <w:uiPriority w:val="99"/>
    <w:unhideWhenUsed/>
    <w:rsid w:val="00FD4DF3"/>
    <w:pPr>
      <w:spacing w:after="120" w:line="276" w:lineRule="auto"/>
    </w:pPr>
    <w:rPr>
      <w:rFonts w:eastAsiaTheme="minorEastAsia" w:cstheme="minorBidi"/>
      <w:sz w:val="16"/>
      <w:szCs w:val="16"/>
      <w:lang w:val="en-US" w:eastAsia="en-US"/>
    </w:rPr>
  </w:style>
  <w:style w:type="character" w:customStyle="1" w:styleId="35">
    <w:name w:val="Основной текст 3 Знак"/>
    <w:basedOn w:val="a2"/>
    <w:link w:val="34"/>
    <w:uiPriority w:val="99"/>
    <w:rsid w:val="00FD4DF3"/>
    <w:rPr>
      <w:rFonts w:eastAsiaTheme="minorEastAsia" w:cstheme="minorBidi"/>
      <w:sz w:val="16"/>
      <w:szCs w:val="16"/>
      <w:lang w:val="en-US" w:eastAsia="en-US"/>
    </w:rPr>
  </w:style>
  <w:style w:type="paragraph" w:styleId="af6">
    <w:name w:val="List"/>
    <w:basedOn w:val="a1"/>
    <w:uiPriority w:val="99"/>
    <w:unhideWhenUsed/>
    <w:rsid w:val="00FD4DF3"/>
    <w:pPr>
      <w:spacing w:after="200" w:line="276" w:lineRule="auto"/>
      <w:ind w:left="360" w:hanging="36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6">
    <w:name w:val="List 3"/>
    <w:basedOn w:val="a1"/>
    <w:uiPriority w:val="99"/>
    <w:unhideWhenUsed/>
    <w:rsid w:val="00FD4DF3"/>
    <w:pPr>
      <w:spacing w:after="200" w:line="276" w:lineRule="auto"/>
      <w:ind w:left="1080" w:hanging="36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0">
    <w:name w:val="List Bullet"/>
    <w:basedOn w:val="a1"/>
    <w:uiPriority w:val="99"/>
    <w:unhideWhenUsed/>
    <w:rsid w:val="00FD4DF3"/>
    <w:pPr>
      <w:numPr>
        <w:numId w:val="2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20">
    <w:name w:val="List Bullet 2"/>
    <w:basedOn w:val="a1"/>
    <w:uiPriority w:val="99"/>
    <w:unhideWhenUsed/>
    <w:rsid w:val="00FD4DF3"/>
    <w:pPr>
      <w:numPr>
        <w:numId w:val="3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0">
    <w:name w:val="List Bullet 3"/>
    <w:basedOn w:val="a1"/>
    <w:uiPriority w:val="99"/>
    <w:unhideWhenUsed/>
    <w:rsid w:val="00FD4DF3"/>
    <w:pPr>
      <w:numPr>
        <w:numId w:val="4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">
    <w:name w:val="List Number"/>
    <w:basedOn w:val="a1"/>
    <w:uiPriority w:val="99"/>
    <w:unhideWhenUsed/>
    <w:rsid w:val="00FD4DF3"/>
    <w:pPr>
      <w:numPr>
        <w:numId w:val="6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2">
    <w:name w:val="List Number 2"/>
    <w:basedOn w:val="a1"/>
    <w:uiPriority w:val="99"/>
    <w:unhideWhenUsed/>
    <w:rsid w:val="00FD4DF3"/>
    <w:pPr>
      <w:numPr>
        <w:numId w:val="7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">
    <w:name w:val="List Number 3"/>
    <w:basedOn w:val="a1"/>
    <w:uiPriority w:val="99"/>
    <w:unhideWhenUsed/>
    <w:rsid w:val="00FD4DF3"/>
    <w:pPr>
      <w:numPr>
        <w:numId w:val="8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f7">
    <w:name w:val="List Continue"/>
    <w:basedOn w:val="a1"/>
    <w:uiPriority w:val="99"/>
    <w:unhideWhenUsed/>
    <w:rsid w:val="00FD4DF3"/>
    <w:pPr>
      <w:spacing w:after="120" w:line="276" w:lineRule="auto"/>
      <w:ind w:left="36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27">
    <w:name w:val="List Continue 2"/>
    <w:basedOn w:val="a1"/>
    <w:uiPriority w:val="99"/>
    <w:unhideWhenUsed/>
    <w:rsid w:val="00FD4DF3"/>
    <w:pPr>
      <w:spacing w:after="120" w:line="276" w:lineRule="auto"/>
      <w:ind w:left="72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7">
    <w:name w:val="List Continue 3"/>
    <w:basedOn w:val="a1"/>
    <w:uiPriority w:val="99"/>
    <w:unhideWhenUsed/>
    <w:rsid w:val="00FD4DF3"/>
    <w:pPr>
      <w:spacing w:after="120" w:line="276" w:lineRule="auto"/>
      <w:ind w:left="108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f8">
    <w:name w:val="macro"/>
    <w:link w:val="af9"/>
    <w:uiPriority w:val="99"/>
    <w:unhideWhenUsed/>
    <w:rsid w:val="00FD4DF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character" w:customStyle="1" w:styleId="af9">
    <w:name w:val="Текст макроса Знак"/>
    <w:basedOn w:val="a2"/>
    <w:link w:val="af8"/>
    <w:uiPriority w:val="99"/>
    <w:rsid w:val="00FD4DF3"/>
    <w:rPr>
      <w:rFonts w:ascii="Courier" w:eastAsiaTheme="minorEastAsia" w:hAnsi="Courier" w:cstheme="minorBidi"/>
      <w:lang w:val="en-US" w:eastAsia="en-US"/>
    </w:rPr>
  </w:style>
  <w:style w:type="paragraph" w:styleId="28">
    <w:name w:val="Quote"/>
    <w:basedOn w:val="a1"/>
    <w:next w:val="a1"/>
    <w:link w:val="29"/>
    <w:uiPriority w:val="29"/>
    <w:qFormat/>
    <w:rsid w:val="00FD4DF3"/>
    <w:pPr>
      <w:spacing w:after="200" w:line="276" w:lineRule="auto"/>
    </w:pPr>
    <w:rPr>
      <w:rFonts w:eastAsiaTheme="minorEastAsia" w:cstheme="minorBidi"/>
      <w:i/>
      <w:iCs/>
      <w:color w:val="000000" w:themeColor="text1"/>
      <w:sz w:val="22"/>
      <w:szCs w:val="22"/>
      <w:lang w:val="en-US" w:eastAsia="en-US"/>
    </w:rPr>
  </w:style>
  <w:style w:type="character" w:customStyle="1" w:styleId="29">
    <w:name w:val="Цитата 2 Знак"/>
    <w:basedOn w:val="a2"/>
    <w:link w:val="28"/>
    <w:uiPriority w:val="29"/>
    <w:rsid w:val="00FD4DF3"/>
    <w:rPr>
      <w:rFonts w:eastAsiaTheme="minorEastAsia" w:cstheme="minorBidi"/>
      <w:i/>
      <w:iCs/>
      <w:color w:val="000000" w:themeColor="text1"/>
      <w:sz w:val="22"/>
      <w:szCs w:val="22"/>
      <w:lang w:val="en-US" w:eastAsia="en-US"/>
    </w:rPr>
  </w:style>
  <w:style w:type="paragraph" w:styleId="afa">
    <w:name w:val="caption"/>
    <w:basedOn w:val="a1"/>
    <w:next w:val="a1"/>
    <w:uiPriority w:val="35"/>
    <w:semiHidden/>
    <w:unhideWhenUsed/>
    <w:qFormat/>
    <w:rsid w:val="00FD4DF3"/>
    <w:pPr>
      <w:spacing w:after="200"/>
    </w:pPr>
    <w:rPr>
      <w:rFonts w:eastAsiaTheme="minorEastAsia" w:cstheme="minorBidi"/>
      <w:b/>
      <w:bCs/>
      <w:color w:val="4F81BD" w:themeColor="accent1"/>
      <w:sz w:val="18"/>
      <w:szCs w:val="18"/>
      <w:lang w:val="en-US" w:eastAsia="en-US"/>
    </w:rPr>
  </w:style>
  <w:style w:type="character" w:styleId="afb">
    <w:name w:val="Strong"/>
    <w:basedOn w:val="a2"/>
    <w:uiPriority w:val="22"/>
    <w:qFormat/>
    <w:rsid w:val="00FD4DF3"/>
    <w:rPr>
      <w:b/>
      <w:bCs/>
    </w:rPr>
  </w:style>
  <w:style w:type="character" w:styleId="afc">
    <w:name w:val="Emphasis"/>
    <w:basedOn w:val="a2"/>
    <w:uiPriority w:val="20"/>
    <w:qFormat/>
    <w:rsid w:val="00FD4DF3"/>
    <w:rPr>
      <w:i/>
      <w:iCs/>
    </w:rPr>
  </w:style>
  <w:style w:type="paragraph" w:styleId="afd">
    <w:name w:val="Intense Quote"/>
    <w:basedOn w:val="a1"/>
    <w:next w:val="a1"/>
    <w:link w:val="afe"/>
    <w:uiPriority w:val="30"/>
    <w:qFormat/>
    <w:rsid w:val="00FD4DF3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EastAsia" w:cstheme="min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afe">
    <w:name w:val="Выделенная цитата Знак"/>
    <w:basedOn w:val="a2"/>
    <w:link w:val="afd"/>
    <w:uiPriority w:val="30"/>
    <w:rsid w:val="00FD4DF3"/>
    <w:rPr>
      <w:rFonts w:eastAsiaTheme="minorEastAsia" w:cstheme="min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styleId="aff">
    <w:name w:val="Subtle Emphasis"/>
    <w:basedOn w:val="a2"/>
    <w:uiPriority w:val="19"/>
    <w:qFormat/>
    <w:rsid w:val="00FD4DF3"/>
    <w:rPr>
      <w:i/>
      <w:iCs/>
      <w:color w:val="808080" w:themeColor="text1" w:themeTint="7F"/>
    </w:rPr>
  </w:style>
  <w:style w:type="character" w:styleId="aff0">
    <w:name w:val="Intense Emphasis"/>
    <w:basedOn w:val="a2"/>
    <w:uiPriority w:val="21"/>
    <w:qFormat/>
    <w:rsid w:val="00FD4DF3"/>
    <w:rPr>
      <w:b/>
      <w:bCs/>
      <w:i/>
      <w:iCs/>
      <w:color w:val="4F81BD" w:themeColor="accent1"/>
    </w:rPr>
  </w:style>
  <w:style w:type="character" w:styleId="aff1">
    <w:name w:val="Subtle Reference"/>
    <w:basedOn w:val="a2"/>
    <w:uiPriority w:val="31"/>
    <w:qFormat/>
    <w:rsid w:val="00FD4DF3"/>
    <w:rPr>
      <w:smallCaps/>
      <w:color w:val="C0504D" w:themeColor="accent2"/>
      <w:u w:val="single"/>
    </w:rPr>
  </w:style>
  <w:style w:type="character" w:styleId="aff2">
    <w:name w:val="Intense Reference"/>
    <w:basedOn w:val="a2"/>
    <w:uiPriority w:val="32"/>
    <w:qFormat/>
    <w:rsid w:val="00FD4DF3"/>
    <w:rPr>
      <w:b/>
      <w:bCs/>
      <w:smallCaps/>
      <w:color w:val="C0504D" w:themeColor="accent2"/>
      <w:spacing w:val="5"/>
      <w:u w:val="single"/>
    </w:rPr>
  </w:style>
  <w:style w:type="character" w:styleId="aff3">
    <w:name w:val="Book Title"/>
    <w:basedOn w:val="a2"/>
    <w:uiPriority w:val="33"/>
    <w:qFormat/>
    <w:rsid w:val="00FD4DF3"/>
    <w:rPr>
      <w:b/>
      <w:bCs/>
      <w:smallCaps/>
      <w:spacing w:val="5"/>
    </w:rPr>
  </w:style>
  <w:style w:type="paragraph" w:styleId="aff4">
    <w:name w:val="TOC Heading"/>
    <w:basedOn w:val="1"/>
    <w:next w:val="a1"/>
    <w:uiPriority w:val="39"/>
    <w:semiHidden/>
    <w:unhideWhenUsed/>
    <w:qFormat/>
    <w:rsid w:val="00FD4DF3"/>
    <w:pPr>
      <w:outlineLvl w:val="9"/>
    </w:pPr>
  </w:style>
  <w:style w:type="table" w:styleId="aff5">
    <w:name w:val="Light Shading"/>
    <w:basedOn w:val="a3"/>
    <w:uiPriority w:val="60"/>
    <w:rsid w:val="00FD4DF3"/>
    <w:rPr>
      <w:rFonts w:asciiTheme="minorHAnsi" w:eastAsiaTheme="minorEastAsia" w:hAnsiTheme="minorHAnsi" w:cstheme="minorBid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D4DF3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D4DF3"/>
    <w:rPr>
      <w:rFonts w:asciiTheme="minorHAnsi" w:eastAsiaTheme="minorEastAsia" w:hAnsiTheme="minorHAnsi" w:cstheme="minorBidi"/>
      <w:color w:val="943634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D4DF3"/>
    <w:rPr>
      <w:rFonts w:asciiTheme="minorHAnsi" w:eastAsiaTheme="minorEastAsia" w:hAnsiTheme="minorHAnsi" w:cstheme="minorBidi"/>
      <w:color w:val="76923C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D4DF3"/>
    <w:rPr>
      <w:rFonts w:asciiTheme="minorHAnsi" w:eastAsiaTheme="minorEastAsia" w:hAnsiTheme="minorHAnsi" w:cstheme="minorBidi"/>
      <w:color w:val="5F497A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D4DF3"/>
    <w:rPr>
      <w:rFonts w:asciiTheme="minorHAnsi" w:eastAsiaTheme="minorEastAsia" w:hAnsiTheme="minorHAnsi" w:cstheme="minorBidi"/>
      <w:color w:val="31849B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D4DF3"/>
    <w:rPr>
      <w:rFonts w:asciiTheme="minorHAnsi" w:eastAsiaTheme="minorEastAsia" w:hAnsiTheme="minorHAnsi" w:cstheme="minorBidi"/>
      <w:color w:val="E36C0A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6">
    <w:name w:val="Light List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7">
    <w:name w:val="Light Grid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2">
    <w:name w:val="Medium Shading 1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3">
    <w:name w:val="Medium List 1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Grid 1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8">
    <w:name w:val="Dark List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9">
    <w:name w:val="Colorful Shading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a">
    <w:name w:val="Colorful List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b">
    <w:name w:val="Colorful Grid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footer" w:uiPriority="99"/>
    <w:lsdException w:name="caption" w:semiHidden="1" w:uiPriority="35" w:unhideWhenUsed="1" w:qFormat="1"/>
    <w:lsdException w:name="macro" w:uiPriority="99"/>
    <w:lsdException w:name="List" w:uiPriority="99"/>
    <w:lsdException w:name="List Bullet" w:uiPriority="99"/>
    <w:lsdException w:name="List Number" w:uiPriority="99"/>
    <w:lsdException w:name="List 2" w:uiPriority="99"/>
    <w:lsdException w:name="List 3" w:uiPriority="99"/>
    <w:lsdException w:name="List Bullet 2" w:uiPriority="99"/>
    <w:lsdException w:name="List Bullet 3" w:uiPriority="99"/>
    <w:lsdException w:name="List Number 2" w:uiPriority="99"/>
    <w:lsdException w:name="List Number 3" w:uiPriority="99"/>
    <w:lsdException w:name="Title" w:uiPriority="10" w:qFormat="1"/>
    <w:lsdException w:name="Body Text" w:uiPriority="99"/>
    <w:lsdException w:name="List Continue" w:uiPriority="99"/>
    <w:lsdException w:name="List Continue 2" w:uiPriority="99"/>
    <w:lsdException w:name="List Continue 3" w:uiPriority="99"/>
    <w:lsdException w:name="Subtitle" w:uiPriority="11" w:qFormat="1"/>
    <w:lsdException w:name="Body Text 2" w:uiPriority="99"/>
    <w:lsdException w:name="Body Text 3" w:uiPriority="99"/>
    <w:lsdException w:name="Strong" w:uiPriority="22" w:qFormat="1"/>
    <w:lsdException w:name="Emphasis" w:uiPriority="20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B92E6B"/>
  </w:style>
  <w:style w:type="paragraph" w:styleId="1">
    <w:name w:val="heading 1"/>
    <w:basedOn w:val="a1"/>
    <w:next w:val="a1"/>
    <w:link w:val="10"/>
    <w:uiPriority w:val="9"/>
    <w:qFormat/>
    <w:rsid w:val="00FD4DF3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1">
    <w:name w:val="heading 2"/>
    <w:basedOn w:val="a1"/>
    <w:next w:val="a1"/>
    <w:link w:val="22"/>
    <w:uiPriority w:val="9"/>
    <w:unhideWhenUsed/>
    <w:qFormat/>
    <w:rsid w:val="00FD4DF3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1">
    <w:name w:val="heading 3"/>
    <w:basedOn w:val="a1"/>
    <w:next w:val="a1"/>
    <w:link w:val="32"/>
    <w:uiPriority w:val="9"/>
    <w:unhideWhenUsed/>
    <w:qFormat/>
    <w:rsid w:val="00FD4DF3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D4DF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D4DF3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D4DF3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D4DF3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D4DF3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val="en-US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D4DF3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link w:val="a6"/>
    <w:uiPriority w:val="10"/>
    <w:qFormat/>
    <w:rsid w:val="00B92E6B"/>
    <w:pPr>
      <w:widowControl w:val="0"/>
      <w:snapToGrid w:val="0"/>
      <w:spacing w:line="320" w:lineRule="exact"/>
      <w:ind w:right="-46"/>
      <w:jc w:val="center"/>
    </w:pPr>
    <w:rPr>
      <w:b/>
      <w:bCs/>
      <w:noProof/>
      <w:sz w:val="24"/>
      <w:szCs w:val="24"/>
    </w:rPr>
  </w:style>
  <w:style w:type="character" w:customStyle="1" w:styleId="a6">
    <w:name w:val="Название Знак"/>
    <w:link w:val="a5"/>
    <w:uiPriority w:val="10"/>
    <w:locked/>
    <w:rsid w:val="00B92E6B"/>
    <w:rPr>
      <w:b/>
      <w:bCs/>
      <w:noProof/>
      <w:sz w:val="24"/>
      <w:szCs w:val="24"/>
      <w:lang w:val="ru-RU" w:eastAsia="ru-RU" w:bidi="ar-SA"/>
    </w:rPr>
  </w:style>
  <w:style w:type="paragraph" w:styleId="a7">
    <w:name w:val="Body Text"/>
    <w:basedOn w:val="a1"/>
    <w:link w:val="a8"/>
    <w:uiPriority w:val="99"/>
    <w:rsid w:val="00B92E6B"/>
    <w:pPr>
      <w:jc w:val="both"/>
    </w:pPr>
    <w:rPr>
      <w:sz w:val="22"/>
      <w:szCs w:val="22"/>
    </w:rPr>
  </w:style>
  <w:style w:type="character" w:customStyle="1" w:styleId="a8">
    <w:name w:val="Основной текст Знак"/>
    <w:link w:val="a7"/>
    <w:uiPriority w:val="99"/>
    <w:locked/>
    <w:rsid w:val="00B92E6B"/>
    <w:rPr>
      <w:sz w:val="22"/>
      <w:szCs w:val="22"/>
      <w:lang w:val="ru-RU" w:eastAsia="ru-RU" w:bidi="ar-SA"/>
    </w:rPr>
  </w:style>
  <w:style w:type="character" w:customStyle="1" w:styleId="FontStyle14">
    <w:name w:val="Font Style14"/>
    <w:rsid w:val="00B92E6B"/>
    <w:rPr>
      <w:rFonts w:ascii="Cambria" w:hAnsi="Cambria" w:cs="Cambria"/>
      <w:sz w:val="20"/>
      <w:szCs w:val="20"/>
    </w:rPr>
  </w:style>
  <w:style w:type="paragraph" w:customStyle="1" w:styleId="Style5">
    <w:name w:val="Style5"/>
    <w:basedOn w:val="a1"/>
    <w:rsid w:val="00B92E6B"/>
    <w:pPr>
      <w:widowControl w:val="0"/>
      <w:autoSpaceDE w:val="0"/>
      <w:autoSpaceDN w:val="0"/>
      <w:adjustRightInd w:val="0"/>
      <w:spacing w:line="254" w:lineRule="exact"/>
    </w:pPr>
    <w:rPr>
      <w:rFonts w:ascii="Cambria" w:hAnsi="Cambria" w:cs="Cambria"/>
      <w:sz w:val="24"/>
      <w:szCs w:val="24"/>
    </w:rPr>
  </w:style>
  <w:style w:type="character" w:customStyle="1" w:styleId="FontStyle12">
    <w:name w:val="Font Style12"/>
    <w:rsid w:val="00B92E6B"/>
    <w:rPr>
      <w:rFonts w:ascii="Cambria" w:hAnsi="Cambria" w:cs="Cambria"/>
      <w:b/>
      <w:bCs/>
      <w:sz w:val="20"/>
      <w:szCs w:val="20"/>
    </w:rPr>
  </w:style>
  <w:style w:type="character" w:customStyle="1" w:styleId="FontStyle13">
    <w:name w:val="Font Style13"/>
    <w:rsid w:val="00B92E6B"/>
    <w:rPr>
      <w:rFonts w:ascii="Cambria" w:hAnsi="Cambria" w:cs="Cambria"/>
      <w:spacing w:val="-20"/>
      <w:sz w:val="22"/>
      <w:szCs w:val="22"/>
    </w:rPr>
  </w:style>
  <w:style w:type="paragraph" w:styleId="a9">
    <w:name w:val="Body Text Indent"/>
    <w:basedOn w:val="a1"/>
    <w:link w:val="aa"/>
    <w:rsid w:val="00B92E6B"/>
    <w:pPr>
      <w:spacing w:after="120"/>
      <w:ind w:left="283"/>
    </w:pPr>
  </w:style>
  <w:style w:type="character" w:customStyle="1" w:styleId="aa">
    <w:name w:val="Основной текст с отступом Знак"/>
    <w:link w:val="a9"/>
    <w:locked/>
    <w:rsid w:val="00B92E6B"/>
    <w:rPr>
      <w:lang w:val="ru-RU" w:eastAsia="ru-RU" w:bidi="ar-SA"/>
    </w:rPr>
  </w:style>
  <w:style w:type="paragraph" w:styleId="HTML">
    <w:name w:val="HTML Preformatted"/>
    <w:basedOn w:val="a1"/>
    <w:link w:val="HTML0"/>
    <w:rsid w:val="00B92E6B"/>
    <w:pPr>
      <w:suppressAutoHyphens/>
      <w:spacing w:after="60"/>
      <w:jc w:val="both"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link w:val="HTML"/>
    <w:locked/>
    <w:rsid w:val="00B92E6B"/>
    <w:rPr>
      <w:rFonts w:ascii="Courier New" w:hAnsi="Courier New" w:cs="Courier New"/>
      <w:lang w:val="ru-RU" w:eastAsia="ar-SA" w:bidi="ar-SA"/>
    </w:rPr>
  </w:style>
  <w:style w:type="paragraph" w:styleId="ab">
    <w:name w:val="Balloon Text"/>
    <w:basedOn w:val="a1"/>
    <w:semiHidden/>
    <w:rsid w:val="003A25E0"/>
    <w:rPr>
      <w:rFonts w:ascii="Tahoma" w:hAnsi="Tahoma" w:cs="Tahoma"/>
      <w:sz w:val="16"/>
      <w:szCs w:val="16"/>
    </w:rPr>
  </w:style>
  <w:style w:type="character" w:styleId="ac">
    <w:name w:val="Hyperlink"/>
    <w:semiHidden/>
    <w:rsid w:val="00105933"/>
    <w:rPr>
      <w:rFonts w:ascii="Times New Roman" w:hAnsi="Times New Roman" w:cs="Times New Roman" w:hint="default"/>
      <w:color w:val="0000FF"/>
      <w:u w:val="single"/>
    </w:rPr>
  </w:style>
  <w:style w:type="character" w:customStyle="1" w:styleId="33">
    <w:name w:val="Знак Знак3"/>
    <w:locked/>
    <w:rsid w:val="00105933"/>
    <w:rPr>
      <w:b/>
      <w:bCs/>
      <w:noProof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2"/>
    <w:rsid w:val="00AE7168"/>
  </w:style>
  <w:style w:type="paragraph" w:styleId="23">
    <w:name w:val="List 2"/>
    <w:basedOn w:val="a1"/>
    <w:uiPriority w:val="99"/>
    <w:rsid w:val="00DE79DB"/>
    <w:pPr>
      <w:ind w:left="566" w:hanging="283"/>
    </w:pPr>
    <w:rPr>
      <w:sz w:val="24"/>
      <w:szCs w:val="24"/>
    </w:rPr>
  </w:style>
  <w:style w:type="paragraph" w:styleId="ad">
    <w:name w:val="header"/>
    <w:basedOn w:val="a1"/>
    <w:link w:val="ae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uiPriority w:val="99"/>
    <w:rsid w:val="00E20271"/>
  </w:style>
  <w:style w:type="paragraph" w:styleId="af">
    <w:name w:val="footer"/>
    <w:basedOn w:val="a1"/>
    <w:link w:val="af0"/>
    <w:uiPriority w:val="99"/>
    <w:rsid w:val="00E2027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2"/>
    <w:link w:val="af"/>
    <w:uiPriority w:val="99"/>
    <w:rsid w:val="00E20271"/>
  </w:style>
  <w:style w:type="table" w:styleId="af1">
    <w:name w:val="Table Grid"/>
    <w:basedOn w:val="a3"/>
    <w:uiPriority w:val="59"/>
    <w:rsid w:val="00D1316B"/>
    <w:rPr>
      <w:rFonts w:ascii="Calibri" w:eastAsia="Calibri" w:hAnsi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3"/>
    <w:next w:val="af1"/>
    <w:uiPriority w:val="59"/>
    <w:rsid w:val="00C405A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1"/>
    <w:uiPriority w:val="34"/>
    <w:qFormat/>
    <w:rsid w:val="008A1C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24">
    <w:name w:val="Сетка таблицы2"/>
    <w:basedOn w:val="a3"/>
    <w:next w:val="af1"/>
    <w:uiPriority w:val="59"/>
    <w:rsid w:val="0076260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1">
    <w:name w:val="TableStyle1"/>
    <w:rsid w:val="00297C2C"/>
    <w:rPr>
      <w:rFonts w:ascii="Arial" w:eastAsiaTheme="minorEastAsia" w:hAnsi="Arial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">
    <w:name w:val="TableStyle0"/>
    <w:rsid w:val="006C7695"/>
    <w:rPr>
      <w:rFonts w:ascii="Arial" w:hAnsi="Arial"/>
      <w:kern w:val="2"/>
      <w:sz w:val="11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2"/>
    <w:link w:val="1"/>
    <w:uiPriority w:val="9"/>
    <w:rsid w:val="00FD4D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2">
    <w:name w:val="Заголовок 2 Знак"/>
    <w:basedOn w:val="a2"/>
    <w:link w:val="21"/>
    <w:uiPriority w:val="9"/>
    <w:rsid w:val="00FD4D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2">
    <w:name w:val="Заголовок 3 Знак"/>
    <w:basedOn w:val="a2"/>
    <w:link w:val="31"/>
    <w:uiPriority w:val="9"/>
    <w:rsid w:val="00FD4DF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40">
    <w:name w:val="Заголовок 4 Знак"/>
    <w:basedOn w:val="a2"/>
    <w:link w:val="4"/>
    <w:uiPriority w:val="9"/>
    <w:semiHidden/>
    <w:rsid w:val="00FD4DF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50">
    <w:name w:val="Заголовок 5 Знак"/>
    <w:basedOn w:val="a2"/>
    <w:link w:val="5"/>
    <w:uiPriority w:val="9"/>
    <w:semiHidden/>
    <w:rsid w:val="00FD4DF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FD4DF3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FD4DF3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FD4DF3"/>
    <w:rPr>
      <w:rFonts w:asciiTheme="majorHAnsi" w:eastAsiaTheme="majorEastAsia" w:hAnsiTheme="majorHAnsi" w:cstheme="majorBidi"/>
      <w:color w:val="4F81BD" w:themeColor="accent1"/>
      <w:lang w:val="en-US"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FD4DF3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paragraph" w:styleId="af3">
    <w:name w:val="No Spacing"/>
    <w:uiPriority w:val="1"/>
    <w:qFormat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af4">
    <w:name w:val="Subtitle"/>
    <w:basedOn w:val="a1"/>
    <w:next w:val="a1"/>
    <w:link w:val="af5"/>
    <w:uiPriority w:val="11"/>
    <w:qFormat/>
    <w:rsid w:val="00FD4DF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f5">
    <w:name w:val="Подзаголовок Знак"/>
    <w:basedOn w:val="a2"/>
    <w:link w:val="af4"/>
    <w:uiPriority w:val="11"/>
    <w:rsid w:val="00FD4D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25">
    <w:name w:val="Body Text 2"/>
    <w:basedOn w:val="a1"/>
    <w:link w:val="26"/>
    <w:uiPriority w:val="99"/>
    <w:unhideWhenUsed/>
    <w:rsid w:val="00FD4DF3"/>
    <w:pPr>
      <w:spacing w:after="120" w:line="480" w:lineRule="auto"/>
    </w:pPr>
    <w:rPr>
      <w:rFonts w:eastAsiaTheme="minorEastAsia" w:cstheme="minorBidi"/>
      <w:sz w:val="22"/>
      <w:szCs w:val="22"/>
      <w:lang w:val="en-US" w:eastAsia="en-US"/>
    </w:rPr>
  </w:style>
  <w:style w:type="character" w:customStyle="1" w:styleId="26">
    <w:name w:val="Основной текст 2 Знак"/>
    <w:basedOn w:val="a2"/>
    <w:link w:val="25"/>
    <w:uiPriority w:val="99"/>
    <w:rsid w:val="00FD4DF3"/>
    <w:rPr>
      <w:rFonts w:eastAsiaTheme="minorEastAsia" w:cstheme="minorBidi"/>
      <w:sz w:val="22"/>
      <w:szCs w:val="22"/>
      <w:lang w:val="en-US" w:eastAsia="en-US"/>
    </w:rPr>
  </w:style>
  <w:style w:type="paragraph" w:styleId="34">
    <w:name w:val="Body Text 3"/>
    <w:basedOn w:val="a1"/>
    <w:link w:val="35"/>
    <w:uiPriority w:val="99"/>
    <w:unhideWhenUsed/>
    <w:rsid w:val="00FD4DF3"/>
    <w:pPr>
      <w:spacing w:after="120" w:line="276" w:lineRule="auto"/>
    </w:pPr>
    <w:rPr>
      <w:rFonts w:eastAsiaTheme="minorEastAsia" w:cstheme="minorBidi"/>
      <w:sz w:val="16"/>
      <w:szCs w:val="16"/>
      <w:lang w:val="en-US" w:eastAsia="en-US"/>
    </w:rPr>
  </w:style>
  <w:style w:type="character" w:customStyle="1" w:styleId="35">
    <w:name w:val="Основной текст 3 Знак"/>
    <w:basedOn w:val="a2"/>
    <w:link w:val="34"/>
    <w:uiPriority w:val="99"/>
    <w:rsid w:val="00FD4DF3"/>
    <w:rPr>
      <w:rFonts w:eastAsiaTheme="minorEastAsia" w:cstheme="minorBidi"/>
      <w:sz w:val="16"/>
      <w:szCs w:val="16"/>
      <w:lang w:val="en-US" w:eastAsia="en-US"/>
    </w:rPr>
  </w:style>
  <w:style w:type="paragraph" w:styleId="af6">
    <w:name w:val="List"/>
    <w:basedOn w:val="a1"/>
    <w:uiPriority w:val="99"/>
    <w:unhideWhenUsed/>
    <w:rsid w:val="00FD4DF3"/>
    <w:pPr>
      <w:spacing w:after="200" w:line="276" w:lineRule="auto"/>
      <w:ind w:left="360" w:hanging="36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6">
    <w:name w:val="List 3"/>
    <w:basedOn w:val="a1"/>
    <w:uiPriority w:val="99"/>
    <w:unhideWhenUsed/>
    <w:rsid w:val="00FD4DF3"/>
    <w:pPr>
      <w:spacing w:after="200" w:line="276" w:lineRule="auto"/>
      <w:ind w:left="1080" w:hanging="36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0">
    <w:name w:val="List Bullet"/>
    <w:basedOn w:val="a1"/>
    <w:uiPriority w:val="99"/>
    <w:unhideWhenUsed/>
    <w:rsid w:val="00FD4DF3"/>
    <w:pPr>
      <w:numPr>
        <w:numId w:val="2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20">
    <w:name w:val="List Bullet 2"/>
    <w:basedOn w:val="a1"/>
    <w:uiPriority w:val="99"/>
    <w:unhideWhenUsed/>
    <w:rsid w:val="00FD4DF3"/>
    <w:pPr>
      <w:numPr>
        <w:numId w:val="3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0">
    <w:name w:val="List Bullet 3"/>
    <w:basedOn w:val="a1"/>
    <w:uiPriority w:val="99"/>
    <w:unhideWhenUsed/>
    <w:rsid w:val="00FD4DF3"/>
    <w:pPr>
      <w:numPr>
        <w:numId w:val="4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">
    <w:name w:val="List Number"/>
    <w:basedOn w:val="a1"/>
    <w:uiPriority w:val="99"/>
    <w:unhideWhenUsed/>
    <w:rsid w:val="00FD4DF3"/>
    <w:pPr>
      <w:numPr>
        <w:numId w:val="6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2">
    <w:name w:val="List Number 2"/>
    <w:basedOn w:val="a1"/>
    <w:uiPriority w:val="99"/>
    <w:unhideWhenUsed/>
    <w:rsid w:val="00FD4DF3"/>
    <w:pPr>
      <w:numPr>
        <w:numId w:val="7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">
    <w:name w:val="List Number 3"/>
    <w:basedOn w:val="a1"/>
    <w:uiPriority w:val="99"/>
    <w:unhideWhenUsed/>
    <w:rsid w:val="00FD4DF3"/>
    <w:pPr>
      <w:numPr>
        <w:numId w:val="8"/>
      </w:numPr>
      <w:spacing w:after="200" w:line="276" w:lineRule="auto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f7">
    <w:name w:val="List Continue"/>
    <w:basedOn w:val="a1"/>
    <w:uiPriority w:val="99"/>
    <w:unhideWhenUsed/>
    <w:rsid w:val="00FD4DF3"/>
    <w:pPr>
      <w:spacing w:after="120" w:line="276" w:lineRule="auto"/>
      <w:ind w:left="36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27">
    <w:name w:val="List Continue 2"/>
    <w:basedOn w:val="a1"/>
    <w:uiPriority w:val="99"/>
    <w:unhideWhenUsed/>
    <w:rsid w:val="00FD4DF3"/>
    <w:pPr>
      <w:spacing w:after="120" w:line="276" w:lineRule="auto"/>
      <w:ind w:left="72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37">
    <w:name w:val="List Continue 3"/>
    <w:basedOn w:val="a1"/>
    <w:uiPriority w:val="99"/>
    <w:unhideWhenUsed/>
    <w:rsid w:val="00FD4DF3"/>
    <w:pPr>
      <w:spacing w:after="120" w:line="276" w:lineRule="auto"/>
      <w:ind w:left="1080"/>
      <w:contextualSpacing/>
    </w:pPr>
    <w:rPr>
      <w:rFonts w:eastAsiaTheme="minorEastAsia" w:cstheme="minorBidi"/>
      <w:sz w:val="22"/>
      <w:szCs w:val="22"/>
      <w:lang w:val="en-US" w:eastAsia="en-US"/>
    </w:rPr>
  </w:style>
  <w:style w:type="paragraph" w:styleId="af8">
    <w:name w:val="macro"/>
    <w:link w:val="af9"/>
    <w:uiPriority w:val="99"/>
    <w:unhideWhenUsed/>
    <w:rsid w:val="00FD4DF3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character" w:customStyle="1" w:styleId="af9">
    <w:name w:val="Текст макроса Знак"/>
    <w:basedOn w:val="a2"/>
    <w:link w:val="af8"/>
    <w:uiPriority w:val="99"/>
    <w:rsid w:val="00FD4DF3"/>
    <w:rPr>
      <w:rFonts w:ascii="Courier" w:eastAsiaTheme="minorEastAsia" w:hAnsi="Courier" w:cstheme="minorBidi"/>
      <w:lang w:val="en-US" w:eastAsia="en-US"/>
    </w:rPr>
  </w:style>
  <w:style w:type="paragraph" w:styleId="28">
    <w:name w:val="Quote"/>
    <w:basedOn w:val="a1"/>
    <w:next w:val="a1"/>
    <w:link w:val="29"/>
    <w:uiPriority w:val="29"/>
    <w:qFormat/>
    <w:rsid w:val="00FD4DF3"/>
    <w:pPr>
      <w:spacing w:after="200" w:line="276" w:lineRule="auto"/>
    </w:pPr>
    <w:rPr>
      <w:rFonts w:eastAsiaTheme="minorEastAsia" w:cstheme="minorBidi"/>
      <w:i/>
      <w:iCs/>
      <w:color w:val="000000" w:themeColor="text1"/>
      <w:sz w:val="22"/>
      <w:szCs w:val="22"/>
      <w:lang w:val="en-US" w:eastAsia="en-US"/>
    </w:rPr>
  </w:style>
  <w:style w:type="character" w:customStyle="1" w:styleId="29">
    <w:name w:val="Цитата 2 Знак"/>
    <w:basedOn w:val="a2"/>
    <w:link w:val="28"/>
    <w:uiPriority w:val="29"/>
    <w:rsid w:val="00FD4DF3"/>
    <w:rPr>
      <w:rFonts w:eastAsiaTheme="minorEastAsia" w:cstheme="minorBidi"/>
      <w:i/>
      <w:iCs/>
      <w:color w:val="000000" w:themeColor="text1"/>
      <w:sz w:val="22"/>
      <w:szCs w:val="22"/>
      <w:lang w:val="en-US" w:eastAsia="en-US"/>
    </w:rPr>
  </w:style>
  <w:style w:type="paragraph" w:styleId="afa">
    <w:name w:val="caption"/>
    <w:basedOn w:val="a1"/>
    <w:next w:val="a1"/>
    <w:uiPriority w:val="35"/>
    <w:semiHidden/>
    <w:unhideWhenUsed/>
    <w:qFormat/>
    <w:rsid w:val="00FD4DF3"/>
    <w:pPr>
      <w:spacing w:after="200"/>
    </w:pPr>
    <w:rPr>
      <w:rFonts w:eastAsiaTheme="minorEastAsia" w:cstheme="minorBidi"/>
      <w:b/>
      <w:bCs/>
      <w:color w:val="4F81BD" w:themeColor="accent1"/>
      <w:sz w:val="18"/>
      <w:szCs w:val="18"/>
      <w:lang w:val="en-US" w:eastAsia="en-US"/>
    </w:rPr>
  </w:style>
  <w:style w:type="character" w:styleId="afb">
    <w:name w:val="Strong"/>
    <w:basedOn w:val="a2"/>
    <w:uiPriority w:val="22"/>
    <w:qFormat/>
    <w:rsid w:val="00FD4DF3"/>
    <w:rPr>
      <w:b/>
      <w:bCs/>
    </w:rPr>
  </w:style>
  <w:style w:type="character" w:styleId="afc">
    <w:name w:val="Emphasis"/>
    <w:basedOn w:val="a2"/>
    <w:uiPriority w:val="20"/>
    <w:qFormat/>
    <w:rsid w:val="00FD4DF3"/>
    <w:rPr>
      <w:i/>
      <w:iCs/>
    </w:rPr>
  </w:style>
  <w:style w:type="paragraph" w:styleId="afd">
    <w:name w:val="Intense Quote"/>
    <w:basedOn w:val="a1"/>
    <w:next w:val="a1"/>
    <w:link w:val="afe"/>
    <w:uiPriority w:val="30"/>
    <w:qFormat/>
    <w:rsid w:val="00FD4DF3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eastAsiaTheme="minorEastAsia" w:cstheme="min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afe">
    <w:name w:val="Выделенная цитата Знак"/>
    <w:basedOn w:val="a2"/>
    <w:link w:val="afd"/>
    <w:uiPriority w:val="30"/>
    <w:rsid w:val="00FD4DF3"/>
    <w:rPr>
      <w:rFonts w:eastAsiaTheme="minorEastAsia" w:cstheme="min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styleId="aff">
    <w:name w:val="Subtle Emphasis"/>
    <w:basedOn w:val="a2"/>
    <w:uiPriority w:val="19"/>
    <w:qFormat/>
    <w:rsid w:val="00FD4DF3"/>
    <w:rPr>
      <w:i/>
      <w:iCs/>
      <w:color w:val="808080" w:themeColor="text1" w:themeTint="7F"/>
    </w:rPr>
  </w:style>
  <w:style w:type="character" w:styleId="aff0">
    <w:name w:val="Intense Emphasis"/>
    <w:basedOn w:val="a2"/>
    <w:uiPriority w:val="21"/>
    <w:qFormat/>
    <w:rsid w:val="00FD4DF3"/>
    <w:rPr>
      <w:b/>
      <w:bCs/>
      <w:i/>
      <w:iCs/>
      <w:color w:val="4F81BD" w:themeColor="accent1"/>
    </w:rPr>
  </w:style>
  <w:style w:type="character" w:styleId="aff1">
    <w:name w:val="Subtle Reference"/>
    <w:basedOn w:val="a2"/>
    <w:uiPriority w:val="31"/>
    <w:qFormat/>
    <w:rsid w:val="00FD4DF3"/>
    <w:rPr>
      <w:smallCaps/>
      <w:color w:val="C0504D" w:themeColor="accent2"/>
      <w:u w:val="single"/>
    </w:rPr>
  </w:style>
  <w:style w:type="character" w:styleId="aff2">
    <w:name w:val="Intense Reference"/>
    <w:basedOn w:val="a2"/>
    <w:uiPriority w:val="32"/>
    <w:qFormat/>
    <w:rsid w:val="00FD4DF3"/>
    <w:rPr>
      <w:b/>
      <w:bCs/>
      <w:smallCaps/>
      <w:color w:val="C0504D" w:themeColor="accent2"/>
      <w:spacing w:val="5"/>
      <w:u w:val="single"/>
    </w:rPr>
  </w:style>
  <w:style w:type="character" w:styleId="aff3">
    <w:name w:val="Book Title"/>
    <w:basedOn w:val="a2"/>
    <w:uiPriority w:val="33"/>
    <w:qFormat/>
    <w:rsid w:val="00FD4DF3"/>
    <w:rPr>
      <w:b/>
      <w:bCs/>
      <w:smallCaps/>
      <w:spacing w:val="5"/>
    </w:rPr>
  </w:style>
  <w:style w:type="paragraph" w:styleId="aff4">
    <w:name w:val="TOC Heading"/>
    <w:basedOn w:val="1"/>
    <w:next w:val="a1"/>
    <w:uiPriority w:val="39"/>
    <w:semiHidden/>
    <w:unhideWhenUsed/>
    <w:qFormat/>
    <w:rsid w:val="00FD4DF3"/>
    <w:pPr>
      <w:outlineLvl w:val="9"/>
    </w:pPr>
  </w:style>
  <w:style w:type="table" w:styleId="aff5">
    <w:name w:val="Light Shading"/>
    <w:basedOn w:val="a3"/>
    <w:uiPriority w:val="60"/>
    <w:rsid w:val="00FD4DF3"/>
    <w:rPr>
      <w:rFonts w:asciiTheme="minorHAnsi" w:eastAsiaTheme="minorEastAsia" w:hAnsiTheme="minorHAnsi" w:cstheme="minorBidi"/>
      <w:color w:val="000000" w:themeColor="tex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D4DF3"/>
    <w:rPr>
      <w:rFonts w:asciiTheme="minorHAnsi" w:eastAsiaTheme="minorEastAsia" w:hAnsiTheme="minorHAnsi" w:cstheme="minorBidi"/>
      <w:color w:val="365F91" w:themeColor="accent1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D4DF3"/>
    <w:rPr>
      <w:rFonts w:asciiTheme="minorHAnsi" w:eastAsiaTheme="minorEastAsia" w:hAnsiTheme="minorHAnsi" w:cstheme="minorBidi"/>
      <w:color w:val="943634" w:themeColor="accent2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D4DF3"/>
    <w:rPr>
      <w:rFonts w:asciiTheme="minorHAnsi" w:eastAsiaTheme="minorEastAsia" w:hAnsiTheme="minorHAnsi" w:cstheme="minorBidi"/>
      <w:color w:val="76923C" w:themeColor="accent3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D4DF3"/>
    <w:rPr>
      <w:rFonts w:asciiTheme="minorHAnsi" w:eastAsiaTheme="minorEastAsia" w:hAnsiTheme="minorHAnsi" w:cstheme="minorBidi"/>
      <w:color w:val="5F497A" w:themeColor="accent4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D4DF3"/>
    <w:rPr>
      <w:rFonts w:asciiTheme="minorHAnsi" w:eastAsiaTheme="minorEastAsia" w:hAnsiTheme="minorHAnsi" w:cstheme="minorBidi"/>
      <w:color w:val="31849B" w:themeColor="accent5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D4DF3"/>
    <w:rPr>
      <w:rFonts w:asciiTheme="minorHAnsi" w:eastAsiaTheme="minorEastAsia" w:hAnsiTheme="minorHAnsi" w:cstheme="minorBidi"/>
      <w:color w:val="E36C0A" w:themeColor="accent6" w:themeShade="BF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6">
    <w:name w:val="Light List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7">
    <w:name w:val="Light Grid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2">
    <w:name w:val="Medium Shading 1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3">
    <w:name w:val="Medium List 1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Grid 1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FD4DF3"/>
    <w:rPr>
      <w:rFonts w:asciiTheme="majorHAnsi" w:eastAsiaTheme="majorEastAsia" w:hAnsiTheme="majorHAnsi" w:cstheme="maj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FD4DF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8">
    <w:name w:val="Dark List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FD4DF3"/>
    <w:rPr>
      <w:rFonts w:asciiTheme="minorHAnsi" w:eastAsiaTheme="minorEastAsia" w:hAnsiTheme="minorHAnsi" w:cstheme="minorBidi"/>
      <w:color w:val="FFFFFF" w:themeColor="background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9">
    <w:name w:val="Colorful Shading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a">
    <w:name w:val="Colorful List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b">
    <w:name w:val="Colorful Grid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FD4DF3"/>
    <w:rPr>
      <w:rFonts w:asciiTheme="minorHAnsi" w:eastAsiaTheme="minorEastAsia" w:hAnsiTheme="minorHAnsi" w:cstheme="minorBidi"/>
      <w:color w:val="000000" w:themeColor="text1"/>
      <w:sz w:val="22"/>
      <w:szCs w:val="22"/>
      <w:lang w:val="en-US"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sonogova@medgama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gamaleya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3667</Words>
  <Characters>20908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13-252</vt:lpstr>
    </vt:vector>
  </TitlesOfParts>
  <Company>MoBIL GROUP</Company>
  <LinksUpToDate>false</LinksUpToDate>
  <CharactersWithSpaces>24526</CharactersWithSpaces>
  <SharedDoc>false</SharedDoc>
  <HLinks>
    <vt:vector size="12" baseType="variant">
      <vt:variant>
        <vt:i4>4653148</vt:i4>
      </vt:variant>
      <vt:variant>
        <vt:i4>3</vt:i4>
      </vt:variant>
      <vt:variant>
        <vt:i4>0</vt:i4>
      </vt:variant>
      <vt:variant>
        <vt:i4>5</vt:i4>
      </vt:variant>
      <vt:variant>
        <vt:lpwstr>http://www.gamaleya.org/</vt:lpwstr>
      </vt:variant>
      <vt:variant>
        <vt:lpwstr/>
      </vt:variant>
      <vt:variant>
        <vt:i4>3407884</vt:i4>
      </vt:variant>
      <vt:variant>
        <vt:i4>0</vt:i4>
      </vt:variant>
      <vt:variant>
        <vt:i4>0</vt:i4>
      </vt:variant>
      <vt:variant>
        <vt:i4>5</vt:i4>
      </vt:variant>
      <vt:variant>
        <vt:lpwstr>mailto:kosonogova@medgamal.ru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13-252</dc:title>
  <dc:creator>Admin</dc:creator>
  <cp:lastModifiedBy>user</cp:lastModifiedBy>
  <cp:revision>15</cp:revision>
  <cp:lastPrinted>2014-01-10T08:33:00Z</cp:lastPrinted>
  <dcterms:created xsi:type="dcterms:W3CDTF">2026-03-27T10:31:00Z</dcterms:created>
  <dcterms:modified xsi:type="dcterms:W3CDTF">2026-07-27T12:15:00Z</dcterms:modified>
</cp:coreProperties>
</file>