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31F31" w14:textId="54CC42AA" w:rsidR="005E6E35" w:rsidRPr="0078448F" w:rsidRDefault="00B87CA2" w:rsidP="00B87CA2">
      <w:pPr>
        <w:spacing w:line="360" w:lineRule="auto"/>
        <w:jc w:val="center"/>
        <w:rPr>
          <w:rFonts w:cs="Times New Roman"/>
          <w:sz w:val="20"/>
          <w:szCs w:val="20"/>
          <w:lang w:val="ru-RU"/>
        </w:rPr>
      </w:pPr>
      <w:r w:rsidRPr="0078448F">
        <w:rPr>
          <w:rFonts w:cs="Times New Roman"/>
          <w:sz w:val="20"/>
          <w:szCs w:val="20"/>
          <w:lang w:val="ru-RU"/>
        </w:rPr>
        <w:t>ТЕХНИЧЕСКОЕ ЗАДАНИЕ</w:t>
      </w:r>
    </w:p>
    <w:tbl>
      <w:tblPr>
        <w:tblStyle w:val="aff0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4429"/>
        <w:gridCol w:w="708"/>
        <w:gridCol w:w="708"/>
      </w:tblGrid>
      <w:tr w:rsidR="002B3230" w:rsidRPr="0078448F" w14:paraId="0B103CFE" w14:textId="77777777" w:rsidTr="002B3230">
        <w:trPr>
          <w:trHeight w:val="1128"/>
          <w:jc w:val="center"/>
        </w:trPr>
        <w:tc>
          <w:tcPr>
            <w:tcW w:w="817" w:type="dxa"/>
          </w:tcPr>
          <w:p w14:paraId="603D8DAB" w14:textId="77777777" w:rsidR="002B3230" w:rsidRPr="0078448F" w:rsidRDefault="002B3230" w:rsidP="006D6B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14:paraId="3470BFEC" w14:textId="77777777" w:rsidR="002B3230" w:rsidRPr="0078448F" w:rsidRDefault="002B3230" w:rsidP="006D6B28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Наименование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товара</w:t>
            </w:r>
            <w:proofErr w:type="spellEnd"/>
          </w:p>
          <w:p w14:paraId="647FA2AA" w14:textId="77777777" w:rsidR="002B3230" w:rsidRPr="0078448F" w:rsidRDefault="002B3230" w:rsidP="006D6B2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29" w:type="dxa"/>
          </w:tcPr>
          <w:p w14:paraId="0F903D1C" w14:textId="77777777" w:rsidR="002B3230" w:rsidRPr="0078448F" w:rsidRDefault="002B3230" w:rsidP="006D6B28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Характеристика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товара</w:t>
            </w:r>
            <w:proofErr w:type="spellEnd"/>
          </w:p>
          <w:p w14:paraId="2B851D7C" w14:textId="77777777" w:rsidR="002B3230" w:rsidRPr="0078448F" w:rsidRDefault="002B3230" w:rsidP="006D6B2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CC8EE5F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Ед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,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измерения</w:t>
            </w:r>
            <w:proofErr w:type="spellEnd"/>
          </w:p>
        </w:tc>
        <w:tc>
          <w:tcPr>
            <w:tcW w:w="708" w:type="dxa"/>
          </w:tcPr>
          <w:p w14:paraId="336D8190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Количество</w:t>
            </w:r>
            <w:proofErr w:type="spellEnd"/>
          </w:p>
        </w:tc>
      </w:tr>
      <w:tr w:rsidR="002B3230" w:rsidRPr="0078448F" w14:paraId="5E581C2D" w14:textId="77777777" w:rsidTr="002B3230">
        <w:trPr>
          <w:trHeight w:val="1683"/>
          <w:jc w:val="center"/>
        </w:trPr>
        <w:tc>
          <w:tcPr>
            <w:tcW w:w="817" w:type="dxa"/>
          </w:tcPr>
          <w:p w14:paraId="0900A14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8382C28" w14:textId="08D11AD0" w:rsidR="002B3230" w:rsidRPr="0078448F" w:rsidRDefault="002B3230" w:rsidP="002B3230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Труба черная канализационная ПНД 50х2000х2,9 мм</w:t>
            </w:r>
          </w:p>
        </w:tc>
        <w:tc>
          <w:tcPr>
            <w:tcW w:w="4429" w:type="dxa"/>
          </w:tcPr>
          <w:p w14:paraId="04F98A00" w14:textId="237E8062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Труба канализационная ПНД50*2000*2,9мм черная труба для внутренней канализации.</w:t>
            </w:r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</w:p>
          <w:p w14:paraId="1E02F50B" w14:textId="32A1D1C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Диаметр, мм 50</w:t>
            </w:r>
          </w:p>
          <w:p w14:paraId="727F59DF" w14:textId="7C2500EF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Длина (</w:t>
            </w:r>
            <w:proofErr w:type="gram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мм)  -</w:t>
            </w:r>
            <w:proofErr w:type="gram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2000</w:t>
            </w:r>
          </w:p>
          <w:p w14:paraId="1AA7A6AB" w14:textId="1223B28F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Толщина (мм)- 2,9 мм</w:t>
            </w:r>
          </w:p>
          <w:p w14:paraId="2CB19BE7" w14:textId="7E32E2DD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Материал изделия </w:t>
            </w: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PP</w:t>
            </w: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(полипропилен)</w:t>
            </w:r>
          </w:p>
        </w:tc>
        <w:tc>
          <w:tcPr>
            <w:tcW w:w="708" w:type="dxa"/>
          </w:tcPr>
          <w:p w14:paraId="34B6C615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708" w:type="dxa"/>
          </w:tcPr>
          <w:p w14:paraId="62D9F34F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66</w:t>
            </w:r>
          </w:p>
        </w:tc>
      </w:tr>
      <w:tr w:rsidR="002B3230" w:rsidRPr="0078448F" w14:paraId="207E9D79" w14:textId="77777777" w:rsidTr="002B3230">
        <w:trPr>
          <w:trHeight w:val="276"/>
          <w:jc w:val="center"/>
        </w:trPr>
        <w:tc>
          <w:tcPr>
            <w:tcW w:w="817" w:type="dxa"/>
          </w:tcPr>
          <w:p w14:paraId="753DDB90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611D0EC2" w14:textId="5BD2E3E2" w:rsidR="002B3230" w:rsidRPr="0078448F" w:rsidRDefault="002B3230" w:rsidP="002B323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Отвод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канализационный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черный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Ø50*45 </w:t>
            </w:r>
          </w:p>
        </w:tc>
        <w:tc>
          <w:tcPr>
            <w:tcW w:w="4429" w:type="dxa"/>
          </w:tcPr>
          <w:p w14:paraId="32CC149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>Тип товара—канализационный отвод</w:t>
            </w:r>
          </w:p>
          <w:p w14:paraId="5A3F0F8A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78448F">
              <w:rPr>
                <w:rFonts w:cs="Times New Roman"/>
                <w:sz w:val="20"/>
                <w:szCs w:val="20"/>
                <w:lang w:val="ru-RU"/>
              </w:rPr>
              <w:t>Материал  -</w:t>
            </w:r>
            <w:proofErr w:type="gramEnd"/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  полипропилен ( черный)</w:t>
            </w:r>
          </w:p>
          <w:p w14:paraId="404418CB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>Размер -  50*45</w:t>
            </w:r>
          </w:p>
          <w:p w14:paraId="0F7800A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  <w:proofErr w:type="gramStart"/>
            <w:r w:rsidRPr="0078448F">
              <w:rPr>
                <w:rFonts w:cs="Times New Roman"/>
                <w:sz w:val="20"/>
                <w:szCs w:val="20"/>
                <w:lang w:val="ru-RU"/>
              </w:rPr>
              <w:t>Форма  -</w:t>
            </w:r>
            <w:proofErr w:type="gramEnd"/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  угловая</w:t>
            </w:r>
          </w:p>
          <w:p w14:paraId="25D42E4A" w14:textId="10F99885" w:rsidR="002B3230" w:rsidRPr="0078448F" w:rsidRDefault="002B3230" w:rsidP="002B3230">
            <w:pPr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>Сфера применения -для канализации</w:t>
            </w:r>
            <w:r w:rsidRPr="0078448F">
              <w:rPr>
                <w:rFonts w:eastAsia="Times New Roman" w:cs="Times New Roman"/>
                <w:vanish/>
                <w:sz w:val="20"/>
                <w:szCs w:val="20"/>
                <w:lang w:val="ru-RU" w:eastAsia="ru-RU"/>
              </w:rPr>
              <w:t>Конец формы</w:t>
            </w:r>
          </w:p>
          <w:p w14:paraId="58009809" w14:textId="77777777" w:rsidR="002B3230" w:rsidRPr="0078448F" w:rsidRDefault="002B3230" w:rsidP="006D6B28">
            <w:pPr>
              <w:rPr>
                <w:rFonts w:eastAsia="Times New Roman" w:cs="Times New Roman"/>
                <w:color w:val="3A3A3A"/>
                <w:sz w:val="20"/>
                <w:szCs w:val="20"/>
                <w:lang w:val="ru-RU" w:eastAsia="ru-RU"/>
              </w:rPr>
            </w:pPr>
          </w:p>
        </w:tc>
        <w:tc>
          <w:tcPr>
            <w:tcW w:w="708" w:type="dxa"/>
          </w:tcPr>
          <w:p w14:paraId="29D5723A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708" w:type="dxa"/>
          </w:tcPr>
          <w:p w14:paraId="7C8BF68E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20</w:t>
            </w:r>
          </w:p>
        </w:tc>
      </w:tr>
      <w:tr w:rsidR="002B3230" w:rsidRPr="0078448F" w14:paraId="4285D4FB" w14:textId="77777777" w:rsidTr="002B3230">
        <w:trPr>
          <w:trHeight w:val="1363"/>
          <w:jc w:val="center"/>
        </w:trPr>
        <w:tc>
          <w:tcPr>
            <w:tcW w:w="817" w:type="dxa"/>
          </w:tcPr>
          <w:p w14:paraId="346BF66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2CD8F09D" w14:textId="1CF66D3D" w:rsidR="002B3230" w:rsidRPr="0078448F" w:rsidRDefault="002B3230" w:rsidP="002B323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78448F">
              <w:rPr>
                <w:rFonts w:cs="Times New Roman"/>
                <w:sz w:val="20"/>
                <w:szCs w:val="20"/>
              </w:rPr>
              <w:t>Отвод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канализационный</w:t>
            </w:r>
            <w:proofErr w:type="spellEnd"/>
            <w:r w:rsidRPr="0078448F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8448F">
              <w:rPr>
                <w:rFonts w:cs="Times New Roman"/>
                <w:sz w:val="20"/>
                <w:szCs w:val="20"/>
              </w:rPr>
              <w:t>черный</w:t>
            </w:r>
            <w:proofErr w:type="spellEnd"/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 w:rsidR="009F38D1">
              <w:rPr>
                <w:rFonts w:cs="Times New Roman"/>
                <w:sz w:val="20"/>
                <w:szCs w:val="20"/>
              </w:rPr>
              <w:t>50*90</w:t>
            </w:r>
          </w:p>
        </w:tc>
        <w:tc>
          <w:tcPr>
            <w:tcW w:w="4429" w:type="dxa"/>
          </w:tcPr>
          <w:p w14:paraId="1993820B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Предназначен для изменения поворота канализационного трубопровода на угол 90 градусов. Тип </w:t>
            </w:r>
            <w:proofErr w:type="gramStart"/>
            <w:r w:rsidRPr="0078448F">
              <w:rPr>
                <w:rFonts w:cs="Times New Roman"/>
                <w:sz w:val="20"/>
                <w:szCs w:val="20"/>
                <w:lang w:val="ru-RU"/>
              </w:rPr>
              <w:t>фитинга  -</w:t>
            </w:r>
            <w:proofErr w:type="gramEnd"/>
            <w:r w:rsidRPr="0078448F">
              <w:rPr>
                <w:rFonts w:cs="Times New Roman"/>
                <w:sz w:val="20"/>
                <w:szCs w:val="20"/>
                <w:lang w:val="ru-RU"/>
              </w:rPr>
              <w:t>отвод</w:t>
            </w:r>
          </w:p>
          <w:p w14:paraId="4AF08CA7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>Условный проход-  50</w:t>
            </w:r>
          </w:p>
          <w:p w14:paraId="0950C667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cs="Times New Roman"/>
                <w:sz w:val="20"/>
                <w:szCs w:val="20"/>
                <w:lang w:val="ru-RU"/>
              </w:rPr>
            </w:pPr>
            <w:r w:rsidRPr="0078448F">
              <w:rPr>
                <w:rFonts w:cs="Times New Roman"/>
                <w:sz w:val="20"/>
                <w:szCs w:val="20"/>
                <w:lang w:val="ru-RU"/>
              </w:rPr>
              <w:t>Область применения-  внутренняя</w:t>
            </w:r>
          </w:p>
        </w:tc>
        <w:tc>
          <w:tcPr>
            <w:tcW w:w="708" w:type="dxa"/>
          </w:tcPr>
          <w:p w14:paraId="7AD807D3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4CB12283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B3230" w:rsidRPr="0078448F" w14:paraId="0544108A" w14:textId="77777777" w:rsidTr="002B3230">
        <w:trPr>
          <w:jc w:val="center"/>
        </w:trPr>
        <w:tc>
          <w:tcPr>
            <w:tcW w:w="817" w:type="dxa"/>
          </w:tcPr>
          <w:p w14:paraId="23486F6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bookmarkStart w:id="0" w:name="_Hlk228272299"/>
            <w:r w:rsidRPr="0078448F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2CE6DAE6" w14:textId="77777777" w:rsidR="002B3230" w:rsidRPr="0078448F" w:rsidRDefault="002B3230" w:rsidP="006D6B28">
            <w:pPr>
              <w:shd w:val="clear" w:color="auto" w:fill="FFFFFF"/>
              <w:spacing w:before="100" w:beforeAutospacing="1" w:after="100" w:afterAutospacing="1" w:line="540" w:lineRule="atLeast"/>
              <w:outlineLvl w:val="0"/>
              <w:rPr>
                <w:rFonts w:eastAsia="Times New Roman" w:cs="Times New Roman"/>
                <w:color w:val="273036"/>
                <w:kern w:val="36"/>
                <w:sz w:val="20"/>
                <w:szCs w:val="20"/>
                <w:lang w:val="ru-RU" w:eastAsia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Заглушка канализационная черная  Д У- 50</w:t>
            </w:r>
          </w:p>
        </w:tc>
        <w:tc>
          <w:tcPr>
            <w:tcW w:w="4429" w:type="dxa"/>
          </w:tcPr>
          <w:p w14:paraId="2F687589" w14:textId="77777777" w:rsidR="002B3230" w:rsidRPr="0078448F" w:rsidRDefault="002B3230" w:rsidP="002B3230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eastAsia="Times New Roman" w:cs="Times New Roman"/>
                <w:color w:val="1C2126"/>
                <w:sz w:val="20"/>
                <w:szCs w:val="20"/>
                <w:lang w:val="ru-RU" w:eastAsia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Заглушка канализационная ПВХ предназначена для перекрывания раструба (торца) труб </w:t>
            </w:r>
            <w:proofErr w:type="gram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val="ru-RU" w:eastAsia="ru-RU"/>
              </w:rPr>
              <w:t>Для</w:t>
            </w:r>
            <w:proofErr w:type="gram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val="ru-RU" w:eastAsia="ru-RU"/>
              </w:rPr>
              <w:t xml:space="preserve"> внутренней канализации.</w:t>
            </w:r>
          </w:p>
          <w:p w14:paraId="5571C34A" w14:textId="77777777" w:rsidR="002B3230" w:rsidRPr="0078448F" w:rsidRDefault="002B3230" w:rsidP="002B3230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</w:pP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Толщина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стенки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 xml:space="preserve"> - 1.8 </w:t>
            </w: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мм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.</w:t>
            </w:r>
          </w:p>
          <w:p w14:paraId="0FF7BF10" w14:textId="1B944149" w:rsidR="002B3230" w:rsidRPr="0078448F" w:rsidRDefault="002B3230" w:rsidP="006D6B28">
            <w:pPr>
              <w:numPr>
                <w:ilvl w:val="0"/>
                <w:numId w:val="10"/>
              </w:numPr>
              <w:shd w:val="clear" w:color="auto" w:fill="FFFFFF"/>
              <w:ind w:left="0"/>
              <w:jc w:val="both"/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</w:pP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Максимальная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температура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>жидкости</w:t>
            </w:r>
            <w:proofErr w:type="spellEnd"/>
            <w:r w:rsidRPr="0078448F">
              <w:rPr>
                <w:rFonts w:eastAsia="Times New Roman" w:cs="Times New Roman"/>
                <w:color w:val="1C2126"/>
                <w:sz w:val="20"/>
                <w:szCs w:val="20"/>
                <w:lang w:eastAsia="ru-RU"/>
              </w:rPr>
              <w:t xml:space="preserve"> - 80 °C</w:t>
            </w:r>
          </w:p>
        </w:tc>
        <w:tc>
          <w:tcPr>
            <w:tcW w:w="708" w:type="dxa"/>
          </w:tcPr>
          <w:p w14:paraId="2E6993E4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235B6BD2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20</w:t>
            </w:r>
          </w:p>
        </w:tc>
      </w:tr>
      <w:bookmarkEnd w:id="0"/>
      <w:tr w:rsidR="002B3230" w:rsidRPr="0078448F" w14:paraId="116042FB" w14:textId="77777777" w:rsidTr="002B3230">
        <w:trPr>
          <w:trHeight w:val="2274"/>
          <w:jc w:val="center"/>
        </w:trPr>
        <w:tc>
          <w:tcPr>
            <w:tcW w:w="817" w:type="dxa"/>
          </w:tcPr>
          <w:p w14:paraId="1F3B28EB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3B9D8E59" w14:textId="32CCE287" w:rsidR="002B3230" w:rsidRPr="0078448F" w:rsidRDefault="009F38D1" w:rsidP="006D6B28">
            <w:pPr>
              <w:shd w:val="clear" w:color="auto" w:fill="FFFFFF"/>
              <w:spacing w:after="195" w:line="540" w:lineRule="atLeast"/>
              <w:outlineLvl w:val="0"/>
              <w:rPr>
                <w:rFonts w:eastAsia="Times New Roman" w:cs="Times New Roman"/>
                <w:kern w:val="3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>Трубный</w:t>
            </w:r>
            <w:proofErr w:type="spellEnd"/>
            <w:r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>держатель</w:t>
            </w:r>
            <w:proofErr w:type="spellEnd"/>
            <w:r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 Д</w:t>
            </w:r>
            <w:bookmarkStart w:id="1" w:name="_GoBack"/>
            <w:bookmarkEnd w:id="1"/>
            <w:r w:rsidR="002B3230" w:rsidRPr="0078448F"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 xml:space="preserve">50 </w:t>
            </w:r>
            <w:proofErr w:type="spellStart"/>
            <w:r w:rsidR="002B3230" w:rsidRPr="0078448F"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>металлический</w:t>
            </w:r>
            <w:proofErr w:type="spellEnd"/>
          </w:p>
        </w:tc>
        <w:tc>
          <w:tcPr>
            <w:tcW w:w="4429" w:type="dxa"/>
          </w:tcPr>
          <w:p w14:paraId="266AB10B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val="ru-RU" w:eastAsia="ru-RU"/>
              </w:rPr>
            </w:pPr>
            <w:r w:rsidRPr="0078448F"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  <w:lang w:val="ru-RU"/>
              </w:rPr>
              <w:t xml:space="preserve">Трубный </w:t>
            </w:r>
            <w:proofErr w:type="gramStart"/>
            <w:r w:rsidRPr="0078448F"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  <w:lang w:val="ru-RU"/>
              </w:rPr>
              <w:t>держатель  металлический</w:t>
            </w:r>
            <w:proofErr w:type="gramEnd"/>
            <w:r w:rsidRPr="0078448F">
              <w:rPr>
                <w:rFonts w:cs="Times New Roman"/>
                <w:color w:val="191817"/>
                <w:spacing w:val="-1"/>
                <w:sz w:val="20"/>
                <w:szCs w:val="20"/>
                <w:shd w:val="clear" w:color="auto" w:fill="FFFFFF"/>
                <w:lang w:val="ru-RU"/>
              </w:rPr>
              <w:t xml:space="preserve">, 50мм, </w:t>
            </w:r>
            <w:r w:rsidRPr="0078448F">
              <w:rPr>
                <w:rFonts w:cs="Times New Roman"/>
                <w:color w:val="191817"/>
                <w:sz w:val="20"/>
                <w:szCs w:val="20"/>
                <w:shd w:val="clear" w:color="auto" w:fill="FFFFFF"/>
                <w:lang w:val="ru-RU"/>
              </w:rPr>
              <w:t>надежное крепление для труб,</w:t>
            </w:r>
          </w:p>
          <w:p w14:paraId="6616BC20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Цвет товара- 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>черный</w:t>
            </w:r>
          </w:p>
          <w:p w14:paraId="113BFC42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val="ru-RU" w:eastAsia="ru-RU"/>
              </w:rPr>
            </w:pPr>
            <w:proofErr w:type="gramStart"/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Тип  -</w:t>
            </w:r>
            <w:proofErr w:type="gramEnd"/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>Держатель</w:t>
            </w:r>
          </w:p>
          <w:p w14:paraId="45492148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Материал   - 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>металл</w:t>
            </w:r>
          </w:p>
          <w:p w14:paraId="218E8E91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Минимальный диаметр трубы -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>50 мм</w:t>
            </w:r>
          </w:p>
          <w:p w14:paraId="7500081F" w14:textId="77777777" w:rsidR="002B3230" w:rsidRPr="0078448F" w:rsidRDefault="002B3230" w:rsidP="006D6B28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Максимальный диаметр трубы-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 xml:space="preserve">50 мм - 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Подробная комплектация-</w:t>
            </w:r>
            <w:r w:rsidRPr="0078448F">
              <w:rPr>
                <w:rFonts w:eastAsia="Times New Roman" w:cs="Times New Roman"/>
                <w:color w:val="191817"/>
                <w:sz w:val="20"/>
                <w:szCs w:val="20"/>
                <w:bdr w:val="none" w:sz="0" w:space="0" w:color="auto" w:frame="1"/>
                <w:lang w:val="ru-RU" w:eastAsia="ru-RU"/>
              </w:rPr>
              <w:t>держатель</w:t>
            </w:r>
          </w:p>
        </w:tc>
        <w:tc>
          <w:tcPr>
            <w:tcW w:w="708" w:type="dxa"/>
          </w:tcPr>
          <w:p w14:paraId="1D4476FD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669586C6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80</w:t>
            </w:r>
          </w:p>
        </w:tc>
      </w:tr>
      <w:tr w:rsidR="002B3230" w:rsidRPr="0078448F" w14:paraId="1B70DFFB" w14:textId="77777777" w:rsidTr="002B3230">
        <w:trPr>
          <w:jc w:val="center"/>
        </w:trPr>
        <w:tc>
          <w:tcPr>
            <w:tcW w:w="817" w:type="dxa"/>
          </w:tcPr>
          <w:p w14:paraId="34F663FC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bookmarkStart w:id="2" w:name="_Hlk228978751"/>
            <w:r w:rsidRPr="0078448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6B669B5A" w14:textId="77777777" w:rsidR="002B3230" w:rsidRPr="0078448F" w:rsidRDefault="002B3230" w:rsidP="006D6B28">
            <w:pPr>
              <w:shd w:val="clear" w:color="auto" w:fill="FFFFFF"/>
              <w:spacing w:line="450" w:lineRule="atLeast"/>
              <w:outlineLvl w:val="0"/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  <w:t xml:space="preserve">Труба черная канализационная ПНД 50х500х2,9 мм </w:t>
            </w:r>
            <w:r w:rsidRPr="0078448F"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  <w:lastRenderedPageBreak/>
              <w:t>черная</w:t>
            </w:r>
          </w:p>
          <w:p w14:paraId="5A62BF9C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4429" w:type="dxa"/>
          </w:tcPr>
          <w:p w14:paraId="195D9D83" w14:textId="77777777" w:rsidR="002B3230" w:rsidRPr="0078448F" w:rsidRDefault="002B3230" w:rsidP="006D6B28">
            <w:pPr>
              <w:shd w:val="clear" w:color="auto" w:fill="FFFFFF"/>
              <w:spacing w:line="450" w:lineRule="atLeast"/>
              <w:outlineLvl w:val="0"/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  <w:lastRenderedPageBreak/>
              <w:t>Труба канализационная ПНД50 0,5м 2,9мм черная труба для внутренней канализации</w:t>
            </w:r>
            <w:r w:rsidRPr="0078448F">
              <w:rPr>
                <w:rFonts w:eastAsia="Times New Roman" w:cs="Times New Roman"/>
                <w:b/>
                <w:bCs/>
                <w:color w:val="070707"/>
                <w:kern w:val="36"/>
                <w:sz w:val="20"/>
                <w:szCs w:val="20"/>
                <w:lang w:val="ru-RU" w:eastAsia="ru-RU"/>
              </w:rPr>
              <w:t xml:space="preserve"> </w:t>
            </w:r>
            <w:r w:rsidRPr="0078448F">
              <w:rPr>
                <w:rFonts w:eastAsia="Times New Roman" w:cs="Times New Roman"/>
                <w:color w:val="070707"/>
                <w:kern w:val="36"/>
                <w:sz w:val="20"/>
                <w:szCs w:val="20"/>
                <w:lang w:val="ru-RU" w:eastAsia="ru-RU"/>
              </w:rPr>
              <w:lastRenderedPageBreak/>
              <w:t>50х500х2,9 мм</w:t>
            </w:r>
          </w:p>
          <w:p w14:paraId="37707C43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Цвет товара   - черный</w:t>
            </w:r>
          </w:p>
          <w:p w14:paraId="715BEFBA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Длина </w:t>
            </w: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трубы  мм</w:t>
            </w:r>
            <w:proofErr w:type="gramEnd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  - 500</w:t>
            </w:r>
          </w:p>
          <w:p w14:paraId="6F08A728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Тип </w:t>
            </w: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канализации  -</w:t>
            </w:r>
            <w:proofErr w:type="gramEnd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 внутренняя</w:t>
            </w:r>
          </w:p>
          <w:p w14:paraId="3A019BA6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Материал</w:t>
            </w: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--  полипропилен</w:t>
            </w:r>
            <w:proofErr w:type="gramEnd"/>
          </w:p>
          <w:p w14:paraId="6ABCFB5B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Назначение  -</w:t>
            </w:r>
            <w:proofErr w:type="gramEnd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 хозяйственно-бытовое</w:t>
            </w:r>
          </w:p>
          <w:p w14:paraId="6F03B9E8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Способ </w:t>
            </w: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соединения  -</w:t>
            </w:r>
            <w:proofErr w:type="gramEnd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  раструбный</w:t>
            </w:r>
          </w:p>
          <w:p w14:paraId="7CFFF00A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Тип потока -  безнапорный</w:t>
            </w:r>
          </w:p>
          <w:p w14:paraId="01A8AC18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Условный </w:t>
            </w:r>
            <w:proofErr w:type="gramStart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проход  -</w:t>
            </w:r>
            <w:proofErr w:type="gramEnd"/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 xml:space="preserve">  50 мм</w:t>
            </w:r>
          </w:p>
          <w:p w14:paraId="3EDEBCF5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Диаметр внутренний полимерной трубы- 50 мм</w:t>
            </w:r>
          </w:p>
          <w:p w14:paraId="0203CB3D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Толщина стенки полимерной трубы- 2.9 мм</w:t>
            </w:r>
          </w:p>
          <w:p w14:paraId="6698A5FF" w14:textId="77777777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Диаметр наружный ЭС и БШ трубы, мм- 50</w:t>
            </w:r>
          </w:p>
          <w:p w14:paraId="6BD90C71" w14:textId="72C700CB" w:rsidR="002B3230" w:rsidRPr="0078448F" w:rsidRDefault="002B3230" w:rsidP="006D6B28">
            <w:pPr>
              <w:shd w:val="clear" w:color="auto" w:fill="FFFFFF"/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</w:pPr>
            <w:r w:rsidRPr="0078448F">
              <w:rPr>
                <w:rFonts w:eastAsia="Times New Roman" w:cs="Times New Roman"/>
                <w:color w:val="001A34"/>
                <w:sz w:val="20"/>
                <w:szCs w:val="20"/>
                <w:lang w:val="ru-RU" w:eastAsia="ru-RU"/>
              </w:rPr>
              <w:t>Уплотнительное кольцо в комплекте - да</w:t>
            </w:r>
          </w:p>
        </w:tc>
        <w:tc>
          <w:tcPr>
            <w:tcW w:w="708" w:type="dxa"/>
          </w:tcPr>
          <w:p w14:paraId="00BF36A7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708" w:type="dxa"/>
          </w:tcPr>
          <w:p w14:paraId="42A051DA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50</w:t>
            </w:r>
          </w:p>
        </w:tc>
      </w:tr>
      <w:bookmarkEnd w:id="2"/>
      <w:tr w:rsidR="002B3230" w:rsidRPr="0078448F" w14:paraId="45C22739" w14:textId="77777777" w:rsidTr="002B3230">
        <w:trPr>
          <w:jc w:val="center"/>
        </w:trPr>
        <w:tc>
          <w:tcPr>
            <w:tcW w:w="817" w:type="dxa"/>
          </w:tcPr>
          <w:p w14:paraId="544D5F92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</w:p>
          <w:p w14:paraId="37585781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14:paraId="5321C62E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Тройник 50*50/45 для внутренней канализации-черный</w:t>
            </w:r>
          </w:p>
        </w:tc>
        <w:tc>
          <w:tcPr>
            <w:tcW w:w="4429" w:type="dxa"/>
          </w:tcPr>
          <w:p w14:paraId="51BCB624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Тип фитинга- тройник </w:t>
            </w:r>
          </w:p>
          <w:p w14:paraId="4FA45E57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Условный проход- 50</w:t>
            </w:r>
          </w:p>
          <w:p w14:paraId="6FC41295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раструбных соединений - 3</w:t>
            </w:r>
          </w:p>
          <w:p w14:paraId="5009DC4F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Область применения- внутренняя</w:t>
            </w:r>
          </w:p>
          <w:p w14:paraId="2555980B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Толщина стенки, </w:t>
            </w:r>
            <w:proofErr w:type="gram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мм  -</w:t>
            </w:r>
            <w:proofErr w:type="gram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1,8</w:t>
            </w:r>
          </w:p>
          <w:p w14:paraId="5FB6B390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Способ соединения - раструбный</w:t>
            </w:r>
          </w:p>
        </w:tc>
        <w:tc>
          <w:tcPr>
            <w:tcW w:w="708" w:type="dxa"/>
          </w:tcPr>
          <w:p w14:paraId="7F1385C8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2B004E22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15</w:t>
            </w:r>
          </w:p>
        </w:tc>
      </w:tr>
      <w:tr w:rsidR="002B3230" w:rsidRPr="0078448F" w14:paraId="67B34F1A" w14:textId="77777777" w:rsidTr="002B3230">
        <w:trPr>
          <w:jc w:val="center"/>
        </w:trPr>
        <w:tc>
          <w:tcPr>
            <w:tcW w:w="817" w:type="dxa"/>
          </w:tcPr>
          <w:p w14:paraId="44678A60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14:paraId="53346874" w14:textId="577659D1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Тройник для внутренней канализации50*50мм 90град (черный)</w:t>
            </w:r>
          </w:p>
        </w:tc>
        <w:tc>
          <w:tcPr>
            <w:tcW w:w="4429" w:type="dxa"/>
          </w:tcPr>
          <w:p w14:paraId="1C981358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Тип фитинга- тройник </w:t>
            </w:r>
          </w:p>
          <w:p w14:paraId="112ACB59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Условный проход- 50</w:t>
            </w:r>
          </w:p>
          <w:p w14:paraId="31C7C789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Количество раструбных соединений - 3</w:t>
            </w:r>
          </w:p>
          <w:p w14:paraId="583EA112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Область применения- внутренняя</w:t>
            </w:r>
          </w:p>
          <w:p w14:paraId="75B60242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Способ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соединения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раструбный</w:t>
            </w:r>
            <w:proofErr w:type="spellEnd"/>
          </w:p>
        </w:tc>
        <w:tc>
          <w:tcPr>
            <w:tcW w:w="708" w:type="dxa"/>
          </w:tcPr>
          <w:p w14:paraId="62818C32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1EEC3B80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60</w:t>
            </w:r>
          </w:p>
        </w:tc>
      </w:tr>
      <w:tr w:rsidR="002B3230" w:rsidRPr="0078448F" w14:paraId="7DFB30B4" w14:textId="77777777" w:rsidTr="002B3230">
        <w:trPr>
          <w:jc w:val="center"/>
        </w:trPr>
        <w:tc>
          <w:tcPr>
            <w:tcW w:w="817" w:type="dxa"/>
          </w:tcPr>
          <w:p w14:paraId="64EE7BB9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14:paraId="2C0D5BE6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Прокладка сантехническая (кольцо) для ПНД фитинга 50 мм </w:t>
            </w:r>
          </w:p>
        </w:tc>
        <w:tc>
          <w:tcPr>
            <w:tcW w:w="4429" w:type="dxa"/>
          </w:tcPr>
          <w:p w14:paraId="178B4B6B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Прокладка в виде кольца предназначена для уплотнения резьбовых ПНД соединений и разъемов.</w:t>
            </w:r>
            <w:r w:rsidRPr="0078448F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Бренд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--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Профит</w:t>
            </w:r>
            <w:proofErr w:type="spellEnd"/>
          </w:p>
          <w:p w14:paraId="55D8F893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Назначение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питьевая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вода</w:t>
            </w:r>
            <w:proofErr w:type="spellEnd"/>
          </w:p>
          <w:p w14:paraId="7FC4FBC9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Материал</w:t>
            </w:r>
            <w:proofErr w:type="spellEnd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proofErr w:type="spellStart"/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резина</w:t>
            </w:r>
            <w:proofErr w:type="spellEnd"/>
          </w:p>
        </w:tc>
        <w:tc>
          <w:tcPr>
            <w:tcW w:w="708" w:type="dxa"/>
          </w:tcPr>
          <w:p w14:paraId="42FC4CCC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641B14D6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396</w:t>
            </w:r>
          </w:p>
        </w:tc>
      </w:tr>
      <w:tr w:rsidR="002B3230" w:rsidRPr="0078448F" w14:paraId="29DD8347" w14:textId="77777777" w:rsidTr="002B3230">
        <w:trPr>
          <w:jc w:val="center"/>
        </w:trPr>
        <w:tc>
          <w:tcPr>
            <w:tcW w:w="817" w:type="dxa"/>
          </w:tcPr>
          <w:p w14:paraId="288856DD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bookmarkStart w:id="3" w:name="_Hlk229044354"/>
            <w:r w:rsidRPr="0078448F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14:paraId="11791E4D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Муфта Д 50 мм канализационных труб, черная</w:t>
            </w:r>
          </w:p>
        </w:tc>
        <w:tc>
          <w:tcPr>
            <w:tcW w:w="4429" w:type="dxa"/>
          </w:tcPr>
          <w:p w14:paraId="6E8C246C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Тип товара- Муфта</w:t>
            </w:r>
          </w:p>
          <w:p w14:paraId="115E22C5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Материал - полипропилен</w:t>
            </w:r>
          </w:p>
          <w:p w14:paraId="4147B75A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Диаметр (мм) - 50</w:t>
            </w:r>
          </w:p>
          <w:p w14:paraId="7751DE45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Сфера применения- для внутренних работ,</w:t>
            </w:r>
          </w:p>
          <w:p w14:paraId="1AC8F075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Соединение осуществляется вставкой гладкого конца трубы в раструб с установленным кольцом,</w:t>
            </w:r>
          </w:p>
        </w:tc>
        <w:tc>
          <w:tcPr>
            <w:tcW w:w="708" w:type="dxa"/>
          </w:tcPr>
          <w:p w14:paraId="29BD87DB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ШТ</w:t>
            </w:r>
          </w:p>
        </w:tc>
        <w:tc>
          <w:tcPr>
            <w:tcW w:w="708" w:type="dxa"/>
          </w:tcPr>
          <w:p w14:paraId="67119DBF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30</w:t>
            </w:r>
          </w:p>
        </w:tc>
      </w:tr>
      <w:tr w:rsidR="002B3230" w:rsidRPr="0078448F" w14:paraId="4F3D6105" w14:textId="77777777" w:rsidTr="002B3230">
        <w:trPr>
          <w:jc w:val="center"/>
        </w:trPr>
        <w:tc>
          <w:tcPr>
            <w:tcW w:w="817" w:type="dxa"/>
          </w:tcPr>
          <w:p w14:paraId="3201FAEF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bookmarkStart w:id="4" w:name="_Hlk229047738"/>
            <w:r w:rsidRPr="0078448F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14:paraId="110468E3" w14:textId="2C91EE11" w:rsidR="002B3230" w:rsidRPr="0078448F" w:rsidRDefault="002B3230" w:rsidP="002B3230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Труба черная канализационная ПНД 50х3000 мм </w:t>
            </w:r>
          </w:p>
        </w:tc>
        <w:tc>
          <w:tcPr>
            <w:tcW w:w="4429" w:type="dxa"/>
          </w:tcPr>
          <w:p w14:paraId="1E9CBD38" w14:textId="6E321B04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Труба канализационная ПНД50*3000 мм черная труба для внутренней канализации. </w:t>
            </w:r>
            <w:r w:rsid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Диаметр, мм</w:t>
            </w: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- 50</w:t>
            </w:r>
          </w:p>
          <w:p w14:paraId="7E13C576" w14:textId="32760BAA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Длина (мм) - 3000</w:t>
            </w:r>
          </w:p>
          <w:p w14:paraId="578B41F1" w14:textId="77777777" w:rsidR="002B3230" w:rsidRPr="0078448F" w:rsidRDefault="002B3230" w:rsidP="006D6B28">
            <w:pPr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Материал изделия     -</w:t>
            </w: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PP</w:t>
            </w:r>
            <w:r w:rsidRPr="0078448F">
              <w:rPr>
                <w:rFonts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(полипропилен)</w:t>
            </w:r>
          </w:p>
        </w:tc>
        <w:tc>
          <w:tcPr>
            <w:tcW w:w="708" w:type="dxa"/>
          </w:tcPr>
          <w:p w14:paraId="146DA0FB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 xml:space="preserve">Шт </w:t>
            </w:r>
          </w:p>
        </w:tc>
        <w:tc>
          <w:tcPr>
            <w:tcW w:w="708" w:type="dxa"/>
          </w:tcPr>
          <w:p w14:paraId="4CC57C46" w14:textId="77777777" w:rsidR="002B3230" w:rsidRPr="0078448F" w:rsidRDefault="002B3230" w:rsidP="006D6B28">
            <w:pPr>
              <w:rPr>
                <w:rFonts w:cs="Times New Roman"/>
                <w:sz w:val="20"/>
                <w:szCs w:val="20"/>
              </w:rPr>
            </w:pPr>
            <w:r w:rsidRPr="0078448F">
              <w:rPr>
                <w:rFonts w:cs="Times New Roman"/>
                <w:sz w:val="20"/>
                <w:szCs w:val="20"/>
              </w:rPr>
              <w:t>20</w:t>
            </w:r>
          </w:p>
        </w:tc>
      </w:tr>
      <w:bookmarkEnd w:id="3"/>
      <w:bookmarkEnd w:id="4"/>
    </w:tbl>
    <w:p w14:paraId="4DAD9EC5" w14:textId="18B0C436" w:rsidR="00D109B1" w:rsidRPr="0078448F" w:rsidRDefault="00D109B1" w:rsidP="00A66E51">
      <w:pPr>
        <w:spacing w:line="360" w:lineRule="auto"/>
        <w:rPr>
          <w:rFonts w:cs="Times New Roman"/>
          <w:sz w:val="20"/>
          <w:szCs w:val="20"/>
          <w:lang w:val="ru-RU"/>
        </w:rPr>
      </w:pPr>
    </w:p>
    <w:p w14:paraId="5063FA86" w14:textId="77777777" w:rsidR="00D109B1" w:rsidRPr="0078448F" w:rsidRDefault="00D109B1" w:rsidP="00A66E51">
      <w:pPr>
        <w:spacing w:line="360" w:lineRule="auto"/>
        <w:rPr>
          <w:rFonts w:cs="Times New Roman"/>
          <w:sz w:val="20"/>
          <w:szCs w:val="20"/>
          <w:lang w:val="ru-RU"/>
        </w:rPr>
      </w:pPr>
    </w:p>
    <w:sectPr w:rsidR="00D109B1" w:rsidRPr="0078448F" w:rsidSect="00C82C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173113"/>
    <w:multiLevelType w:val="multilevel"/>
    <w:tmpl w:val="B056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6D1F"/>
    <w:rsid w:val="0015074B"/>
    <w:rsid w:val="001528E2"/>
    <w:rsid w:val="001F408D"/>
    <w:rsid w:val="0029639D"/>
    <w:rsid w:val="002B25DB"/>
    <w:rsid w:val="002B3230"/>
    <w:rsid w:val="00326F90"/>
    <w:rsid w:val="0037268F"/>
    <w:rsid w:val="004407A2"/>
    <w:rsid w:val="00547244"/>
    <w:rsid w:val="00576BFF"/>
    <w:rsid w:val="0059298E"/>
    <w:rsid w:val="005E6E35"/>
    <w:rsid w:val="005F355A"/>
    <w:rsid w:val="006153E0"/>
    <w:rsid w:val="00695F5B"/>
    <w:rsid w:val="006B42AE"/>
    <w:rsid w:val="0073538C"/>
    <w:rsid w:val="0078448F"/>
    <w:rsid w:val="007D36DF"/>
    <w:rsid w:val="009F38D1"/>
    <w:rsid w:val="00A32CDE"/>
    <w:rsid w:val="00A66E51"/>
    <w:rsid w:val="00A832F8"/>
    <w:rsid w:val="00AA1D8D"/>
    <w:rsid w:val="00AD03F2"/>
    <w:rsid w:val="00B47730"/>
    <w:rsid w:val="00B87CA2"/>
    <w:rsid w:val="00BB1498"/>
    <w:rsid w:val="00C327B4"/>
    <w:rsid w:val="00C82C00"/>
    <w:rsid w:val="00C96013"/>
    <w:rsid w:val="00CA306B"/>
    <w:rsid w:val="00CB0664"/>
    <w:rsid w:val="00D109B1"/>
    <w:rsid w:val="00D232F1"/>
    <w:rsid w:val="00DD11C6"/>
    <w:rsid w:val="00EB7FA9"/>
    <w:rsid w:val="00EC637D"/>
    <w:rsid w:val="00FC693F"/>
    <w:rsid w:val="00F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82B10"/>
  <w14:defaultImageDpi w14:val="300"/>
  <w15:docId w15:val="{7A819021-9313-4569-8DCD-C86F1DD7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es7ht5z5">
    <w:name w:val="es7ht5z5"/>
    <w:basedOn w:val="a2"/>
    <w:rsid w:val="00C96013"/>
  </w:style>
  <w:style w:type="character" w:customStyle="1" w:styleId="es7ht5z6">
    <w:name w:val="es7ht5z6"/>
    <w:basedOn w:val="a2"/>
    <w:rsid w:val="00C96013"/>
  </w:style>
  <w:style w:type="character" w:customStyle="1" w:styleId="product-characteristicsspec-title-content">
    <w:name w:val="product-characteristics__spec-title-content"/>
    <w:basedOn w:val="a2"/>
    <w:rsid w:val="00BB1498"/>
  </w:style>
  <w:style w:type="table" w:customStyle="1" w:styleId="14">
    <w:name w:val="Сетка таблицы1"/>
    <w:basedOn w:val="a3"/>
    <w:next w:val="aff0"/>
    <w:uiPriority w:val="59"/>
    <w:rsid w:val="00B87CA2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3"/>
    <w:next w:val="aff0"/>
    <w:uiPriority w:val="59"/>
    <w:rsid w:val="004407A2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Сетка таблицы3"/>
    <w:basedOn w:val="a3"/>
    <w:next w:val="aff0"/>
    <w:uiPriority w:val="59"/>
    <w:rsid w:val="00DD11C6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9C2277-C968-4078-9E63-52373C3F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 Generation System</dc:creator>
  <cp:keywords/>
  <dc:description>generated by python-docx</dc:description>
  <cp:lastModifiedBy>Неронова Ольга Александровна</cp:lastModifiedBy>
  <cp:revision>24</cp:revision>
  <dcterms:created xsi:type="dcterms:W3CDTF">2013-12-23T23:15:00Z</dcterms:created>
  <dcterms:modified xsi:type="dcterms:W3CDTF">2026-07-22T05:17:00Z</dcterms:modified>
  <cp:category/>
</cp:coreProperties>
</file>