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B3" w:rsidRPr="008772D1" w:rsidRDefault="00547E5A">
      <w:pPr>
        <w:jc w:val="right"/>
        <w:rPr>
          <w:lang w:val="ru-RU"/>
        </w:rPr>
      </w:pPr>
      <w:r w:rsidRPr="008772D1">
        <w:rPr>
          <w:b/>
          <w:lang w:val="ru-RU"/>
        </w:rPr>
        <w:t>УТВЕРЖДАЮ</w:t>
      </w:r>
    </w:p>
    <w:p w:rsidR="006056B3" w:rsidRPr="008772D1" w:rsidRDefault="00547E5A">
      <w:pPr>
        <w:jc w:val="right"/>
        <w:rPr>
          <w:lang w:val="ru-RU"/>
        </w:rPr>
      </w:pPr>
      <w:r w:rsidRPr="008772D1">
        <w:rPr>
          <w:lang w:val="ru-RU"/>
        </w:rPr>
        <w:t>Директор ФГБПОУ «</w:t>
      </w:r>
      <w:proofErr w:type="spellStart"/>
      <w:r w:rsidRPr="008772D1">
        <w:rPr>
          <w:lang w:val="ru-RU"/>
        </w:rPr>
        <w:t>Раифское</w:t>
      </w:r>
      <w:proofErr w:type="spellEnd"/>
      <w:r w:rsidRPr="008772D1">
        <w:rPr>
          <w:lang w:val="ru-RU"/>
        </w:rPr>
        <w:t xml:space="preserve"> СУВУ»</w:t>
      </w:r>
    </w:p>
    <w:p w:rsidR="006056B3" w:rsidRPr="008772D1" w:rsidRDefault="00547E5A">
      <w:pPr>
        <w:jc w:val="right"/>
        <w:rPr>
          <w:lang w:val="ru-RU"/>
        </w:rPr>
      </w:pPr>
      <w:r w:rsidRPr="008772D1">
        <w:rPr>
          <w:lang w:val="ru-RU"/>
        </w:rPr>
        <w:t xml:space="preserve">_________________ / </w:t>
      </w:r>
      <w:proofErr w:type="spellStart"/>
      <w:r w:rsidRPr="008772D1">
        <w:rPr>
          <w:lang w:val="ru-RU"/>
        </w:rPr>
        <w:t>Кисиль</w:t>
      </w:r>
      <w:proofErr w:type="spellEnd"/>
      <w:r w:rsidRPr="008772D1">
        <w:rPr>
          <w:lang w:val="ru-RU"/>
        </w:rPr>
        <w:t xml:space="preserve"> Н.П. /</w:t>
      </w:r>
    </w:p>
    <w:p w:rsidR="006056B3" w:rsidRPr="008772D1" w:rsidRDefault="00547E5A">
      <w:pPr>
        <w:jc w:val="right"/>
        <w:rPr>
          <w:lang w:val="ru-RU"/>
        </w:rPr>
      </w:pPr>
      <w:r w:rsidRPr="008772D1">
        <w:rPr>
          <w:lang w:val="ru-RU"/>
        </w:rPr>
        <w:t>«___» ____________ 2026 г.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547E5A">
      <w:pPr>
        <w:jc w:val="center"/>
        <w:rPr>
          <w:lang w:val="ru-RU"/>
        </w:rPr>
      </w:pPr>
      <w:r w:rsidRPr="008772D1">
        <w:rPr>
          <w:b/>
          <w:sz w:val="32"/>
          <w:lang w:val="ru-RU"/>
        </w:rPr>
        <w:t>ТЕХНИЧЕСКОЕ ЗАДАНИЕ</w:t>
      </w:r>
    </w:p>
    <w:p w:rsidR="006056B3" w:rsidRPr="008772D1" w:rsidRDefault="00547E5A">
      <w:pPr>
        <w:jc w:val="center"/>
        <w:rPr>
          <w:lang w:val="ru-RU"/>
        </w:rPr>
      </w:pPr>
      <w:proofErr w:type="gramStart"/>
      <w:r w:rsidRPr="008772D1">
        <w:rPr>
          <w:lang w:val="ru-RU"/>
        </w:rPr>
        <w:t>на</w:t>
      </w:r>
      <w:proofErr w:type="gramEnd"/>
      <w:r w:rsidRPr="008772D1">
        <w:rPr>
          <w:lang w:val="ru-RU"/>
        </w:rPr>
        <w:t xml:space="preserve"> изготовление, доставку и монтаж декоративного панно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547E5A">
      <w:pPr>
        <w:rPr>
          <w:lang w:val="ru-RU"/>
        </w:rPr>
      </w:pPr>
      <w:r w:rsidRPr="008772D1">
        <w:rPr>
          <w:b/>
          <w:lang w:val="ru-RU"/>
        </w:rPr>
        <w:t>1. Заказчик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>ФГБПОУ «</w:t>
      </w:r>
      <w:proofErr w:type="spellStart"/>
      <w:r w:rsidRPr="008772D1">
        <w:rPr>
          <w:lang w:val="ru-RU"/>
        </w:rPr>
        <w:t>Раифское</w:t>
      </w:r>
      <w:proofErr w:type="spellEnd"/>
      <w:r w:rsidRPr="008772D1">
        <w:rPr>
          <w:lang w:val="ru-RU"/>
        </w:rPr>
        <w:t xml:space="preserve"> СУВУ»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 xml:space="preserve">Адрес: 422537, Республика Татарстан, </w:t>
      </w:r>
      <w:proofErr w:type="spellStart"/>
      <w:r w:rsidRPr="008772D1">
        <w:rPr>
          <w:lang w:val="ru-RU"/>
        </w:rPr>
        <w:t>Зеленодольский</w:t>
      </w:r>
      <w:proofErr w:type="spellEnd"/>
      <w:r w:rsidRPr="008772D1">
        <w:rPr>
          <w:lang w:val="ru-RU"/>
        </w:rPr>
        <w:t xml:space="preserve"> район, пос. Местечко </w:t>
      </w:r>
      <w:proofErr w:type="spellStart"/>
      <w:r w:rsidRPr="008772D1">
        <w:rPr>
          <w:lang w:val="ru-RU"/>
        </w:rPr>
        <w:t>Раифа</w:t>
      </w:r>
      <w:proofErr w:type="spellEnd"/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>ИНН: 1620001863 / КПП: 164801001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547E5A">
      <w:pPr>
        <w:rPr>
          <w:lang w:val="ru-RU"/>
        </w:rPr>
      </w:pPr>
      <w:r w:rsidRPr="008772D1">
        <w:rPr>
          <w:b/>
          <w:lang w:val="ru-RU"/>
        </w:rPr>
        <w:t>2. Предмет закупки</w:t>
      </w:r>
    </w:p>
    <w:p w:rsidR="006056B3" w:rsidRPr="008772D1" w:rsidRDefault="008772D1">
      <w:pPr>
        <w:jc w:val="both"/>
        <w:rPr>
          <w:lang w:val="ru-RU"/>
        </w:rPr>
      </w:pPr>
      <w:r>
        <w:rPr>
          <w:lang w:val="ru-RU"/>
        </w:rPr>
        <w:t>Разработка макета</w:t>
      </w:r>
      <w:r w:rsidR="00547E5A">
        <w:rPr>
          <w:lang w:val="ru-RU"/>
        </w:rPr>
        <w:t>, согласован</w:t>
      </w:r>
      <w:r w:rsidR="009D1616">
        <w:rPr>
          <w:lang w:val="ru-RU"/>
        </w:rPr>
        <w:t>ного</w:t>
      </w:r>
      <w:r w:rsidR="00547E5A">
        <w:rPr>
          <w:lang w:val="ru-RU"/>
        </w:rPr>
        <w:t xml:space="preserve"> с Заказчиком</w:t>
      </w:r>
      <w:r>
        <w:rPr>
          <w:lang w:val="ru-RU"/>
        </w:rPr>
        <w:t>, подготовка к запуску, и</w:t>
      </w:r>
      <w:r w:rsidR="00547E5A" w:rsidRPr="008772D1">
        <w:rPr>
          <w:lang w:val="ru-RU"/>
        </w:rPr>
        <w:t>зготовление, доставка и монтаж декоративного настенного панно с элементами 3</w:t>
      </w:r>
      <w:r w:rsidR="00547E5A">
        <w:t>D</w:t>
      </w:r>
      <w:r w:rsidR="00547E5A" w:rsidRPr="008772D1">
        <w:rPr>
          <w:lang w:val="ru-RU"/>
        </w:rPr>
        <w:t xml:space="preserve">-печати, гибкого неона и </w:t>
      </w:r>
      <w:proofErr w:type="spellStart"/>
      <w:r w:rsidR="00547E5A" w:rsidRPr="008772D1">
        <w:rPr>
          <w:lang w:val="ru-RU"/>
        </w:rPr>
        <w:t>плоттерной</w:t>
      </w:r>
      <w:proofErr w:type="spellEnd"/>
      <w:r w:rsidR="00547E5A" w:rsidRPr="008772D1">
        <w:rPr>
          <w:lang w:val="ru-RU"/>
        </w:rPr>
        <w:t xml:space="preserve"> резки для оформления помещения ФГБПОУ «</w:t>
      </w:r>
      <w:proofErr w:type="spellStart"/>
      <w:r w:rsidR="00547E5A" w:rsidRPr="008772D1">
        <w:rPr>
          <w:lang w:val="ru-RU"/>
        </w:rPr>
        <w:t>Раифское</w:t>
      </w:r>
      <w:proofErr w:type="spellEnd"/>
      <w:r w:rsidR="00547E5A" w:rsidRPr="008772D1">
        <w:rPr>
          <w:lang w:val="ru-RU"/>
        </w:rPr>
        <w:t xml:space="preserve"> СУВУ».</w:t>
      </w:r>
    </w:p>
    <w:p w:rsidR="006056B3" w:rsidRPr="008772D1" w:rsidRDefault="006056B3">
      <w:pPr>
        <w:rPr>
          <w:lang w:val="ru-RU"/>
        </w:rPr>
      </w:pPr>
    </w:p>
    <w:p w:rsidR="006056B3" w:rsidRDefault="00547E5A">
      <w:r>
        <w:rPr>
          <w:b/>
        </w:rPr>
        <w:t>3. Технические характеристики</w:t>
      </w:r>
    </w:p>
    <w:p w:rsidR="006056B3" w:rsidRDefault="006056B3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56"/>
        <w:gridCol w:w="5874"/>
      </w:tblGrid>
      <w:tr w:rsidR="006056B3">
        <w:tc>
          <w:tcPr>
            <w:tcW w:w="2835" w:type="dxa"/>
          </w:tcPr>
          <w:p w:rsidR="006056B3" w:rsidRDefault="00547E5A">
            <w:r>
              <w:rPr>
                <w:b/>
                <w:sz w:val="20"/>
              </w:rPr>
              <w:t>Габаритные размеры</w:t>
            </w:r>
          </w:p>
        </w:tc>
        <w:tc>
          <w:tcPr>
            <w:tcW w:w="6236" w:type="dxa"/>
          </w:tcPr>
          <w:p w:rsidR="006056B3" w:rsidRDefault="00547E5A">
            <w:r>
              <w:rPr>
                <w:sz w:val="20"/>
              </w:rPr>
              <w:t>2000 × 2000 мм</w:t>
            </w:r>
          </w:p>
        </w:tc>
      </w:tr>
      <w:tr w:rsidR="006056B3" w:rsidRPr="009D1616">
        <w:tc>
          <w:tcPr>
            <w:tcW w:w="2835" w:type="dxa"/>
          </w:tcPr>
          <w:p w:rsidR="006056B3" w:rsidRDefault="00547E5A">
            <w:r>
              <w:rPr>
                <w:b/>
                <w:sz w:val="20"/>
              </w:rPr>
              <w:t>Гибкий неон</w:t>
            </w:r>
          </w:p>
        </w:tc>
        <w:tc>
          <w:tcPr>
            <w:tcW w:w="6236" w:type="dxa"/>
          </w:tcPr>
          <w:p w:rsidR="006056B3" w:rsidRPr="008772D1" w:rsidRDefault="00547E5A">
            <w:pPr>
              <w:rPr>
                <w:lang w:val="ru-RU"/>
              </w:rPr>
            </w:pPr>
            <w:r w:rsidRPr="008772D1">
              <w:rPr>
                <w:sz w:val="20"/>
                <w:lang w:val="ru-RU"/>
              </w:rPr>
              <w:t xml:space="preserve">15 погонных метров, диаметр 6 мм, цвет </w:t>
            </w:r>
            <w:bookmarkStart w:id="0" w:name="_GoBack"/>
            <w:bookmarkEnd w:id="0"/>
            <w:r w:rsidRPr="008772D1">
              <w:rPr>
                <w:sz w:val="20"/>
                <w:lang w:val="ru-RU"/>
              </w:rPr>
              <w:t>по согласованию с Заказчиком</w:t>
            </w:r>
          </w:p>
        </w:tc>
      </w:tr>
      <w:tr w:rsidR="006056B3" w:rsidRPr="009D1616">
        <w:tc>
          <w:tcPr>
            <w:tcW w:w="2835" w:type="dxa"/>
          </w:tcPr>
          <w:p w:rsidR="006056B3" w:rsidRDefault="00547E5A">
            <w:r>
              <w:rPr>
                <w:b/>
                <w:sz w:val="20"/>
              </w:rPr>
              <w:t>3D-элементы</w:t>
            </w:r>
          </w:p>
        </w:tc>
        <w:tc>
          <w:tcPr>
            <w:tcW w:w="6236" w:type="dxa"/>
          </w:tcPr>
          <w:p w:rsidR="006056B3" w:rsidRPr="008772D1" w:rsidRDefault="00547E5A">
            <w:pPr>
              <w:rPr>
                <w:lang w:val="ru-RU"/>
              </w:rPr>
            </w:pPr>
            <w:r w:rsidRPr="008772D1"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D</w:t>
            </w:r>
            <w:r w:rsidRPr="008772D1">
              <w:rPr>
                <w:sz w:val="20"/>
                <w:lang w:val="ru-RU"/>
              </w:rPr>
              <w:t xml:space="preserve">-печать </w:t>
            </w:r>
            <w:r w:rsidR="00F162F3">
              <w:rPr>
                <w:sz w:val="20"/>
                <w:lang w:val="ru-RU"/>
              </w:rPr>
              <w:t xml:space="preserve">световых </w:t>
            </w:r>
            <w:r w:rsidRPr="008772D1">
              <w:rPr>
                <w:sz w:val="20"/>
                <w:lang w:val="ru-RU"/>
              </w:rPr>
              <w:t>декоративных элементов по дизайн-проекту</w:t>
            </w:r>
          </w:p>
        </w:tc>
      </w:tr>
      <w:tr w:rsidR="006056B3" w:rsidRPr="009D1616">
        <w:tc>
          <w:tcPr>
            <w:tcW w:w="2835" w:type="dxa"/>
          </w:tcPr>
          <w:p w:rsidR="006056B3" w:rsidRDefault="00547E5A">
            <w:proofErr w:type="spellStart"/>
            <w:r>
              <w:rPr>
                <w:b/>
                <w:sz w:val="20"/>
              </w:rPr>
              <w:t>Дополнительные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элементы</w:t>
            </w:r>
            <w:proofErr w:type="spellEnd"/>
          </w:p>
        </w:tc>
        <w:tc>
          <w:tcPr>
            <w:tcW w:w="6236" w:type="dxa"/>
          </w:tcPr>
          <w:p w:rsidR="006056B3" w:rsidRPr="008772D1" w:rsidRDefault="00547E5A">
            <w:pPr>
              <w:rPr>
                <w:lang w:val="ru-RU"/>
              </w:rPr>
            </w:pPr>
            <w:proofErr w:type="spellStart"/>
            <w:r w:rsidRPr="008772D1">
              <w:rPr>
                <w:sz w:val="20"/>
                <w:lang w:val="ru-RU"/>
              </w:rPr>
              <w:t>Плоттерная</w:t>
            </w:r>
            <w:proofErr w:type="spellEnd"/>
            <w:r w:rsidRPr="008772D1">
              <w:rPr>
                <w:sz w:val="20"/>
                <w:lang w:val="ru-RU"/>
              </w:rPr>
              <w:t xml:space="preserve"> резка декоративных элементов, надпись сверху панно</w:t>
            </w:r>
          </w:p>
        </w:tc>
      </w:tr>
    </w:tbl>
    <w:p w:rsidR="006056B3" w:rsidRPr="008772D1" w:rsidRDefault="006056B3">
      <w:pPr>
        <w:rPr>
          <w:lang w:val="ru-RU"/>
        </w:rPr>
      </w:pPr>
    </w:p>
    <w:p w:rsidR="006056B3" w:rsidRPr="008772D1" w:rsidRDefault="008772D1">
      <w:pPr>
        <w:rPr>
          <w:lang w:val="ru-RU"/>
        </w:rPr>
      </w:pPr>
      <w:r>
        <w:rPr>
          <w:b/>
          <w:lang w:val="ru-RU"/>
        </w:rPr>
        <w:t>4</w:t>
      </w:r>
      <w:r w:rsidR="00547E5A" w:rsidRPr="008772D1">
        <w:rPr>
          <w:b/>
          <w:lang w:val="ru-RU"/>
        </w:rPr>
        <w:t>. Сроки выполнения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lastRenderedPageBreak/>
        <w:t>Срок выполнения работ:</w:t>
      </w:r>
      <w:r w:rsidR="008772D1">
        <w:rPr>
          <w:lang w:val="ru-RU"/>
        </w:rPr>
        <w:t xml:space="preserve"> до 09.09.2026 г.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8772D1">
      <w:pPr>
        <w:rPr>
          <w:lang w:val="ru-RU"/>
        </w:rPr>
      </w:pPr>
      <w:r>
        <w:rPr>
          <w:b/>
          <w:lang w:val="ru-RU"/>
        </w:rPr>
        <w:t>5</w:t>
      </w:r>
      <w:r w:rsidR="00547E5A" w:rsidRPr="008772D1">
        <w:rPr>
          <w:b/>
          <w:lang w:val="ru-RU"/>
        </w:rPr>
        <w:t>. Место доставки и монтажа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 xml:space="preserve">422537, Республика Татарстан, </w:t>
      </w:r>
      <w:proofErr w:type="spellStart"/>
      <w:r w:rsidRPr="008772D1">
        <w:rPr>
          <w:lang w:val="ru-RU"/>
        </w:rPr>
        <w:t>Зеленодольский</w:t>
      </w:r>
      <w:proofErr w:type="spellEnd"/>
      <w:r w:rsidRPr="008772D1">
        <w:rPr>
          <w:lang w:val="ru-RU"/>
        </w:rPr>
        <w:t xml:space="preserve"> район, пос. Местечко </w:t>
      </w:r>
      <w:proofErr w:type="spellStart"/>
      <w:r w:rsidRPr="008772D1">
        <w:rPr>
          <w:lang w:val="ru-RU"/>
        </w:rPr>
        <w:t>Раифа</w:t>
      </w:r>
      <w:proofErr w:type="spellEnd"/>
      <w:r w:rsidRPr="008772D1">
        <w:rPr>
          <w:lang w:val="ru-RU"/>
        </w:rPr>
        <w:t>, ФГБПОУ «</w:t>
      </w:r>
      <w:proofErr w:type="spellStart"/>
      <w:r w:rsidRPr="008772D1">
        <w:rPr>
          <w:lang w:val="ru-RU"/>
        </w:rPr>
        <w:t>Раифское</w:t>
      </w:r>
      <w:proofErr w:type="spellEnd"/>
      <w:r w:rsidRPr="008772D1">
        <w:rPr>
          <w:lang w:val="ru-RU"/>
        </w:rPr>
        <w:t xml:space="preserve"> СУВУ».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8772D1">
      <w:pPr>
        <w:rPr>
          <w:lang w:val="ru-RU"/>
        </w:rPr>
      </w:pPr>
      <w:r>
        <w:rPr>
          <w:b/>
          <w:lang w:val="ru-RU"/>
        </w:rPr>
        <w:t>6</w:t>
      </w:r>
      <w:r w:rsidR="00547E5A" w:rsidRPr="008772D1">
        <w:rPr>
          <w:b/>
          <w:lang w:val="ru-RU"/>
        </w:rPr>
        <w:t>. Условия оплаты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>Оплата по счёту в течение 7 рабочих дней с даты подписания Акта приёма-передачи.</w:t>
      </w:r>
    </w:p>
    <w:p w:rsidR="006056B3" w:rsidRPr="008772D1" w:rsidRDefault="006056B3">
      <w:pPr>
        <w:rPr>
          <w:lang w:val="ru-RU"/>
        </w:rPr>
      </w:pPr>
    </w:p>
    <w:p w:rsidR="006056B3" w:rsidRPr="008772D1" w:rsidRDefault="008772D1">
      <w:pPr>
        <w:rPr>
          <w:lang w:val="ru-RU"/>
        </w:rPr>
      </w:pPr>
      <w:r>
        <w:rPr>
          <w:b/>
          <w:lang w:val="ru-RU"/>
        </w:rPr>
        <w:t>7</w:t>
      </w:r>
      <w:r w:rsidR="00547E5A" w:rsidRPr="008772D1">
        <w:rPr>
          <w:b/>
          <w:lang w:val="ru-RU"/>
        </w:rPr>
        <w:t>. Гарантийные обязательства</w:t>
      </w:r>
    </w:p>
    <w:p w:rsidR="006056B3" w:rsidRPr="008772D1" w:rsidRDefault="00547E5A">
      <w:pPr>
        <w:rPr>
          <w:lang w:val="ru-RU"/>
        </w:rPr>
      </w:pPr>
      <w:r w:rsidRPr="008772D1">
        <w:rPr>
          <w:lang w:val="ru-RU"/>
        </w:rPr>
        <w:t>Гарантийный срок на изделие — не менее 12 месяцев с даты подписания Акта приёма-передачи.</w:t>
      </w:r>
    </w:p>
    <w:sectPr w:rsidR="006056B3" w:rsidRPr="008772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7E5A"/>
    <w:rsid w:val="005A5847"/>
    <w:rsid w:val="006056B3"/>
    <w:rsid w:val="008772D1"/>
    <w:rsid w:val="009D1616"/>
    <w:rsid w:val="00AA1D8D"/>
    <w:rsid w:val="00B47730"/>
    <w:rsid w:val="00CB0664"/>
    <w:rsid w:val="00F162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3295154-F9F8-4351-87A3-B3153832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616C13-634E-4780-AF11-5EEAA2AD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user_062026</cp:lastModifiedBy>
  <cp:revision>4</cp:revision>
  <dcterms:created xsi:type="dcterms:W3CDTF">2026-09-04T19:36:00Z</dcterms:created>
  <dcterms:modified xsi:type="dcterms:W3CDTF">2026-09-07T13:50:00Z</dcterms:modified>
  <cp:category/>
</cp:coreProperties>
</file>