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4111AA" w14:textId="77777777" w:rsidR="0035166E" w:rsidRPr="004E1E19" w:rsidRDefault="0035166E" w:rsidP="000519AD">
      <w:pPr>
        <w:suppressAutoHyphens/>
        <w:spacing w:line="276" w:lineRule="auto"/>
        <w:ind w:left="8080" w:right="-2" w:hanging="992"/>
        <w:jc w:val="right"/>
        <w:rPr>
          <w:rFonts w:cs="Times New Roman"/>
          <w:sz w:val="22"/>
          <w:lang w:val="ru-RU" w:eastAsia="ru-RU"/>
        </w:rPr>
      </w:pPr>
      <w:r w:rsidRPr="004E1E19">
        <w:rPr>
          <w:rFonts w:cs="Times New Roman"/>
          <w:sz w:val="22"/>
          <w:lang w:val="ru-RU" w:eastAsia="ru-RU"/>
        </w:rPr>
        <w:t>Приложение</w:t>
      </w:r>
    </w:p>
    <w:p w14:paraId="2FE8D224" w14:textId="77777777" w:rsidR="00972105" w:rsidRPr="00972105" w:rsidRDefault="0035166E" w:rsidP="00972105">
      <w:pPr>
        <w:pStyle w:val="31"/>
        <w:shd w:val="clear" w:color="auto" w:fill="FFFFFF"/>
        <w:spacing w:before="0" w:line="285" w:lineRule="atLeast"/>
        <w:jc w:val="right"/>
        <w:rPr>
          <w:rFonts w:ascii="Times New Roman" w:hAnsi="Times New Roman" w:cs="Times New Roman"/>
          <w:b w:val="0"/>
          <w:bCs w:val="0"/>
          <w:color w:val="000000" w:themeColor="text1"/>
          <w:sz w:val="22"/>
        </w:rPr>
      </w:pPr>
      <w:r w:rsidRPr="00972105">
        <w:rPr>
          <w:rFonts w:ascii="Times New Roman" w:hAnsi="Times New Roman" w:cs="Times New Roman"/>
          <w:b w:val="0"/>
          <w:color w:val="000000" w:themeColor="text1"/>
          <w:sz w:val="22"/>
          <w:lang w:val="ru-RU" w:eastAsia="ru-RU"/>
        </w:rPr>
        <w:t>к контракту</w:t>
      </w:r>
      <w:r w:rsidRPr="00972105">
        <w:rPr>
          <w:rFonts w:ascii="Times New Roman" w:hAnsi="Times New Roman" w:cs="Times New Roman"/>
          <w:color w:val="000000" w:themeColor="text1"/>
          <w:sz w:val="22"/>
          <w:lang w:val="ru-RU" w:eastAsia="ru-RU"/>
        </w:rPr>
        <w:t xml:space="preserve"> № </w:t>
      </w:r>
      <w:hyperlink r:id="rId6" w:tgtFrame="_blank" w:history="1">
        <w:r w:rsidR="00972105" w:rsidRPr="00972105">
          <w:rPr>
            <w:rStyle w:val="aff8"/>
            <w:rFonts w:ascii="Times New Roman" w:hAnsi="Times New Roman" w:cs="Times New Roman"/>
            <w:b w:val="0"/>
            <w:bCs w:val="0"/>
            <w:color w:val="000000" w:themeColor="text1"/>
            <w:sz w:val="22"/>
            <w:u w:val="none"/>
          </w:rPr>
          <w:t>200909756126100091</w:t>
        </w:r>
      </w:hyperlink>
    </w:p>
    <w:p w14:paraId="6E4F7BF3" w14:textId="5CA49A0B" w:rsidR="0035166E" w:rsidRPr="004E1E19" w:rsidRDefault="0035166E" w:rsidP="005E0A56">
      <w:pPr>
        <w:suppressAutoHyphens/>
        <w:spacing w:line="276" w:lineRule="auto"/>
        <w:ind w:left="6379" w:right="-2" w:hanging="142"/>
        <w:jc w:val="right"/>
        <w:rPr>
          <w:rFonts w:cs="Times New Roman"/>
          <w:sz w:val="22"/>
          <w:lang w:val="ru-RU" w:eastAsia="ru-RU"/>
        </w:rPr>
      </w:pPr>
    </w:p>
    <w:p w14:paraId="7A530745" w14:textId="77777777" w:rsidR="0035166E" w:rsidRPr="004E1E19" w:rsidRDefault="0035166E" w:rsidP="005E0A56">
      <w:pPr>
        <w:keepNext/>
        <w:keepLines/>
        <w:suppressLineNumbers/>
        <w:tabs>
          <w:tab w:val="left" w:pos="180"/>
        </w:tabs>
        <w:suppressAutoHyphens/>
        <w:spacing w:line="276" w:lineRule="auto"/>
        <w:ind w:left="-426" w:right="-286"/>
        <w:jc w:val="center"/>
        <w:rPr>
          <w:rFonts w:cs="Times New Roman"/>
          <w:sz w:val="22"/>
          <w:lang w:val="ru-RU" w:eastAsia="ru-RU"/>
        </w:rPr>
      </w:pPr>
      <w:r w:rsidRPr="004E1E19">
        <w:rPr>
          <w:rFonts w:cs="Times New Roman"/>
          <w:sz w:val="22"/>
          <w:lang w:val="ru-RU" w:eastAsia="ru-RU"/>
        </w:rPr>
        <w:t>ТЕХНИЧЕСКОЕ ЗАДАНИЕ</w:t>
      </w:r>
    </w:p>
    <w:p w14:paraId="5E4AD4C8" w14:textId="77777777" w:rsidR="0035166E" w:rsidRPr="004E1E19" w:rsidRDefault="0035166E" w:rsidP="000C4B10">
      <w:pPr>
        <w:numPr>
          <w:ilvl w:val="0"/>
          <w:numId w:val="10"/>
        </w:numPr>
        <w:tabs>
          <w:tab w:val="left" w:pos="284"/>
          <w:tab w:val="left" w:pos="993"/>
        </w:tabs>
        <w:ind w:left="360" w:hanging="360"/>
        <w:contextualSpacing/>
        <w:jc w:val="both"/>
        <w:rPr>
          <w:rFonts w:cs="Times New Roman"/>
          <w:sz w:val="22"/>
          <w:lang w:val="ru-RU" w:eastAsia="ru-RU"/>
        </w:rPr>
      </w:pPr>
      <w:r w:rsidRPr="004E1E19">
        <w:rPr>
          <w:rFonts w:cs="Times New Roman"/>
          <w:sz w:val="22"/>
          <w:lang w:val="ru-RU" w:eastAsia="ru-RU"/>
        </w:rPr>
        <w:t>Адрес поставки товара: г. Воронеж, ул. 20-летия Октября, 84, корпус 2, склад.</w:t>
      </w:r>
    </w:p>
    <w:p w14:paraId="77D1DA17" w14:textId="77777777" w:rsidR="0035166E" w:rsidRPr="004E1E19" w:rsidRDefault="0035166E" w:rsidP="000C4B10">
      <w:pPr>
        <w:numPr>
          <w:ilvl w:val="0"/>
          <w:numId w:val="10"/>
        </w:numPr>
        <w:tabs>
          <w:tab w:val="left" w:pos="284"/>
          <w:tab w:val="left" w:pos="993"/>
        </w:tabs>
        <w:ind w:left="360" w:hanging="360"/>
        <w:jc w:val="both"/>
        <w:rPr>
          <w:rFonts w:cs="Times New Roman"/>
          <w:sz w:val="22"/>
          <w:lang w:val="ru-RU" w:eastAsia="ru-RU"/>
        </w:rPr>
      </w:pPr>
      <w:r w:rsidRPr="004E1E19">
        <w:rPr>
          <w:rFonts w:cs="Times New Roman"/>
          <w:sz w:val="22"/>
          <w:lang w:val="ru-RU" w:eastAsia="ru-RU"/>
        </w:rPr>
        <w:t xml:space="preserve">Срок поставки товара: 35 дней с даты подписания Контракта </w:t>
      </w:r>
    </w:p>
    <w:p w14:paraId="48A8919A" w14:textId="77777777" w:rsidR="0035166E" w:rsidRPr="004E1E19" w:rsidRDefault="0035166E" w:rsidP="000C4B10">
      <w:pPr>
        <w:numPr>
          <w:ilvl w:val="0"/>
          <w:numId w:val="10"/>
        </w:numPr>
        <w:tabs>
          <w:tab w:val="left" w:pos="284"/>
          <w:tab w:val="left" w:pos="993"/>
        </w:tabs>
        <w:ind w:left="360" w:hanging="360"/>
        <w:jc w:val="both"/>
        <w:rPr>
          <w:rFonts w:cs="Times New Roman"/>
          <w:sz w:val="22"/>
          <w:lang w:val="ru-RU" w:eastAsia="ru-RU"/>
        </w:rPr>
      </w:pPr>
      <w:r w:rsidRPr="004E1E19">
        <w:rPr>
          <w:rFonts w:cs="Times New Roman"/>
          <w:sz w:val="22"/>
          <w:lang w:val="ru-RU" w:eastAsia="ru-RU"/>
        </w:rPr>
        <w:t>Наименование, характеристика и количество поставляемого товара:</w:t>
      </w:r>
    </w:p>
    <w:tbl>
      <w:tblPr>
        <w:tblStyle w:val="aff0"/>
        <w:tblW w:w="9912" w:type="dxa"/>
        <w:jc w:val="center"/>
        <w:tblLook w:val="04A0" w:firstRow="1" w:lastRow="0" w:firstColumn="1" w:lastColumn="0" w:noHBand="0" w:noVBand="1"/>
      </w:tblPr>
      <w:tblGrid>
        <w:gridCol w:w="540"/>
        <w:gridCol w:w="5361"/>
        <w:gridCol w:w="935"/>
        <w:gridCol w:w="799"/>
        <w:gridCol w:w="1024"/>
        <w:gridCol w:w="1253"/>
      </w:tblGrid>
      <w:tr w:rsidR="0035166E" w:rsidRPr="008D797A" w14:paraId="2FE2FE3E" w14:textId="05F04B19" w:rsidTr="000517CE">
        <w:trPr>
          <w:tblHeader/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C824B5" w14:textId="77777777" w:rsidR="0035166E" w:rsidRPr="008D797A" w:rsidRDefault="0035166E" w:rsidP="008D797A">
            <w:pPr>
              <w:jc w:val="center"/>
            </w:pPr>
            <w:r w:rsidRPr="008D797A">
              <w:rPr>
                <w:b/>
                <w:sz w:val="20"/>
              </w:rPr>
              <w:t>№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5130F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b/>
                <w:sz w:val="20"/>
              </w:rPr>
              <w:t>Наименование</w:t>
            </w:r>
            <w:proofErr w:type="spellEnd"/>
            <w:r w:rsidRPr="008D797A">
              <w:rPr>
                <w:b/>
                <w:sz w:val="20"/>
              </w:rPr>
              <w:t xml:space="preserve"> </w:t>
            </w:r>
            <w:proofErr w:type="spellStart"/>
            <w:r w:rsidRPr="008D797A">
              <w:rPr>
                <w:b/>
                <w:sz w:val="20"/>
              </w:rPr>
              <w:t>товара</w:t>
            </w:r>
            <w:proofErr w:type="spellEnd"/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292874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b/>
                <w:sz w:val="20"/>
              </w:rPr>
              <w:t>Ед</w:t>
            </w:r>
            <w:proofErr w:type="spellEnd"/>
            <w:r w:rsidRPr="008D797A">
              <w:rPr>
                <w:b/>
                <w:sz w:val="20"/>
              </w:rPr>
              <w:t xml:space="preserve">. </w:t>
            </w:r>
            <w:proofErr w:type="spellStart"/>
            <w:r w:rsidRPr="008D797A">
              <w:rPr>
                <w:b/>
                <w:sz w:val="20"/>
              </w:rPr>
              <w:t>изм</w:t>
            </w:r>
            <w:proofErr w:type="spellEnd"/>
            <w:r w:rsidRPr="008D797A">
              <w:rPr>
                <w:b/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01A34F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b/>
                <w:sz w:val="20"/>
              </w:rPr>
              <w:t>Кол-во</w:t>
            </w:r>
            <w:proofErr w:type="spellEnd"/>
          </w:p>
        </w:tc>
        <w:tc>
          <w:tcPr>
            <w:tcW w:w="1024" w:type="dxa"/>
          </w:tcPr>
          <w:p w14:paraId="47FD97C6" w14:textId="2F15C372" w:rsidR="0035166E" w:rsidRPr="008D797A" w:rsidRDefault="00957BAD" w:rsidP="008D797A">
            <w:pPr>
              <w:jc w:val="center"/>
              <w:rPr>
                <w:b/>
                <w:sz w:val="20"/>
              </w:rPr>
            </w:pPr>
            <w:r w:rsidRPr="00957BAD">
              <w:rPr>
                <w:b/>
                <w:sz w:val="20"/>
                <w:lang w:val="ru-RU"/>
              </w:rPr>
              <w:t>Цена единицы товара, руб.</w:t>
            </w:r>
          </w:p>
        </w:tc>
        <w:tc>
          <w:tcPr>
            <w:tcW w:w="1253" w:type="dxa"/>
          </w:tcPr>
          <w:p w14:paraId="6E7D9F33" w14:textId="29AB4BAF" w:rsidR="0035166E" w:rsidRPr="008D797A" w:rsidRDefault="00957BAD" w:rsidP="008D797A">
            <w:pPr>
              <w:jc w:val="center"/>
              <w:rPr>
                <w:b/>
                <w:sz w:val="20"/>
              </w:rPr>
            </w:pPr>
            <w:r w:rsidRPr="00957BAD">
              <w:rPr>
                <w:b/>
                <w:sz w:val="20"/>
                <w:lang w:val="ru-RU"/>
              </w:rPr>
              <w:t>Стоимость, руб.</w:t>
            </w:r>
          </w:p>
        </w:tc>
      </w:tr>
      <w:tr w:rsidR="0035166E" w:rsidRPr="008D797A" w14:paraId="6F4DB848" w14:textId="64514C4E" w:rsidTr="000517CE">
        <w:trPr>
          <w:trHeight w:val="2636"/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40639F" w14:textId="2EFB9D47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1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894C68" w14:textId="77777777" w:rsidR="0035166E" w:rsidRDefault="0035166E" w:rsidP="008D797A">
            <w:pPr>
              <w:rPr>
                <w:sz w:val="20"/>
              </w:rPr>
            </w:pPr>
            <w:r>
              <w:rPr>
                <w:sz w:val="20"/>
                <w:lang w:val="ru-RU"/>
              </w:rPr>
              <w:t>Графический</w:t>
            </w:r>
            <w:r w:rsidRPr="008D797A">
              <w:rPr>
                <w:sz w:val="20"/>
              </w:rPr>
              <w:t xml:space="preserve"> </w:t>
            </w:r>
            <w:r>
              <w:rPr>
                <w:sz w:val="20"/>
                <w:lang w:val="ru-RU"/>
              </w:rPr>
              <w:t>процессор</w:t>
            </w:r>
            <w:r w:rsidRPr="008D797A">
              <w:rPr>
                <w:sz w:val="20"/>
              </w:rPr>
              <w:t xml:space="preserve"> (</w:t>
            </w:r>
            <w:r>
              <w:rPr>
                <w:sz w:val="20"/>
                <w:lang w:val="ru-RU"/>
              </w:rPr>
              <w:t>дискретный видеоадаптер</w:t>
            </w:r>
            <w:r w:rsidRPr="008D797A">
              <w:rPr>
                <w:sz w:val="20"/>
              </w:rPr>
              <w:t>)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44"/>
              <w:gridCol w:w="2447"/>
            </w:tblGrid>
            <w:tr w:rsidR="0035166E" w:rsidRPr="008D797A" w14:paraId="06903CA1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2FEE6BC" w14:textId="77777777" w:rsidR="0035166E" w:rsidRPr="008D797A" w:rsidRDefault="0035166E" w:rsidP="0035166E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7E6A68D" w14:textId="77777777" w:rsidR="0035166E" w:rsidRPr="008D797A" w:rsidRDefault="0035166E" w:rsidP="0035166E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35166E" w:rsidRPr="008D797A" w14:paraId="04C72742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67291F3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4561096" w14:textId="77777777" w:rsidR="0035166E" w:rsidRPr="008D797A" w:rsidRDefault="0035166E" w:rsidP="0035166E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35166E" w:rsidRPr="008D797A" w14:paraId="7122912A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739BD81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Интерфейс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D27F659" w14:textId="77777777" w:rsidR="0035166E" w:rsidRPr="008D797A" w:rsidRDefault="0035166E" w:rsidP="0035166E">
                  <w:r w:rsidRPr="008D797A">
                    <w:rPr>
                      <w:sz w:val="19"/>
                    </w:rPr>
                    <w:t>PCIe 5.0</w:t>
                  </w:r>
                </w:p>
              </w:tc>
            </w:tr>
            <w:tr w:rsidR="0035166E" w:rsidRPr="008D797A" w14:paraId="4D22AA50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627FA7B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Частота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видеочипа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6C13532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от</w:t>
                  </w:r>
                  <w:proofErr w:type="spellEnd"/>
                  <w:r w:rsidRPr="008D797A">
                    <w:rPr>
                      <w:sz w:val="19"/>
                    </w:rPr>
                    <w:t xml:space="preserve"> 2317 </w:t>
                  </w:r>
                  <w:proofErr w:type="spellStart"/>
                  <w:r w:rsidRPr="008D797A">
                    <w:rPr>
                      <w:sz w:val="19"/>
                    </w:rPr>
                    <w:t>МГц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до</w:t>
                  </w:r>
                  <w:proofErr w:type="spellEnd"/>
                  <w:r w:rsidRPr="008D797A">
                    <w:rPr>
                      <w:sz w:val="19"/>
                    </w:rPr>
                    <w:t xml:space="preserve"> 2587 </w:t>
                  </w:r>
                  <w:proofErr w:type="spellStart"/>
                  <w:r w:rsidRPr="008D797A">
                    <w:rPr>
                      <w:sz w:val="19"/>
                    </w:rPr>
                    <w:t>МГц</w:t>
                  </w:r>
                  <w:proofErr w:type="spellEnd"/>
                </w:p>
              </w:tc>
            </w:tr>
            <w:tr w:rsidR="0035166E" w:rsidRPr="008D797A" w14:paraId="01125F76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5EC8F29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Видеопамять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F3CF868" w14:textId="77777777" w:rsidR="0035166E" w:rsidRPr="008D797A" w:rsidRDefault="0035166E" w:rsidP="0035166E">
                  <w:r w:rsidRPr="008D797A">
                    <w:rPr>
                      <w:sz w:val="19"/>
                    </w:rPr>
                    <w:t>8 ГБ GDDR6</w:t>
                  </w:r>
                </w:p>
              </w:tc>
            </w:tr>
            <w:tr w:rsidR="0035166E" w:rsidRPr="008D797A" w14:paraId="29C3387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8E4F5C1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Шина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памяти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2B4B652" w14:textId="77777777" w:rsidR="0035166E" w:rsidRPr="008D797A" w:rsidRDefault="0035166E" w:rsidP="0035166E">
                  <w:r w:rsidRPr="008D797A">
                    <w:rPr>
                      <w:sz w:val="19"/>
                    </w:rPr>
                    <w:t xml:space="preserve">128 </w:t>
                  </w:r>
                  <w:proofErr w:type="spellStart"/>
                  <w:r w:rsidRPr="008D797A">
                    <w:rPr>
                      <w:sz w:val="19"/>
                    </w:rPr>
                    <w:t>бит</w:t>
                  </w:r>
                  <w:proofErr w:type="spellEnd"/>
                </w:p>
              </w:tc>
            </w:tr>
            <w:tr w:rsidR="0035166E" w:rsidRPr="008D797A" w14:paraId="43981302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15ADEF0" w14:textId="77777777" w:rsidR="0035166E" w:rsidRPr="008D797A" w:rsidRDefault="0035166E" w:rsidP="0035166E">
                  <w:proofErr w:type="spellStart"/>
                  <w:r w:rsidRPr="008D797A">
                    <w:rPr>
                      <w:sz w:val="19"/>
                    </w:rPr>
                    <w:t>Видеоразъемы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6277A9F" w14:textId="77777777" w:rsidR="0035166E" w:rsidRPr="008D797A" w:rsidRDefault="0035166E" w:rsidP="0035166E">
                  <w:r w:rsidRPr="008D797A">
                    <w:rPr>
                      <w:sz w:val="19"/>
                    </w:rPr>
                    <w:t>2 x DisplayPort, 2 x HDMI</w:t>
                  </w:r>
                </w:p>
              </w:tc>
            </w:tr>
          </w:tbl>
          <w:p w14:paraId="6B3A8F18" w14:textId="6844DC6A" w:rsidR="0035166E" w:rsidRPr="008D797A" w:rsidRDefault="0035166E" w:rsidP="008D797A"/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907EBC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5AC53F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3044BF00" w14:textId="44CFA838" w:rsidR="0035166E" w:rsidRPr="00957BAD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1DE93204" w14:textId="5F2880A7" w:rsidR="0035166E" w:rsidRPr="00957BAD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57CB87B4" w14:textId="16308997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A39D6B" w14:textId="34FB5155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2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115F8" w14:textId="77777777" w:rsidR="0035166E" w:rsidRDefault="0035166E" w:rsidP="008D797A">
            <w:pPr>
              <w:rPr>
                <w:sz w:val="20"/>
                <w:lang w:val="ru-RU"/>
              </w:rPr>
            </w:pPr>
            <w:r w:rsidRPr="008D797A">
              <w:rPr>
                <w:sz w:val="20"/>
                <w:lang w:val="ru-RU"/>
              </w:rPr>
              <w:t>Корпус для установки компонентов 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61"/>
              <w:gridCol w:w="2430"/>
            </w:tblGrid>
            <w:tr w:rsidR="00CD5299" w:rsidRPr="008D797A" w14:paraId="08257877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DFEAE3D" w14:textId="77777777" w:rsidR="00CD5299" w:rsidRPr="008D797A" w:rsidRDefault="00CD5299" w:rsidP="00CD5299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E6F1FD7" w14:textId="77777777" w:rsidR="00CD5299" w:rsidRPr="008D797A" w:rsidRDefault="00CD5299" w:rsidP="00CD5299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CD5299" w:rsidRPr="008D797A" w14:paraId="0E4DDE55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08B1C5D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3CBD8EE" w14:textId="77777777" w:rsidR="00CD5299" w:rsidRPr="008D797A" w:rsidRDefault="00CD5299" w:rsidP="00CD5299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CD5299" w:rsidRPr="008D797A" w14:paraId="7308FFF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C571B60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Форм-фактор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плат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4C20A12" w14:textId="77777777" w:rsidR="00CD5299" w:rsidRPr="008D797A" w:rsidRDefault="00CD5299" w:rsidP="00CD5299">
                  <w:r w:rsidRPr="008D797A">
                    <w:rPr>
                      <w:sz w:val="19"/>
                    </w:rPr>
                    <w:t>Micro-ATX, Mini-ITX</w:t>
                  </w:r>
                </w:p>
              </w:tc>
            </w:tr>
            <w:tr w:rsidR="00CD5299" w:rsidRPr="008D797A" w14:paraId="0E06DDD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B51C0F7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Типоразмер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A6489CA" w14:textId="77777777" w:rsidR="00CD5299" w:rsidRPr="008D797A" w:rsidRDefault="00CD5299" w:rsidP="00CD5299">
                  <w:r w:rsidRPr="008D797A">
                    <w:rPr>
                      <w:sz w:val="19"/>
                    </w:rPr>
                    <w:t>Mini-Tower</w:t>
                  </w:r>
                </w:p>
              </w:tc>
            </w:tr>
            <w:tr w:rsidR="00CD5299" w:rsidRPr="008D797A" w14:paraId="2D40977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879DB5F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Слотов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расширения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5E1A9EC" w14:textId="77777777" w:rsidR="00CD5299" w:rsidRPr="008D797A" w:rsidRDefault="00CD5299" w:rsidP="00CD5299">
                  <w:r w:rsidRPr="008D797A">
                    <w:rPr>
                      <w:sz w:val="19"/>
                    </w:rPr>
                    <w:t>4</w:t>
                  </w:r>
                </w:p>
              </w:tc>
            </w:tr>
            <w:tr w:rsidR="00CD5299" w:rsidRPr="008D797A" w14:paraId="43A6D4A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2000DDF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Вентиляторы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720E2B9" w14:textId="77777777" w:rsidR="00CD5299" w:rsidRPr="008D797A" w:rsidRDefault="00CD5299" w:rsidP="00CD5299">
                  <w:r w:rsidRPr="008D797A">
                    <w:rPr>
                      <w:sz w:val="19"/>
                    </w:rPr>
                    <w:t xml:space="preserve">3 x 120 </w:t>
                  </w:r>
                  <w:proofErr w:type="spellStart"/>
                  <w:r w:rsidRPr="008D797A">
                    <w:rPr>
                      <w:sz w:val="19"/>
                    </w:rPr>
                    <w:t>мм</w:t>
                  </w:r>
                  <w:proofErr w:type="spellEnd"/>
                </w:p>
              </w:tc>
            </w:tr>
            <w:tr w:rsidR="00CD5299" w:rsidRPr="008D797A" w14:paraId="6135B83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23A129D" w14:textId="77777777" w:rsidR="00CD5299" w:rsidRPr="008D797A" w:rsidRDefault="00CD5299" w:rsidP="00CD5299">
                  <w:proofErr w:type="spellStart"/>
                  <w:r w:rsidRPr="008D797A">
                    <w:rPr>
                      <w:sz w:val="19"/>
                    </w:rPr>
                    <w:t>Интерфейсы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8E91775" w14:textId="77777777" w:rsidR="00CD5299" w:rsidRPr="008D797A" w:rsidRDefault="00CD5299" w:rsidP="00CD5299">
                  <w:r w:rsidRPr="008D797A">
                    <w:rPr>
                      <w:sz w:val="19"/>
                    </w:rPr>
                    <w:t>USB 2.0 Type-A, USB 3.2 Gen 1 Type-A</w:t>
                  </w:r>
                </w:p>
              </w:tc>
            </w:tr>
          </w:tbl>
          <w:p w14:paraId="06DAD4A3" w14:textId="6E74A06F" w:rsidR="00CD5299" w:rsidRPr="00CD5299" w:rsidRDefault="00CD5299" w:rsidP="008D797A"/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1C1EA0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CF9673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7BC93B47" w14:textId="6D755192" w:rsidR="0035166E" w:rsidRPr="00C97744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5F1B19EE" w14:textId="2FDC6D2C" w:rsidR="0035166E" w:rsidRPr="00C97744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211C1828" w14:textId="2DBEA285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21DAA2" w14:textId="5039B9A6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3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1EFB7D" w14:textId="77777777" w:rsidR="0035166E" w:rsidRDefault="0035166E" w:rsidP="008D797A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Блок питания</w:t>
            </w:r>
            <w:r w:rsidRPr="008D797A">
              <w:rPr>
                <w:sz w:val="20"/>
              </w:rPr>
              <w:t xml:space="preserve"> </w:t>
            </w:r>
            <w:r>
              <w:rPr>
                <w:sz w:val="20"/>
                <w:lang w:val="ru-RU"/>
              </w:rPr>
              <w:t>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46"/>
              <w:gridCol w:w="2445"/>
            </w:tblGrid>
            <w:tr w:rsidR="006970A8" w:rsidRPr="008D797A" w14:paraId="158DACCF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2FE1D71" w14:textId="77777777" w:rsidR="006970A8" w:rsidRPr="008D797A" w:rsidRDefault="006970A8" w:rsidP="006970A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9BC3D70" w14:textId="77777777" w:rsidR="006970A8" w:rsidRPr="008D797A" w:rsidRDefault="006970A8" w:rsidP="006970A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6970A8" w:rsidRPr="008D797A" w14:paraId="55003A2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72B40BC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15F6DB3" w14:textId="77777777" w:rsidR="006970A8" w:rsidRPr="008D797A" w:rsidRDefault="006970A8" w:rsidP="006970A8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6970A8" w:rsidRPr="008D797A" w14:paraId="313D294E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4C4BB80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Мощность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A59C73D" w14:textId="77777777" w:rsidR="006970A8" w:rsidRPr="008D797A" w:rsidRDefault="006970A8" w:rsidP="006970A8">
                  <w:r w:rsidRPr="008D797A">
                    <w:rPr>
                      <w:sz w:val="19"/>
                    </w:rPr>
                    <w:t xml:space="preserve">650 </w:t>
                  </w:r>
                  <w:proofErr w:type="spellStart"/>
                  <w:r w:rsidRPr="008D797A">
                    <w:rPr>
                      <w:sz w:val="19"/>
                    </w:rPr>
                    <w:t>Вт</w:t>
                  </w:r>
                  <w:proofErr w:type="spellEnd"/>
                  <w:r w:rsidRPr="008D797A">
                    <w:rPr>
                      <w:sz w:val="19"/>
                    </w:rPr>
                    <w:t xml:space="preserve">, 80 PLUS GOLD, </w:t>
                  </w:r>
                  <w:proofErr w:type="spellStart"/>
                  <w:r w:rsidRPr="008D797A">
                    <w:rPr>
                      <w:sz w:val="19"/>
                    </w:rPr>
                    <w:t>активный</w:t>
                  </w:r>
                  <w:proofErr w:type="spellEnd"/>
                  <w:r w:rsidRPr="008D797A">
                    <w:rPr>
                      <w:sz w:val="19"/>
                    </w:rPr>
                    <w:t xml:space="preserve"> PFC</w:t>
                  </w:r>
                </w:p>
              </w:tc>
            </w:tr>
            <w:tr w:rsidR="006970A8" w:rsidRPr="008D797A" w14:paraId="654F22D4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2666D61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Форм-фактор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E7EE61F" w14:textId="77777777" w:rsidR="006970A8" w:rsidRPr="008D797A" w:rsidRDefault="006970A8" w:rsidP="006970A8">
                  <w:r w:rsidRPr="008D797A">
                    <w:rPr>
                      <w:sz w:val="19"/>
                    </w:rPr>
                    <w:t>ATX, 12V v3.1</w:t>
                  </w:r>
                </w:p>
              </w:tc>
            </w:tr>
            <w:tr w:rsidR="006970A8" w:rsidRPr="008D797A" w14:paraId="421C11C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7F80AB0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Вентилятор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1BEDC73" w14:textId="77777777" w:rsidR="006970A8" w:rsidRPr="008D797A" w:rsidRDefault="006970A8" w:rsidP="006970A8">
                  <w:r w:rsidRPr="008D797A">
                    <w:rPr>
                      <w:sz w:val="19"/>
                    </w:rPr>
                    <w:t>120мм</w:t>
                  </w:r>
                </w:p>
              </w:tc>
            </w:tr>
            <w:tr w:rsidR="006970A8" w:rsidRPr="008D797A" w14:paraId="75E0C95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9E3C036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Разъемы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151B02F" w14:textId="77777777" w:rsidR="006970A8" w:rsidRPr="008D797A" w:rsidRDefault="006970A8" w:rsidP="006970A8">
                  <w:r w:rsidRPr="008D797A">
                    <w:rPr>
                      <w:sz w:val="19"/>
                    </w:rPr>
                    <w:t>MB 20+4 pin, CPU 2</w:t>
                  </w:r>
                  <w:proofErr w:type="gramStart"/>
                  <w:r w:rsidRPr="008D797A">
                    <w:rPr>
                      <w:sz w:val="19"/>
                    </w:rPr>
                    <w:t>x(</w:t>
                  </w:r>
                  <w:proofErr w:type="gramEnd"/>
                  <w:r w:rsidRPr="008D797A">
                    <w:rPr>
                      <w:sz w:val="19"/>
                    </w:rPr>
                    <w:t xml:space="preserve">4+4) pin, </w:t>
                  </w:r>
                  <w:proofErr w:type="spellStart"/>
                  <w:r w:rsidRPr="008D797A">
                    <w:rPr>
                      <w:sz w:val="19"/>
                    </w:rPr>
                    <w:t>питание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видеокарты</w:t>
                  </w:r>
                  <w:proofErr w:type="spellEnd"/>
                  <w:r w:rsidRPr="008D797A">
                    <w:rPr>
                      <w:sz w:val="19"/>
                    </w:rPr>
                    <w:t xml:space="preserve"> 3х(6+2) + 16 pin (12V-2x6), SATA 8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 xml:space="preserve">, Molex 2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</w:p>
              </w:tc>
            </w:tr>
            <w:tr w:rsidR="006970A8" w:rsidRPr="008D797A" w14:paraId="42DDF4F2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B9A3A98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Цвет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6C6C76F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черный</w:t>
                  </w:r>
                  <w:proofErr w:type="spellEnd"/>
                </w:p>
              </w:tc>
            </w:tr>
            <w:tr w:rsidR="006970A8" w:rsidRPr="008D797A" w14:paraId="43692F18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80AB90F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Тип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поставки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E6A69CA" w14:textId="77777777" w:rsidR="006970A8" w:rsidRPr="008D797A" w:rsidRDefault="006970A8" w:rsidP="006970A8">
                  <w:r w:rsidRPr="008D797A">
                    <w:rPr>
                      <w:sz w:val="19"/>
                    </w:rPr>
                    <w:t>Ret</w:t>
                  </w:r>
                </w:p>
              </w:tc>
            </w:tr>
          </w:tbl>
          <w:p w14:paraId="4BCD5550" w14:textId="3CA2AE98" w:rsidR="006970A8" w:rsidRPr="00921718" w:rsidRDefault="006970A8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4EBD73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6A105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3C588913" w14:textId="48C73717" w:rsidR="0035166E" w:rsidRPr="006970A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056D80BE" w14:textId="3654F70B" w:rsidR="006970A8" w:rsidRPr="006970A8" w:rsidRDefault="006970A8" w:rsidP="006970A8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5B2D88AA" w14:textId="54F0A3E2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77A1E" w14:textId="33640EF3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4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F5CF59" w14:textId="77777777" w:rsidR="0035166E" w:rsidRDefault="0035166E" w:rsidP="008D797A">
            <w:pPr>
              <w:rPr>
                <w:sz w:val="20"/>
                <w:lang w:val="ru-RU"/>
              </w:rPr>
            </w:pPr>
            <w:r w:rsidRPr="008D797A">
              <w:rPr>
                <w:sz w:val="20"/>
                <w:lang w:val="ru-RU"/>
              </w:rPr>
              <w:t>Комплект проводных устройств ввода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86"/>
              <w:gridCol w:w="2505"/>
            </w:tblGrid>
            <w:tr w:rsidR="006970A8" w:rsidRPr="008D797A" w14:paraId="5467F49C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D0E7A2F" w14:textId="77777777" w:rsidR="006970A8" w:rsidRPr="008D797A" w:rsidRDefault="006970A8" w:rsidP="006970A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F720648" w14:textId="77777777" w:rsidR="006970A8" w:rsidRPr="008D797A" w:rsidRDefault="006970A8" w:rsidP="006970A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6970A8" w:rsidRPr="008D797A" w14:paraId="036FB52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31FF9A3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CB8AA71" w14:textId="77777777" w:rsidR="006970A8" w:rsidRPr="008D797A" w:rsidRDefault="006970A8" w:rsidP="006970A8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6970A8" w:rsidRPr="008D797A" w14:paraId="68302E74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F8555A2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Клавиатура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9331818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клавиш</w:t>
                  </w:r>
                  <w:proofErr w:type="spellEnd"/>
                  <w:r w:rsidRPr="008D797A">
                    <w:rPr>
                      <w:sz w:val="19"/>
                    </w:rPr>
                    <w:t xml:space="preserve"> 104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</w:p>
              </w:tc>
            </w:tr>
            <w:tr w:rsidR="006970A8" w:rsidRPr="008D797A" w14:paraId="73BB12E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B72FAE6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Мышь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5100C78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оптическая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светодиодная</w:t>
                  </w:r>
                  <w:proofErr w:type="spellEnd"/>
                  <w:r w:rsidRPr="008D797A">
                    <w:rPr>
                      <w:sz w:val="19"/>
                    </w:rPr>
                    <w:t xml:space="preserve">, 1600 dpi </w:t>
                  </w:r>
                  <w:proofErr w:type="spellStart"/>
                  <w:r w:rsidRPr="008D797A">
                    <w:rPr>
                      <w:sz w:val="19"/>
                    </w:rPr>
                    <w:t>dpi</w:t>
                  </w:r>
                  <w:proofErr w:type="spellEnd"/>
                </w:p>
              </w:tc>
            </w:tr>
            <w:tr w:rsidR="006970A8" w:rsidRPr="00972105" w14:paraId="0BA04831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AD255A1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Питание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22BF69A" w14:textId="77777777" w:rsidR="006970A8" w:rsidRPr="008D797A" w:rsidRDefault="006970A8" w:rsidP="006970A8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 xml:space="preserve">клавиатура: от </w:t>
                  </w:r>
                  <w:r w:rsidRPr="008D797A">
                    <w:rPr>
                      <w:sz w:val="19"/>
                    </w:rPr>
                    <w:t>USB</w:t>
                  </w:r>
                  <w:r w:rsidRPr="008D797A">
                    <w:rPr>
                      <w:sz w:val="19"/>
                      <w:lang w:val="ru-RU"/>
                    </w:rPr>
                    <w:t xml:space="preserve">, мышь: от </w:t>
                  </w:r>
                  <w:r w:rsidRPr="008D797A">
                    <w:rPr>
                      <w:sz w:val="19"/>
                    </w:rPr>
                    <w:t>USB</w:t>
                  </w:r>
                </w:p>
              </w:tc>
            </w:tr>
            <w:tr w:rsidR="006970A8" w:rsidRPr="008D797A" w14:paraId="0FDFB4CC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EFE35E7" w14:textId="77777777" w:rsidR="006970A8" w:rsidRPr="008D797A" w:rsidRDefault="006970A8" w:rsidP="006970A8">
                  <w:proofErr w:type="spellStart"/>
                  <w:r w:rsidRPr="008D797A">
                    <w:rPr>
                      <w:sz w:val="19"/>
                    </w:rPr>
                    <w:t>Интерфейс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96697F1" w14:textId="77777777" w:rsidR="006970A8" w:rsidRPr="008D797A" w:rsidRDefault="006970A8" w:rsidP="006970A8">
                  <w:r w:rsidRPr="008D797A">
                    <w:rPr>
                      <w:sz w:val="19"/>
                    </w:rPr>
                    <w:t>USB</w:t>
                  </w:r>
                </w:p>
              </w:tc>
            </w:tr>
          </w:tbl>
          <w:p w14:paraId="5E74A498" w14:textId="15207ADA" w:rsidR="006970A8" w:rsidRPr="008D797A" w:rsidRDefault="006970A8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DB30F0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F1393B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36B5AAF1" w14:textId="1D993A4F" w:rsidR="0035166E" w:rsidRPr="006970A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2ECBEB0C" w14:textId="74963477" w:rsidR="0035166E" w:rsidRPr="006970A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366D01DE" w14:textId="6004EBF2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E0C1BD" w14:textId="7613A125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5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A83EC3" w14:textId="77777777" w:rsidR="0035166E" w:rsidRDefault="0035166E" w:rsidP="008D797A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Твердотельный накопитель</w:t>
            </w:r>
            <w:r w:rsidRPr="00940318">
              <w:rPr>
                <w:sz w:val="20"/>
                <w:lang w:val="ru-RU"/>
              </w:rPr>
              <w:t xml:space="preserve"> 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57"/>
              <w:gridCol w:w="2434"/>
            </w:tblGrid>
            <w:tr w:rsidR="00436F1F" w:rsidRPr="008D797A" w14:paraId="2066105E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4599FC7" w14:textId="77777777" w:rsidR="00436F1F" w:rsidRPr="008D797A" w:rsidRDefault="00436F1F" w:rsidP="00436F1F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lastRenderedPageBreak/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D535163" w14:textId="77777777" w:rsidR="00436F1F" w:rsidRPr="008D797A" w:rsidRDefault="00436F1F" w:rsidP="00436F1F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436F1F" w:rsidRPr="008D797A" w14:paraId="00FAB9F8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68EB1FB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B4E96C4" w14:textId="77777777" w:rsidR="00436F1F" w:rsidRPr="008D797A" w:rsidRDefault="00436F1F" w:rsidP="00436F1F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436F1F" w:rsidRPr="008D797A" w14:paraId="1CC4AA3A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DBD0DA0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Объем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8C0853F" w14:textId="77777777" w:rsidR="00436F1F" w:rsidRPr="008D797A" w:rsidRDefault="00436F1F" w:rsidP="00436F1F">
                  <w:r w:rsidRPr="008D797A">
                    <w:rPr>
                      <w:sz w:val="19"/>
                    </w:rPr>
                    <w:t xml:space="preserve">500 ГБ; </w:t>
                  </w:r>
                  <w:proofErr w:type="spellStart"/>
                  <w:r w:rsidRPr="008D797A">
                    <w:rPr>
                      <w:sz w:val="19"/>
                    </w:rPr>
                    <w:t>интерфейс</w:t>
                  </w:r>
                  <w:proofErr w:type="spellEnd"/>
                  <w:r w:rsidRPr="008D797A">
                    <w:rPr>
                      <w:sz w:val="19"/>
                    </w:rPr>
                    <w:t>: PCIe 4.0 x4</w:t>
                  </w:r>
                </w:p>
              </w:tc>
            </w:tr>
            <w:tr w:rsidR="00436F1F" w:rsidRPr="00972105" w14:paraId="074D6A6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FC33741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Скорость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F2B9DB1" w14:textId="77777777" w:rsidR="00436F1F" w:rsidRPr="008D797A" w:rsidRDefault="00436F1F" w:rsidP="00436F1F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>чтения до 5000 МБ/с, записи до 3000 МБ/с</w:t>
                  </w:r>
                </w:p>
              </w:tc>
            </w:tr>
            <w:tr w:rsidR="00436F1F" w:rsidRPr="00972105" w14:paraId="0591BCC1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FF8398D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Форм-фактор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0C4B648" w14:textId="77777777" w:rsidR="00436F1F" w:rsidRPr="008D797A" w:rsidRDefault="00436F1F" w:rsidP="00436F1F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</w:rPr>
                    <w:t>M</w:t>
                  </w:r>
                  <w:r w:rsidRPr="008D797A">
                    <w:rPr>
                      <w:sz w:val="19"/>
                      <w:lang w:val="ru-RU"/>
                    </w:rPr>
                    <w:t xml:space="preserve">.2 2280; разъем </w:t>
                  </w:r>
                  <w:r w:rsidRPr="008D797A">
                    <w:rPr>
                      <w:sz w:val="19"/>
                    </w:rPr>
                    <w:t>M</w:t>
                  </w:r>
                  <w:r w:rsidRPr="008D797A">
                    <w:rPr>
                      <w:sz w:val="19"/>
                      <w:lang w:val="ru-RU"/>
                    </w:rPr>
                    <w:t>.2; толщина 2.3 мм</w:t>
                  </w:r>
                </w:p>
              </w:tc>
            </w:tr>
            <w:tr w:rsidR="00436F1F" w:rsidRPr="00972105" w14:paraId="43E44F63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302EE5D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Ресурс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27F2CBE" w14:textId="77777777" w:rsidR="00436F1F" w:rsidRPr="008D797A" w:rsidRDefault="00436F1F" w:rsidP="00436F1F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</w:rPr>
                    <w:t>TBW</w:t>
                  </w:r>
                  <w:r w:rsidRPr="008D797A">
                    <w:rPr>
                      <w:sz w:val="19"/>
                      <w:lang w:val="ru-RU"/>
                    </w:rPr>
                    <w:t xml:space="preserve"> 160 ТБ; время наработки: 2000000 ч</w:t>
                  </w:r>
                </w:p>
              </w:tc>
            </w:tr>
            <w:tr w:rsidR="00436F1F" w:rsidRPr="00972105" w14:paraId="7A7C9F55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8C6650E" w14:textId="77777777" w:rsidR="00436F1F" w:rsidRPr="008D797A" w:rsidRDefault="00436F1F" w:rsidP="00436F1F">
                  <w:proofErr w:type="spellStart"/>
                  <w:r w:rsidRPr="008D797A">
                    <w:rPr>
                      <w:sz w:val="19"/>
                    </w:rPr>
                    <w:t>Особенности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E1F86A0" w14:textId="77777777" w:rsidR="00436F1F" w:rsidRPr="008D797A" w:rsidRDefault="00436F1F" w:rsidP="00436F1F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 xml:space="preserve">для ПК, для ноутбука; </w:t>
                  </w:r>
                  <w:proofErr w:type="spellStart"/>
                  <w:r w:rsidRPr="008D797A">
                    <w:rPr>
                      <w:sz w:val="19"/>
                    </w:rPr>
                    <w:t>NVMe</w:t>
                  </w:r>
                  <w:proofErr w:type="spellEnd"/>
                </w:p>
              </w:tc>
            </w:tr>
          </w:tbl>
          <w:p w14:paraId="557563A6" w14:textId="207C7936" w:rsidR="00436F1F" w:rsidRPr="00436F1F" w:rsidRDefault="00436F1F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CB80A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lastRenderedPageBreak/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AD1E37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2946C7EB" w14:textId="1A5EB115" w:rsidR="0035166E" w:rsidRPr="00991D7B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37DC92C8" w14:textId="4167A068" w:rsidR="0035166E" w:rsidRPr="00991D7B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66F7455D" w14:textId="23F7E3C4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D6BFB" w14:textId="02ADE06C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6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F80765" w14:textId="77777777" w:rsidR="0035166E" w:rsidRDefault="0035166E" w:rsidP="008D797A">
            <w:pPr>
              <w:rPr>
                <w:sz w:val="20"/>
                <w:lang w:val="ru-RU"/>
              </w:rPr>
            </w:pPr>
            <w:r w:rsidRPr="00921718">
              <w:rPr>
                <w:sz w:val="20"/>
                <w:lang w:val="ru-RU"/>
              </w:rPr>
              <w:t>Устройство охлаждения процессора 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603"/>
              <w:gridCol w:w="2588"/>
            </w:tblGrid>
            <w:tr w:rsidR="00D07936" w:rsidRPr="008D797A" w14:paraId="6C1276F8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95610C0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5CD9D24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D07936" w:rsidRPr="008D797A" w14:paraId="0AE7444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B6B02E7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35B26AA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D07936" w:rsidRPr="00972105" w14:paraId="4F9D4D40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533A086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Вентиляторы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8A22620" w14:textId="77777777" w:rsidR="00D07936" w:rsidRPr="008D797A" w:rsidRDefault="00D07936" w:rsidP="00D07936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>1шт, 120 мм, 500 - 2200 об/мин; 29.22 дБ</w:t>
                  </w:r>
                </w:p>
              </w:tc>
            </w:tr>
            <w:tr w:rsidR="00D07936" w:rsidRPr="008D797A" w14:paraId="1382AD84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0A96FDB" w14:textId="77777777" w:rsidR="00D07936" w:rsidRPr="008D797A" w:rsidRDefault="00D07936" w:rsidP="00D07936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>Макс., рассеиваемая мощность (</w:t>
                  </w:r>
                  <w:r w:rsidRPr="008D797A">
                    <w:rPr>
                      <w:sz w:val="19"/>
                    </w:rPr>
                    <w:t>TDP</w:t>
                  </w:r>
                  <w:r w:rsidRPr="008D797A">
                    <w:rPr>
                      <w:sz w:val="19"/>
                      <w:lang w:val="ru-RU"/>
                    </w:rPr>
                    <w:t>, Вт)</w:t>
                  </w:r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F351C11" w14:textId="77777777" w:rsidR="00D07936" w:rsidRPr="008D797A" w:rsidRDefault="00D07936" w:rsidP="00D07936">
                  <w:r w:rsidRPr="008D797A">
                    <w:rPr>
                      <w:sz w:val="19"/>
                    </w:rPr>
                    <w:t>260</w:t>
                  </w:r>
                </w:p>
              </w:tc>
            </w:tr>
            <w:tr w:rsidR="00D07936" w:rsidRPr="008D797A" w14:paraId="7D80301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74765AA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Совместимость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913F3E4" w14:textId="77777777" w:rsidR="00D07936" w:rsidRPr="008D797A" w:rsidRDefault="00D07936" w:rsidP="00D07936">
                  <w:r w:rsidRPr="008D797A">
                    <w:rPr>
                      <w:sz w:val="19"/>
                    </w:rPr>
                    <w:t>AM4, AM5, LGA 1700, LGA 1851</w:t>
                  </w:r>
                </w:p>
              </w:tc>
            </w:tr>
            <w:tr w:rsidR="00D07936" w:rsidRPr="008D797A" w14:paraId="290FC311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9C1E063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Радиатор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DC9FD85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алюминий+медь</w:t>
                  </w:r>
                  <w:proofErr w:type="spellEnd"/>
                </w:p>
              </w:tc>
            </w:tr>
            <w:tr w:rsidR="00D07936" w:rsidRPr="008D797A" w14:paraId="5E19D1D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CBB1E4B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Высота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кулера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1860927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150 </w:t>
                  </w:r>
                  <w:proofErr w:type="spellStart"/>
                  <w:r w:rsidRPr="008D797A">
                    <w:rPr>
                      <w:sz w:val="19"/>
                    </w:rPr>
                    <w:t>мм</w:t>
                  </w:r>
                  <w:proofErr w:type="spellEnd"/>
                </w:p>
              </w:tc>
            </w:tr>
            <w:tr w:rsidR="00D07936" w:rsidRPr="008D797A" w14:paraId="40733A11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F94198C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Питание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от</w:t>
                  </w:r>
                  <w:proofErr w:type="spellEnd"/>
                  <w:r w:rsidRPr="008D797A">
                    <w:rPr>
                      <w:sz w:val="19"/>
                    </w:rPr>
                    <w:t xml:space="preserve"> МП</w:t>
                  </w:r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FA4CDAE" w14:textId="77777777" w:rsidR="00D07936" w:rsidRPr="008D797A" w:rsidRDefault="00D07936" w:rsidP="00D07936">
                  <w:r w:rsidRPr="008D797A">
                    <w:rPr>
                      <w:sz w:val="19"/>
                    </w:rPr>
                    <w:t>4-pin</w:t>
                  </w:r>
                </w:p>
              </w:tc>
            </w:tr>
            <w:tr w:rsidR="00D07936" w:rsidRPr="00972105" w14:paraId="68E37AD4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F877E50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Особенности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C057843" w14:textId="77777777" w:rsidR="00D07936" w:rsidRPr="008D797A" w:rsidRDefault="00D07936" w:rsidP="00D07936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</w:rPr>
                    <w:t>PWM</w:t>
                  </w:r>
                  <w:r w:rsidRPr="008D797A">
                    <w:rPr>
                      <w:sz w:val="19"/>
                      <w:lang w:val="ru-RU"/>
                    </w:rPr>
                    <w:t>, место для дополнительного вентилятора, технология прямого контакта</w:t>
                  </w:r>
                </w:p>
              </w:tc>
            </w:tr>
          </w:tbl>
          <w:p w14:paraId="455436DA" w14:textId="63407446" w:rsidR="00D07936" w:rsidRPr="00921718" w:rsidRDefault="00D07936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C92BA7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9C7312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3B3612D9" w14:textId="3DBC37F0" w:rsidR="0035166E" w:rsidRPr="00D07936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77E99943" w14:textId="3F819444" w:rsidR="0035166E" w:rsidRPr="00D07936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3BCA824D" w14:textId="57A98EFB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2CFA18" w14:textId="54EC4AC0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7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76E91" w14:textId="77777777" w:rsidR="0035166E" w:rsidRDefault="0035166E" w:rsidP="008D797A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Процессор</w:t>
            </w:r>
            <w:r w:rsidRPr="00921718">
              <w:rPr>
                <w:sz w:val="20"/>
                <w:lang w:val="ru-RU"/>
              </w:rPr>
              <w:t xml:space="preserve"> 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61"/>
              <w:gridCol w:w="2430"/>
            </w:tblGrid>
            <w:tr w:rsidR="00D07936" w:rsidRPr="008D797A" w14:paraId="2AB034D9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3211442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712E38B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D07936" w:rsidRPr="008D797A" w14:paraId="1DECD409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4E82B4B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9D1BA82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D07936" w:rsidRPr="008D797A" w14:paraId="799E736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18F29B3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Ядро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C3F75FF" w14:textId="77777777" w:rsidR="00D07936" w:rsidRPr="008D797A" w:rsidRDefault="00D07936" w:rsidP="00D07936">
                  <w:r w:rsidRPr="008D797A">
                    <w:rPr>
                      <w:sz w:val="19"/>
                    </w:rPr>
                    <w:t>Vermeer</w:t>
                  </w:r>
                </w:p>
              </w:tc>
            </w:tr>
            <w:tr w:rsidR="00D07936" w:rsidRPr="00972105" w14:paraId="0CF4A18C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EBF1ADA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Частота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475F996" w14:textId="77777777" w:rsidR="00D07936" w:rsidRPr="008D797A" w:rsidRDefault="00D07936" w:rsidP="00D07936">
                  <w:pPr>
                    <w:rPr>
                      <w:lang w:val="ru-RU"/>
                    </w:rPr>
                  </w:pPr>
                  <w:r w:rsidRPr="008D797A">
                    <w:rPr>
                      <w:sz w:val="19"/>
                      <w:lang w:val="ru-RU"/>
                    </w:rPr>
                    <w:t xml:space="preserve">3.7 ГГц и 4.7 в режиме </w:t>
                  </w:r>
                  <w:r w:rsidRPr="008D797A">
                    <w:rPr>
                      <w:sz w:val="19"/>
                    </w:rPr>
                    <w:t>Turbo</w:t>
                  </w:r>
                </w:p>
              </w:tc>
            </w:tr>
            <w:tr w:rsidR="00D07936" w:rsidRPr="008D797A" w14:paraId="6A04369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FE6383A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Сокет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E07BDAB" w14:textId="77777777" w:rsidR="00D07936" w:rsidRPr="008D797A" w:rsidRDefault="00D07936" w:rsidP="00D07936">
                  <w:r w:rsidRPr="008D797A">
                    <w:rPr>
                      <w:sz w:val="19"/>
                    </w:rPr>
                    <w:t>AM4</w:t>
                  </w:r>
                </w:p>
              </w:tc>
            </w:tr>
            <w:tr w:rsidR="00D07936" w:rsidRPr="008D797A" w14:paraId="5C6E2F8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EAF2728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Число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ядер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07DFD60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6, </w:t>
                  </w:r>
                  <w:proofErr w:type="spellStart"/>
                  <w:r w:rsidRPr="008D797A">
                    <w:rPr>
                      <w:sz w:val="19"/>
                    </w:rPr>
                    <w:t>потоков</w:t>
                  </w:r>
                  <w:proofErr w:type="spellEnd"/>
                  <w:r w:rsidRPr="008D797A">
                    <w:rPr>
                      <w:sz w:val="19"/>
                    </w:rPr>
                    <w:t xml:space="preserve"> 12</w:t>
                  </w:r>
                </w:p>
              </w:tc>
            </w:tr>
            <w:tr w:rsidR="00D07936" w:rsidRPr="008D797A" w14:paraId="0BACFABE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A223E37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Тепловыделение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EB9743C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65 </w:t>
                  </w:r>
                  <w:proofErr w:type="spellStart"/>
                  <w:r w:rsidRPr="008D797A">
                    <w:rPr>
                      <w:sz w:val="19"/>
                    </w:rPr>
                    <w:t>Вт</w:t>
                  </w:r>
                  <w:proofErr w:type="spellEnd"/>
                </w:p>
              </w:tc>
            </w:tr>
            <w:tr w:rsidR="00D07936" w:rsidRPr="008D797A" w14:paraId="18EABB5A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61BEF71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Техпроцесс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8BD802A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7 </w:t>
                  </w:r>
                  <w:proofErr w:type="spellStart"/>
                  <w:r w:rsidRPr="008D797A">
                    <w:rPr>
                      <w:sz w:val="19"/>
                    </w:rPr>
                    <w:t>нм</w:t>
                  </w:r>
                  <w:proofErr w:type="spellEnd"/>
                </w:p>
              </w:tc>
            </w:tr>
          </w:tbl>
          <w:p w14:paraId="5383477B" w14:textId="3B19BD51" w:rsidR="00D07936" w:rsidRPr="008D797A" w:rsidRDefault="00D07936" w:rsidP="008D797A"/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5A0E93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EE15E4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0E061824" w14:textId="78BACCB3" w:rsidR="0035166E" w:rsidRPr="00D07936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1EDF25E7" w14:textId="6921D06A" w:rsidR="0035166E" w:rsidRPr="00D07936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124F8C7A" w14:textId="71BDC5EA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F59FD5" w14:textId="7EDBBA50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8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4B2027" w14:textId="77777777" w:rsidR="0035166E" w:rsidRDefault="0035166E" w:rsidP="008D797A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Оперативная память </w:t>
            </w:r>
            <w:r w:rsidRPr="00292883">
              <w:rPr>
                <w:sz w:val="20"/>
                <w:lang w:val="ru-RU"/>
              </w:rPr>
              <w:t>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46"/>
              <w:gridCol w:w="2445"/>
            </w:tblGrid>
            <w:tr w:rsidR="00D07936" w:rsidRPr="008D797A" w14:paraId="5B72D836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70E6E69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FAEAEC0" w14:textId="77777777" w:rsidR="00D07936" w:rsidRPr="008D797A" w:rsidRDefault="00D07936" w:rsidP="00D07936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D07936" w:rsidRPr="008D797A" w14:paraId="692D56A5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FDD6F00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CF8359B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D07936" w:rsidRPr="008D797A" w14:paraId="06DDD967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B61E1E5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Объем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523BB86" w14:textId="77777777" w:rsidR="00D07936" w:rsidRPr="008D797A" w:rsidRDefault="00D07936" w:rsidP="00D07936">
                  <w:r w:rsidRPr="008D797A">
                    <w:rPr>
                      <w:sz w:val="19"/>
                    </w:rPr>
                    <w:t>2х 16 ГБ</w:t>
                  </w:r>
                </w:p>
              </w:tc>
            </w:tr>
            <w:tr w:rsidR="00D07936" w:rsidRPr="008D797A" w14:paraId="68CC3C0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7E9F01B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Частота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4ACEB50" w14:textId="77777777" w:rsidR="00D07936" w:rsidRPr="008D797A" w:rsidRDefault="00D07936" w:rsidP="00D07936">
                  <w:r w:rsidRPr="008D797A">
                    <w:rPr>
                      <w:sz w:val="19"/>
                    </w:rPr>
                    <w:t xml:space="preserve">3200 </w:t>
                  </w:r>
                  <w:proofErr w:type="spellStart"/>
                  <w:r w:rsidRPr="008D797A">
                    <w:rPr>
                      <w:sz w:val="19"/>
                    </w:rPr>
                    <w:t>МГц</w:t>
                  </w:r>
                  <w:proofErr w:type="spellEnd"/>
                </w:p>
              </w:tc>
            </w:tr>
            <w:tr w:rsidR="00D07936" w:rsidRPr="008D797A" w14:paraId="3C1D71D0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E2865FB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Латентность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EDD5547" w14:textId="77777777" w:rsidR="00D07936" w:rsidRPr="008D797A" w:rsidRDefault="00D07936" w:rsidP="00D07936">
                  <w:r w:rsidRPr="008D797A">
                    <w:rPr>
                      <w:sz w:val="19"/>
                    </w:rPr>
                    <w:t>CL16</w:t>
                  </w:r>
                </w:p>
              </w:tc>
            </w:tr>
            <w:tr w:rsidR="00D07936" w:rsidRPr="008D797A" w14:paraId="46CB4290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0A41D7D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Тайминги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30C37F3" w14:textId="77777777" w:rsidR="00D07936" w:rsidRPr="008D797A" w:rsidRDefault="00D07936" w:rsidP="00D07936">
                  <w:r w:rsidRPr="008D797A">
                    <w:rPr>
                      <w:sz w:val="19"/>
                    </w:rPr>
                    <w:t>16-18-18</w:t>
                  </w:r>
                </w:p>
              </w:tc>
            </w:tr>
            <w:tr w:rsidR="00D07936" w:rsidRPr="008D797A" w14:paraId="06E55098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EC56D9E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Форм-фактор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70B4865" w14:textId="77777777" w:rsidR="00D07936" w:rsidRPr="008D797A" w:rsidRDefault="00D07936" w:rsidP="00D07936">
                  <w:r w:rsidRPr="008D797A">
                    <w:rPr>
                      <w:sz w:val="19"/>
                    </w:rPr>
                    <w:t>UDIMM, 288-pin</w:t>
                  </w:r>
                </w:p>
              </w:tc>
            </w:tr>
            <w:tr w:rsidR="00D07936" w:rsidRPr="008D797A" w14:paraId="7AD7D35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6517B1C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Особенности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EECBB3D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комплект</w:t>
                  </w:r>
                  <w:proofErr w:type="spellEnd"/>
                  <w:r w:rsidRPr="008D797A">
                    <w:rPr>
                      <w:sz w:val="19"/>
                    </w:rPr>
                    <w:t xml:space="preserve">; </w:t>
                  </w:r>
                  <w:proofErr w:type="spellStart"/>
                  <w:r w:rsidRPr="008D797A">
                    <w:rPr>
                      <w:sz w:val="19"/>
                    </w:rPr>
                    <w:t>оснащается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радиатором</w:t>
                  </w:r>
                  <w:proofErr w:type="spellEnd"/>
                </w:p>
              </w:tc>
            </w:tr>
            <w:tr w:rsidR="00D07936" w:rsidRPr="008D797A" w14:paraId="5C99B741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4D4D6E7" w14:textId="77777777" w:rsidR="00D07936" w:rsidRPr="008D797A" w:rsidRDefault="00D07936" w:rsidP="00D07936">
                  <w:proofErr w:type="spellStart"/>
                  <w:r w:rsidRPr="008D797A">
                    <w:rPr>
                      <w:sz w:val="19"/>
                    </w:rPr>
                    <w:t>Тип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поставки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4452B45" w14:textId="77777777" w:rsidR="00D07936" w:rsidRPr="008D797A" w:rsidRDefault="00D07936" w:rsidP="00D07936">
                  <w:r w:rsidRPr="008D797A">
                    <w:rPr>
                      <w:sz w:val="19"/>
                    </w:rPr>
                    <w:t>Ret</w:t>
                  </w:r>
                </w:p>
              </w:tc>
            </w:tr>
          </w:tbl>
          <w:p w14:paraId="0401A2BF" w14:textId="581D3934" w:rsidR="00D07936" w:rsidRPr="00292883" w:rsidRDefault="00D07936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CD303C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C04623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0CA89389" w14:textId="314BD90D" w:rsidR="0035166E" w:rsidRPr="00BF48D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185E884A" w14:textId="514558EF" w:rsidR="0035166E" w:rsidRPr="00BF48D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</w:tr>
      <w:tr w:rsidR="0035166E" w:rsidRPr="008D797A" w14:paraId="11DE7414" w14:textId="7D9F301B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CCDD0B" w14:textId="43B21CE1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9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F39CF" w14:textId="77777777" w:rsidR="0035166E" w:rsidRDefault="0035166E" w:rsidP="008D797A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Системная плата</w:t>
            </w:r>
            <w:r w:rsidRPr="00292883">
              <w:rPr>
                <w:sz w:val="20"/>
                <w:lang w:val="ru-RU"/>
              </w:rPr>
              <w:t xml:space="preserve"> вычислительной системы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61"/>
              <w:gridCol w:w="2430"/>
            </w:tblGrid>
            <w:tr w:rsidR="00BF48D8" w:rsidRPr="008D797A" w14:paraId="522BACC5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29D983C" w14:textId="77777777" w:rsidR="00BF48D8" w:rsidRPr="008D797A" w:rsidRDefault="00BF48D8" w:rsidP="00BF48D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2E62525" w14:textId="77777777" w:rsidR="00BF48D8" w:rsidRPr="008D797A" w:rsidRDefault="00BF48D8" w:rsidP="00BF48D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BF48D8" w:rsidRPr="008D797A" w14:paraId="0E159320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08FE179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AC9E2FB" w14:textId="77777777" w:rsidR="00BF48D8" w:rsidRPr="008D797A" w:rsidRDefault="00BF48D8" w:rsidP="00BF48D8">
                  <w:r w:rsidRPr="008D797A">
                    <w:rPr>
                      <w:sz w:val="19"/>
                    </w:rPr>
                    <w:t xml:space="preserve">3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BF48D8" w:rsidRPr="008D797A" w14:paraId="22308679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6CB9E13A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Сокет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2026D86" w14:textId="77777777" w:rsidR="00BF48D8" w:rsidRPr="008D797A" w:rsidRDefault="00BF48D8" w:rsidP="00BF48D8">
                  <w:r w:rsidRPr="008D797A">
                    <w:rPr>
                      <w:sz w:val="19"/>
                    </w:rPr>
                    <w:t>AM4</w:t>
                  </w:r>
                </w:p>
              </w:tc>
            </w:tr>
            <w:tr w:rsidR="00BF48D8" w:rsidRPr="008D797A" w14:paraId="2B72665C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AA38CCD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Форм-фактор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F5D5AD5" w14:textId="77777777" w:rsidR="00BF48D8" w:rsidRPr="008D797A" w:rsidRDefault="00BF48D8" w:rsidP="00BF48D8">
                  <w:r w:rsidRPr="008D797A">
                    <w:rPr>
                      <w:sz w:val="19"/>
                    </w:rPr>
                    <w:t>Micro-ATX</w:t>
                  </w:r>
                </w:p>
              </w:tc>
            </w:tr>
            <w:tr w:rsidR="00BF48D8" w:rsidRPr="008D797A" w14:paraId="19A2D213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ECDAE1D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Слотов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памяти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39D6E72" w14:textId="77777777" w:rsidR="00BF48D8" w:rsidRPr="008D797A" w:rsidRDefault="00BF48D8" w:rsidP="00BF48D8">
                  <w:r w:rsidRPr="008D797A">
                    <w:rPr>
                      <w:sz w:val="19"/>
                    </w:rPr>
                    <w:t>4, DDR4</w:t>
                  </w:r>
                </w:p>
              </w:tc>
            </w:tr>
            <w:tr w:rsidR="00BF48D8" w:rsidRPr="008D797A" w14:paraId="4DB949F6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661E165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Слотов</w:t>
                  </w:r>
                  <w:proofErr w:type="spellEnd"/>
                  <w:r w:rsidRPr="008D797A">
                    <w:rPr>
                      <w:sz w:val="19"/>
                    </w:rPr>
                    <w:t xml:space="preserve"> PCI-E x16</w:t>
                  </w:r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410A5E6" w14:textId="77777777" w:rsidR="00BF48D8" w:rsidRPr="008D797A" w:rsidRDefault="00BF48D8" w:rsidP="00BF48D8">
                  <w:r w:rsidRPr="008D797A">
                    <w:rPr>
                      <w:sz w:val="19"/>
                    </w:rPr>
                    <w:t>2</w:t>
                  </w:r>
                </w:p>
              </w:tc>
            </w:tr>
            <w:tr w:rsidR="00BF48D8" w:rsidRPr="008D797A" w14:paraId="5905140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857414D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Портов</w:t>
                  </w:r>
                  <w:proofErr w:type="spellEnd"/>
                  <w:r w:rsidRPr="008D797A">
                    <w:rPr>
                      <w:sz w:val="19"/>
                    </w:rPr>
                    <w:t xml:space="preserve"> SATA</w:t>
                  </w:r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6710622" w14:textId="77777777" w:rsidR="00BF48D8" w:rsidRPr="008D797A" w:rsidRDefault="00BF48D8" w:rsidP="00BF48D8">
                  <w:r w:rsidRPr="008D797A">
                    <w:rPr>
                      <w:sz w:val="19"/>
                    </w:rPr>
                    <w:t>4</w:t>
                  </w:r>
                </w:p>
              </w:tc>
            </w:tr>
            <w:tr w:rsidR="00BF48D8" w:rsidRPr="008D797A" w14:paraId="528563B5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2DF1E6D" w14:textId="77777777" w:rsidR="00BF48D8" w:rsidRPr="008D797A" w:rsidRDefault="00BF48D8" w:rsidP="00BF48D8">
                  <w:proofErr w:type="spellStart"/>
                  <w:r w:rsidRPr="008D797A">
                    <w:rPr>
                      <w:sz w:val="19"/>
                    </w:rPr>
                    <w:t>Портов</w:t>
                  </w:r>
                  <w:proofErr w:type="spellEnd"/>
                  <w:r w:rsidRPr="008D797A">
                    <w:rPr>
                      <w:sz w:val="19"/>
                    </w:rPr>
                    <w:t xml:space="preserve"> USB Type-A</w:t>
                  </w:r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49EFE0F" w14:textId="77777777" w:rsidR="00BF48D8" w:rsidRPr="008D797A" w:rsidRDefault="00BF48D8" w:rsidP="00BF48D8">
                  <w:r w:rsidRPr="008D797A">
                    <w:rPr>
                      <w:sz w:val="19"/>
                    </w:rPr>
                    <w:t>6</w:t>
                  </w:r>
                </w:p>
              </w:tc>
            </w:tr>
          </w:tbl>
          <w:p w14:paraId="1E48B5BB" w14:textId="18B96CA1" w:rsidR="00BF48D8" w:rsidRPr="008D797A" w:rsidRDefault="00BF48D8" w:rsidP="008D797A"/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708C64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шт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C6C0C8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3</w:t>
            </w:r>
          </w:p>
        </w:tc>
        <w:tc>
          <w:tcPr>
            <w:tcW w:w="1024" w:type="dxa"/>
            <w:vAlign w:val="center"/>
          </w:tcPr>
          <w:p w14:paraId="7676E06F" w14:textId="45D2A276" w:rsidR="0035166E" w:rsidRPr="00BF48D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tc>
          <w:tcPr>
            <w:tcW w:w="1253" w:type="dxa"/>
            <w:vAlign w:val="center"/>
          </w:tcPr>
          <w:p w14:paraId="5F0588F9" w14:textId="6C71AE46" w:rsidR="0035166E" w:rsidRPr="00BF48D8" w:rsidRDefault="0035166E" w:rsidP="008D797A">
            <w:pPr>
              <w:jc w:val="center"/>
              <w:rPr>
                <w:sz w:val="20"/>
                <w:lang w:val="ru-RU"/>
              </w:rPr>
            </w:pPr>
          </w:p>
        </w:tc>
        <w:bookmarkStart w:id="0" w:name="_GoBack"/>
        <w:bookmarkEnd w:id="0"/>
      </w:tr>
      <w:tr w:rsidR="0035166E" w:rsidRPr="008D797A" w14:paraId="5B22BC90" w14:textId="72649A63" w:rsidTr="000517CE">
        <w:trPr>
          <w:jc w:val="center"/>
        </w:trPr>
        <w:tc>
          <w:tcPr>
            <w:tcW w:w="54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17D851" w14:textId="20D0C987" w:rsidR="0035166E" w:rsidRPr="008D797A" w:rsidRDefault="0035166E" w:rsidP="008D797A">
            <w:pPr>
              <w:jc w:val="center"/>
              <w:rPr>
                <w:lang w:val="ru-RU"/>
              </w:rPr>
            </w:pPr>
            <w:r w:rsidRPr="008D797A">
              <w:rPr>
                <w:sz w:val="20"/>
                <w:lang w:val="ru-RU"/>
              </w:rPr>
              <w:t>10</w:t>
            </w:r>
          </w:p>
        </w:tc>
        <w:tc>
          <w:tcPr>
            <w:tcW w:w="5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1487DB" w14:textId="77777777" w:rsidR="0035166E" w:rsidRDefault="0035166E" w:rsidP="008D797A">
            <w:pPr>
              <w:rPr>
                <w:sz w:val="20"/>
                <w:lang w:val="ru-RU"/>
              </w:rPr>
            </w:pPr>
            <w:r w:rsidRPr="008D797A">
              <w:rPr>
                <w:sz w:val="20"/>
                <w:lang w:val="ru-RU"/>
              </w:rPr>
              <w:t xml:space="preserve">Коннекторы </w:t>
            </w:r>
            <w:r w:rsidRPr="008D797A">
              <w:rPr>
                <w:sz w:val="20"/>
              </w:rPr>
              <w:t>RJ</w:t>
            </w:r>
            <w:r w:rsidRPr="008D797A">
              <w:rPr>
                <w:sz w:val="20"/>
                <w:lang w:val="ru-RU"/>
              </w:rPr>
              <w:t>-45 (8</w:t>
            </w:r>
            <w:r w:rsidRPr="008D797A">
              <w:rPr>
                <w:sz w:val="20"/>
              </w:rPr>
              <w:t>P</w:t>
            </w:r>
            <w:r w:rsidRPr="008D797A">
              <w:rPr>
                <w:sz w:val="20"/>
                <w:lang w:val="ru-RU"/>
              </w:rPr>
              <w:t>8</w:t>
            </w:r>
            <w:r w:rsidRPr="008D797A">
              <w:rPr>
                <w:sz w:val="20"/>
              </w:rPr>
              <w:t>C</w:t>
            </w:r>
            <w:r w:rsidRPr="008D797A">
              <w:rPr>
                <w:sz w:val="20"/>
                <w:lang w:val="ru-RU"/>
              </w:rPr>
              <w:t>), упаковка 100 шт.</w:t>
            </w:r>
          </w:p>
          <w:tbl>
            <w:tblPr>
              <w:tblStyle w:val="aff0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761"/>
              <w:gridCol w:w="2430"/>
            </w:tblGrid>
            <w:tr w:rsidR="007179C8" w:rsidRPr="008D797A" w14:paraId="0900DA5F" w14:textId="77777777" w:rsidTr="005E0A56">
              <w:trPr>
                <w:tblHeader/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8AC98A6" w14:textId="77777777" w:rsidR="007179C8" w:rsidRPr="008D797A" w:rsidRDefault="007179C8" w:rsidP="007179C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Характеристика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70690C11" w14:textId="77777777" w:rsidR="007179C8" w:rsidRPr="008D797A" w:rsidRDefault="007179C8" w:rsidP="007179C8">
                  <w:pPr>
                    <w:jc w:val="center"/>
                  </w:pPr>
                  <w:proofErr w:type="spellStart"/>
                  <w:r w:rsidRPr="008D797A">
                    <w:rPr>
                      <w:b/>
                      <w:sz w:val="19"/>
                    </w:rPr>
                    <w:t>Требуемое</w:t>
                  </w:r>
                  <w:proofErr w:type="spellEnd"/>
                  <w:r w:rsidRPr="008D797A">
                    <w:rPr>
                      <w:b/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b/>
                      <w:sz w:val="19"/>
                    </w:rPr>
                    <w:t>значение</w:t>
                  </w:r>
                  <w:proofErr w:type="spellEnd"/>
                </w:p>
              </w:tc>
            </w:tr>
            <w:tr w:rsidR="007179C8" w:rsidRPr="008D797A" w14:paraId="63F1F794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0C61B19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B0A447B" w14:textId="77777777" w:rsidR="007179C8" w:rsidRPr="008D797A" w:rsidRDefault="007179C8" w:rsidP="007179C8">
                  <w:r w:rsidRPr="008D797A">
                    <w:rPr>
                      <w:sz w:val="19"/>
                    </w:rPr>
                    <w:t xml:space="preserve">1 </w:t>
                  </w:r>
                  <w:proofErr w:type="spellStart"/>
                  <w:r w:rsidRPr="008D797A">
                    <w:rPr>
                      <w:sz w:val="19"/>
                    </w:rPr>
                    <w:t>упак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  <w:tr w:rsidR="007179C8" w:rsidRPr="008D797A" w14:paraId="500A761B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54B3C65A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Тип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FCD3F84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коннектор</w:t>
                  </w:r>
                  <w:proofErr w:type="spellEnd"/>
                </w:p>
              </w:tc>
            </w:tr>
            <w:tr w:rsidR="007179C8" w:rsidRPr="008D797A" w14:paraId="0F0403D3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C61CAC4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Тип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разъема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EAC9CB2" w14:textId="77777777" w:rsidR="007179C8" w:rsidRPr="008D797A" w:rsidRDefault="007179C8" w:rsidP="007179C8">
                  <w:r w:rsidRPr="008D797A">
                    <w:rPr>
                      <w:sz w:val="19"/>
                    </w:rPr>
                    <w:t>RJ-45</w:t>
                  </w:r>
                </w:p>
              </w:tc>
            </w:tr>
            <w:tr w:rsidR="007179C8" w:rsidRPr="008D797A" w14:paraId="0E52D1C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2813811B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Модульный</w:t>
                  </w:r>
                  <w:proofErr w:type="spellEnd"/>
                  <w:r w:rsidRPr="008D797A">
                    <w:rPr>
                      <w:sz w:val="19"/>
                    </w:rPr>
                    <w:t xml:space="preserve"> </w:t>
                  </w:r>
                  <w:proofErr w:type="spellStart"/>
                  <w:r w:rsidRPr="008D797A">
                    <w:rPr>
                      <w:sz w:val="19"/>
                    </w:rPr>
                    <w:t>разъём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0F4CBF47" w14:textId="77777777" w:rsidR="007179C8" w:rsidRPr="008D797A" w:rsidRDefault="007179C8" w:rsidP="007179C8">
                  <w:r w:rsidRPr="008D797A">
                    <w:rPr>
                      <w:sz w:val="19"/>
                    </w:rPr>
                    <w:t>8P8C</w:t>
                  </w:r>
                </w:p>
              </w:tc>
            </w:tr>
            <w:tr w:rsidR="007179C8" w:rsidRPr="008D797A" w14:paraId="0DCA269F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A475222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Категория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D269FB8" w14:textId="77777777" w:rsidR="007179C8" w:rsidRPr="008D797A" w:rsidRDefault="007179C8" w:rsidP="007179C8">
                  <w:r w:rsidRPr="008D797A">
                    <w:rPr>
                      <w:sz w:val="19"/>
                    </w:rPr>
                    <w:t>5</w:t>
                  </w:r>
                </w:p>
              </w:tc>
            </w:tr>
            <w:tr w:rsidR="007179C8" w:rsidRPr="008D797A" w14:paraId="028BF97D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1F384DE6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Экранирование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E112381" w14:textId="77777777" w:rsidR="007179C8" w:rsidRPr="008D797A" w:rsidRDefault="007179C8" w:rsidP="007179C8">
                  <w:r w:rsidRPr="008D797A">
                    <w:rPr>
                      <w:sz w:val="19"/>
                    </w:rPr>
                    <w:t>UTP</w:t>
                  </w:r>
                </w:p>
              </w:tc>
            </w:tr>
            <w:tr w:rsidR="007179C8" w14:paraId="586C24A6" w14:textId="77777777" w:rsidTr="005E0A56">
              <w:trPr>
                <w:jc w:val="center"/>
              </w:trPr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4EEED9EB" w14:textId="77777777" w:rsidR="007179C8" w:rsidRPr="008D797A" w:rsidRDefault="007179C8" w:rsidP="007179C8">
                  <w:proofErr w:type="spellStart"/>
                  <w:r w:rsidRPr="008D797A">
                    <w:rPr>
                      <w:sz w:val="19"/>
                    </w:rPr>
                    <w:t>Количество</w:t>
                  </w:r>
                  <w:proofErr w:type="spellEnd"/>
                  <w:r w:rsidRPr="008D797A">
                    <w:rPr>
                      <w:sz w:val="19"/>
                    </w:rPr>
                    <w:t xml:space="preserve"> в </w:t>
                  </w:r>
                  <w:proofErr w:type="spellStart"/>
                  <w:r w:rsidRPr="008D797A">
                    <w:rPr>
                      <w:sz w:val="19"/>
                    </w:rPr>
                    <w:t>упаковке</w:t>
                  </w:r>
                  <w:proofErr w:type="spellEnd"/>
                </w:p>
              </w:tc>
              <w:tc>
                <w:tcPr>
                  <w:tcW w:w="4762" w:type="dxa"/>
                  <w:tcMar>
                    <w:top w:w="45" w:type="dxa"/>
                    <w:left w:w="70" w:type="dxa"/>
                    <w:bottom w:w="45" w:type="dxa"/>
                    <w:right w:w="70" w:type="dxa"/>
                  </w:tcMar>
                  <w:vAlign w:val="center"/>
                </w:tcPr>
                <w:p w14:paraId="3C2AFE57" w14:textId="77777777" w:rsidR="007179C8" w:rsidRDefault="007179C8" w:rsidP="007179C8">
                  <w:r w:rsidRPr="008D797A">
                    <w:rPr>
                      <w:sz w:val="19"/>
                    </w:rPr>
                    <w:t xml:space="preserve">100 </w:t>
                  </w:r>
                  <w:proofErr w:type="spellStart"/>
                  <w:r w:rsidRPr="008D797A">
                    <w:rPr>
                      <w:sz w:val="19"/>
                    </w:rPr>
                    <w:t>шт</w:t>
                  </w:r>
                  <w:proofErr w:type="spellEnd"/>
                  <w:r w:rsidRPr="008D797A">
                    <w:rPr>
                      <w:sz w:val="19"/>
                    </w:rPr>
                    <w:t>.</w:t>
                  </w:r>
                </w:p>
              </w:tc>
            </w:tr>
          </w:tbl>
          <w:p w14:paraId="13D265FC" w14:textId="59E7F0FA" w:rsidR="007179C8" w:rsidRPr="008D797A" w:rsidRDefault="007179C8" w:rsidP="008D797A">
            <w:pPr>
              <w:rPr>
                <w:lang w:val="ru-RU"/>
              </w:rPr>
            </w:pPr>
          </w:p>
        </w:tc>
        <w:tc>
          <w:tcPr>
            <w:tcW w:w="9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9F1DC3" w14:textId="77777777" w:rsidR="0035166E" w:rsidRPr="008D797A" w:rsidRDefault="0035166E" w:rsidP="008D797A">
            <w:pPr>
              <w:jc w:val="center"/>
            </w:pPr>
            <w:proofErr w:type="spellStart"/>
            <w:r w:rsidRPr="008D797A">
              <w:rPr>
                <w:sz w:val="20"/>
              </w:rPr>
              <w:t>упак</w:t>
            </w:r>
            <w:proofErr w:type="spellEnd"/>
            <w:r w:rsidRPr="008D797A">
              <w:rPr>
                <w:sz w:val="20"/>
              </w:rPr>
              <w:t>.</w:t>
            </w:r>
          </w:p>
        </w:tc>
        <w:tc>
          <w:tcPr>
            <w:tcW w:w="79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457192" w14:textId="77777777" w:rsidR="0035166E" w:rsidRPr="008D797A" w:rsidRDefault="0035166E" w:rsidP="008D797A">
            <w:pPr>
              <w:jc w:val="center"/>
            </w:pPr>
            <w:r w:rsidRPr="008D797A">
              <w:rPr>
                <w:sz w:val="20"/>
              </w:rPr>
              <w:t>1</w:t>
            </w:r>
          </w:p>
        </w:tc>
        <w:tc>
          <w:tcPr>
            <w:tcW w:w="1024" w:type="dxa"/>
            <w:vAlign w:val="center"/>
          </w:tcPr>
          <w:p w14:paraId="42DD38D3" w14:textId="3CAF616F" w:rsidR="0035166E" w:rsidRPr="008D797A" w:rsidRDefault="0035166E" w:rsidP="008D797A">
            <w:pPr>
              <w:jc w:val="center"/>
              <w:rPr>
                <w:sz w:val="20"/>
              </w:rPr>
            </w:pPr>
          </w:p>
        </w:tc>
        <w:tc>
          <w:tcPr>
            <w:tcW w:w="1253" w:type="dxa"/>
            <w:vAlign w:val="center"/>
          </w:tcPr>
          <w:p w14:paraId="1883B151" w14:textId="6037B162" w:rsidR="0035166E" w:rsidRPr="008D797A" w:rsidRDefault="0035166E" w:rsidP="008D797A">
            <w:pPr>
              <w:jc w:val="center"/>
              <w:rPr>
                <w:sz w:val="20"/>
              </w:rPr>
            </w:pPr>
          </w:p>
        </w:tc>
      </w:tr>
      <w:tr w:rsidR="004C13F1" w:rsidRPr="008D797A" w14:paraId="443DC0FB" w14:textId="77777777" w:rsidTr="000517CE">
        <w:trPr>
          <w:jc w:val="center"/>
        </w:trPr>
        <w:tc>
          <w:tcPr>
            <w:tcW w:w="8659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53ACB7" w14:textId="3A184D81" w:rsidR="004C13F1" w:rsidRPr="000517CE" w:rsidRDefault="004C13F1" w:rsidP="004C13F1">
            <w:pPr>
              <w:jc w:val="right"/>
              <w:rPr>
                <w:sz w:val="22"/>
                <w:lang w:val="ru-RU"/>
              </w:rPr>
            </w:pPr>
            <w:r w:rsidRPr="000517CE">
              <w:rPr>
                <w:rFonts w:cs="Times New Roman"/>
                <w:sz w:val="22"/>
              </w:rPr>
              <w:t>НДС 22 %</w:t>
            </w:r>
          </w:p>
        </w:tc>
        <w:tc>
          <w:tcPr>
            <w:tcW w:w="1253" w:type="dxa"/>
          </w:tcPr>
          <w:p w14:paraId="5C159D3B" w14:textId="539CE37A" w:rsidR="004C13F1" w:rsidRPr="007179C8" w:rsidRDefault="004C13F1" w:rsidP="004C13F1">
            <w:pPr>
              <w:jc w:val="center"/>
              <w:rPr>
                <w:sz w:val="20"/>
                <w:lang w:val="ru-RU"/>
              </w:rPr>
            </w:pPr>
          </w:p>
        </w:tc>
      </w:tr>
      <w:tr w:rsidR="004C13F1" w:rsidRPr="008D797A" w14:paraId="7D8A955D" w14:textId="77777777" w:rsidTr="000517CE">
        <w:trPr>
          <w:jc w:val="center"/>
        </w:trPr>
        <w:tc>
          <w:tcPr>
            <w:tcW w:w="8659" w:type="dxa"/>
            <w:gridSpan w:val="5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FF0ED6" w14:textId="51620E13" w:rsidR="004C13F1" w:rsidRPr="000517CE" w:rsidRDefault="004C13F1" w:rsidP="004C13F1">
            <w:pPr>
              <w:jc w:val="right"/>
              <w:rPr>
                <w:sz w:val="22"/>
                <w:lang w:val="ru-RU"/>
              </w:rPr>
            </w:pPr>
            <w:r w:rsidRPr="000517CE">
              <w:rPr>
                <w:rFonts w:cs="Times New Roman"/>
                <w:sz w:val="22"/>
              </w:rPr>
              <w:t>ИТОГО с НДС:</w:t>
            </w:r>
          </w:p>
        </w:tc>
        <w:tc>
          <w:tcPr>
            <w:tcW w:w="1253" w:type="dxa"/>
          </w:tcPr>
          <w:p w14:paraId="2CE8E449" w14:textId="2E590C49" w:rsidR="004C13F1" w:rsidRPr="007179C8" w:rsidRDefault="004C13F1" w:rsidP="004C13F1">
            <w:pPr>
              <w:jc w:val="center"/>
              <w:rPr>
                <w:sz w:val="20"/>
                <w:lang w:val="ru-RU"/>
              </w:rPr>
            </w:pPr>
          </w:p>
        </w:tc>
      </w:tr>
    </w:tbl>
    <w:p w14:paraId="729CC9B7" w14:textId="77777777" w:rsidR="000519AD" w:rsidRPr="00705E82" w:rsidRDefault="000519AD" w:rsidP="000519AD">
      <w:pPr>
        <w:pStyle w:val="14"/>
        <w:numPr>
          <w:ilvl w:val="0"/>
          <w:numId w:val="11"/>
        </w:numPr>
        <w:tabs>
          <w:tab w:val="left" w:pos="1134"/>
        </w:tabs>
        <w:ind w:firstLine="349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bookmarkStart w:id="1" w:name="_Hlk226030112"/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Требования к безопасности и качеству товара</w:t>
      </w:r>
    </w:p>
    <w:p w14:paraId="03F35896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Поставляемый товар должен быть заводского производства, новым, т.е. не восстановленным и не собранным из восстановленных компонентов, ранее не находившимся в использовании у поставщика или третьих лиц, не подвергавшимся ранее ремонту (модернизации, восстановлению), не иметь производственных дефектов и неисправностей. В комплект поставки должна входить техническая документация, необходимая для эксплуатации оборудования.</w:t>
      </w:r>
    </w:p>
    <w:p w14:paraId="299A2392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Весь поставляемый товар должен соответствовать действующим нормам и правилам техники безопасности, пожарной безопасности и взрывобезопасности, а также охраны окружающей среды при эксплуатации. В случае возгорания не должно выделяться ядовитых газов и дымов.</w:t>
      </w:r>
    </w:p>
    <w:p w14:paraId="195370E8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В комплект поставки должны быть включены все непоименованные в спецификации, но необходимые для работы шнуры, соединительные кабели, а также комплект эксплуатационных документов на русском языке (руководство по эксплуатации, гарантийный талон). </w:t>
      </w:r>
    </w:p>
    <w:p w14:paraId="311F3818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Товар должен быть протестирован и готов к эксплуатации. Все товары должны быть поставлены в оригинальной упаковке производителя, не имеющей повреждений.</w:t>
      </w:r>
    </w:p>
    <w:p w14:paraId="15B7B2F5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На поставляемый товар должна распространяться гарантия не ниже гарантии производителя, но не менее 1 года.</w:t>
      </w:r>
    </w:p>
    <w:p w14:paraId="43592A5C" w14:textId="77777777" w:rsidR="000519AD" w:rsidRPr="00705E82" w:rsidRDefault="000519AD" w:rsidP="000519AD">
      <w:pPr>
        <w:pStyle w:val="14"/>
        <w:numPr>
          <w:ilvl w:val="0"/>
          <w:numId w:val="11"/>
        </w:numPr>
        <w:tabs>
          <w:tab w:val="left" w:pos="993"/>
        </w:tabs>
        <w:ind w:firstLine="349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Требования к доставке и отгрузке товара</w:t>
      </w:r>
    </w:p>
    <w:p w14:paraId="4EBADE97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Доставка должна быть осуществлена силами и средствами Поставщика. Денежные затраты Поставщика на услуги транспортных компаний, иного перевозчика, используемые для выполнения обязательств по Контракту, являются расходами Поставщика и возмещению Заказчиком не подлежат.</w:t>
      </w:r>
    </w:p>
    <w:p w14:paraId="71FA3885" w14:textId="7CFD3E5D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Товар поставляется в неповрежденной</w:t>
      </w:r>
      <w:r w:rsidR="00EB7438" w:rsidRPr="00EB7438">
        <w:rPr>
          <w:rFonts w:ascii="Times New Roman" w:eastAsia="Times New Roman" w:hAnsi="Times New Roman" w:cs="Times New Roman"/>
          <w:color w:val="000000"/>
          <w:sz w:val="22"/>
          <w:szCs w:val="22"/>
        </w:rPr>
        <w:t>,</w:t>
      </w: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невскрытой упаковке завода изготовителя, Поставщик организовывает доставку таким способом, который не противоречит инструкциям по хранению и перевозке завода изготовителя (световой режим, температурный и т.д.).</w:t>
      </w:r>
    </w:p>
    <w:p w14:paraId="27573536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Упаковка, порядок погрузки-разгрузки и транспортировки должны исключать возможность механических повреждений поставляемого товара.</w:t>
      </w:r>
    </w:p>
    <w:p w14:paraId="57A12BDD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Поставщик обязан уведомить по электронной почте</w:t>
      </w:r>
      <w:r w:rsidRPr="00643D74">
        <w:t xml:space="preserve"> </w:t>
      </w:r>
      <w:hyperlink r:id="rId7" w:history="1">
        <w:r w:rsidRPr="00F771C5">
          <w:rPr>
            <w:rStyle w:val="aff8"/>
            <w:rFonts w:ascii="Times New Roman" w:eastAsia="Times New Roman" w:hAnsi="Times New Roman" w:cs="Times New Roman"/>
            <w:sz w:val="22"/>
            <w:szCs w:val="22"/>
          </w:rPr>
          <w:t>kruzhaevkv@yandex.ru</w:t>
        </w:r>
      </w:hyperlink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</w:t>
      </w: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представителя Заказчика о дате и времени доставки Товара не позднее, чем за 2 (два) рабочих дня до дня поставки.</w:t>
      </w:r>
    </w:p>
    <w:p w14:paraId="5D1C8F8E" w14:textId="77777777" w:rsidR="000519AD" w:rsidRPr="00705E82" w:rsidRDefault="000519AD" w:rsidP="000519AD">
      <w:pPr>
        <w:pStyle w:val="14"/>
        <w:numPr>
          <w:ilvl w:val="1"/>
          <w:numId w:val="11"/>
        </w:numPr>
        <w:shd w:val="clear" w:color="auto" w:fill="FFFFFF"/>
        <w:tabs>
          <w:tab w:val="left" w:pos="1134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>Весь товар должен быть доставлен по указанному в п.1 адресу</w:t>
      </w:r>
      <w:r>
        <w:rPr>
          <w:color w:val="000000"/>
          <w:sz w:val="22"/>
          <w:szCs w:val="22"/>
          <w:shd w:val="clear" w:color="auto" w:fill="FFFFFF"/>
        </w:rPr>
        <w:t>.</w:t>
      </w:r>
      <w:r w:rsidRPr="00705E8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 </w:t>
      </w:r>
    </w:p>
    <w:bookmarkEnd w:id="1"/>
    <w:p w14:paraId="40118ABF" w14:textId="77777777" w:rsidR="000519AD" w:rsidRPr="008C7BF0" w:rsidRDefault="000519AD" w:rsidP="000519AD">
      <w:pPr>
        <w:rPr>
          <w:lang w:val="ru-RU"/>
        </w:rPr>
      </w:pPr>
      <w:r w:rsidRPr="008C7BF0">
        <w:rPr>
          <w:lang w:val="ru-RU"/>
        </w:rPr>
        <w:br w:type="page"/>
      </w:r>
    </w:p>
    <w:sectPr w:rsidR="000519AD" w:rsidRPr="008C7BF0" w:rsidSect="000519AD">
      <w:pgSz w:w="11906" w:h="16838"/>
      <w:pgMar w:top="426" w:right="850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A7C2FC3"/>
    <w:multiLevelType w:val="multilevel"/>
    <w:tmpl w:val="0C6621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4FA6510C"/>
    <w:multiLevelType w:val="multilevel"/>
    <w:tmpl w:val="535E91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17CE"/>
    <w:rsid w:val="000519AD"/>
    <w:rsid w:val="0006063C"/>
    <w:rsid w:val="000C4B10"/>
    <w:rsid w:val="0015074B"/>
    <w:rsid w:val="00292883"/>
    <w:rsid w:val="0029639D"/>
    <w:rsid w:val="00326F90"/>
    <w:rsid w:val="0035166E"/>
    <w:rsid w:val="00436F1F"/>
    <w:rsid w:val="0046318E"/>
    <w:rsid w:val="00472BF5"/>
    <w:rsid w:val="004C13F1"/>
    <w:rsid w:val="006970A8"/>
    <w:rsid w:val="00712E50"/>
    <w:rsid w:val="007179C8"/>
    <w:rsid w:val="0084650F"/>
    <w:rsid w:val="008D797A"/>
    <w:rsid w:val="00921718"/>
    <w:rsid w:val="00940318"/>
    <w:rsid w:val="00957BAD"/>
    <w:rsid w:val="00972105"/>
    <w:rsid w:val="00991D7B"/>
    <w:rsid w:val="009B5479"/>
    <w:rsid w:val="00A758F8"/>
    <w:rsid w:val="00AA1D8D"/>
    <w:rsid w:val="00AE03F6"/>
    <w:rsid w:val="00B45942"/>
    <w:rsid w:val="00B47730"/>
    <w:rsid w:val="00BA3126"/>
    <w:rsid w:val="00BB5D94"/>
    <w:rsid w:val="00BF48D8"/>
    <w:rsid w:val="00C97744"/>
    <w:rsid w:val="00CB0664"/>
    <w:rsid w:val="00CC3611"/>
    <w:rsid w:val="00CD5299"/>
    <w:rsid w:val="00D07936"/>
    <w:rsid w:val="00EB7438"/>
    <w:rsid w:val="00F428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BAEFAF"/>
  <w14:defaultImageDpi w14:val="300"/>
  <w15:docId w15:val="{E87C83D6-9ED4-4E2E-A692-2B3776F1E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4">
    <w:name w:val="Обычный1"/>
    <w:qFormat/>
    <w:rsid w:val="000519AD"/>
    <w:pPr>
      <w:spacing w:after="0" w:line="240" w:lineRule="auto"/>
    </w:pPr>
    <w:rPr>
      <w:rFonts w:ascii="Calibri" w:eastAsia="Calibri" w:hAnsi="Calibri" w:cs="Calibri"/>
      <w:sz w:val="20"/>
      <w:szCs w:val="20"/>
      <w:lang w:val="ru-RU" w:eastAsia="ru-RU"/>
    </w:rPr>
  </w:style>
  <w:style w:type="character" w:styleId="aff8">
    <w:name w:val="Hyperlink"/>
    <w:basedOn w:val="a2"/>
    <w:uiPriority w:val="99"/>
    <w:unhideWhenUsed/>
    <w:rsid w:val="000519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ruzhaevkv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gregatoreat.ru/lk/customer/eat/operate/price-request/32e3103c-1cbc-4fbc-9178-d3a769b5b5f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46C60E-B45D-45AC-A965-E8AF1AB51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821</Words>
  <Characters>4680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Лариса Борисовна Кобцева</cp:lastModifiedBy>
  <cp:revision>15</cp:revision>
  <dcterms:created xsi:type="dcterms:W3CDTF">2026-09-22T08:33:00Z</dcterms:created>
  <dcterms:modified xsi:type="dcterms:W3CDTF">2026-09-22T12:21:00Z</dcterms:modified>
  <cp:category/>
</cp:coreProperties>
</file>