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038F" w14:textId="77777777" w:rsidR="00457CDC" w:rsidRPr="000A5C39" w:rsidRDefault="00000000" w:rsidP="000A5C39">
      <w:pPr>
        <w:spacing w:after="0"/>
        <w:ind w:firstLine="709"/>
        <w:jc w:val="center"/>
        <w:rPr>
          <w:lang w:val="ru-RU"/>
        </w:rPr>
      </w:pPr>
      <w:r w:rsidRPr="000A5C39">
        <w:rPr>
          <w:lang w:val="ru-RU"/>
        </w:rPr>
        <w:t>КОНТРАКТ</w:t>
      </w:r>
    </w:p>
    <w:p w14:paraId="059761CA" w14:textId="77777777" w:rsidR="00457CDC" w:rsidRPr="000A5C39" w:rsidRDefault="00000000" w:rsidP="000A5C39">
      <w:pPr>
        <w:spacing w:after="0"/>
        <w:ind w:firstLine="709"/>
        <w:jc w:val="center"/>
        <w:rPr>
          <w:lang w:val="ru-RU"/>
        </w:rPr>
      </w:pPr>
      <w:r w:rsidRPr="000A5C39">
        <w:rPr>
          <w:lang w:val="ru-RU"/>
        </w:rPr>
        <w:t>НА ОКАЗАНИЕ УСЛУГ ПЕЧАТИ ТИПОГРАФСКИМ СПОСОБОМ</w:t>
      </w:r>
    </w:p>
    <w:p w14:paraId="1B8F37E2" w14:textId="4CE1C487" w:rsidR="00457CDC" w:rsidRPr="000A5C39" w:rsidRDefault="00000000" w:rsidP="000A5C39">
      <w:pPr>
        <w:spacing w:after="0"/>
        <w:ind w:firstLine="709"/>
        <w:jc w:val="center"/>
        <w:rPr>
          <w:lang w:val="ru-RU"/>
        </w:rPr>
      </w:pPr>
      <w:r w:rsidRPr="000A5C39">
        <w:rPr>
          <w:lang w:val="ru-RU"/>
        </w:rPr>
        <w:t>№</w:t>
      </w:r>
    </w:p>
    <w:p w14:paraId="605FA71A" w14:textId="77777777" w:rsidR="00457CDC" w:rsidRPr="000A5C39" w:rsidRDefault="00457CDC">
      <w:pPr>
        <w:spacing w:after="0"/>
        <w:rPr>
          <w:lang w:val="ru-RU"/>
        </w:rPr>
      </w:pPr>
    </w:p>
    <w:p w14:paraId="509A6DA8" w14:textId="007C18B4" w:rsidR="00457CDC" w:rsidRPr="000A5C39" w:rsidRDefault="000A5C39">
      <w:pPr>
        <w:spacing w:after="0"/>
        <w:ind w:firstLine="709"/>
        <w:jc w:val="both"/>
        <w:rPr>
          <w:lang w:val="ru-RU"/>
        </w:rPr>
      </w:pPr>
      <w:r w:rsidRPr="000A5C39">
        <w:rPr>
          <w:lang w:val="ru-RU"/>
        </w:rPr>
        <w:t xml:space="preserve">Г.  Черноголовка                                         </w:t>
      </w:r>
      <w:proofErr w:type="gramStart"/>
      <w:r w:rsidRPr="000A5C39">
        <w:rPr>
          <w:lang w:val="ru-RU"/>
        </w:rPr>
        <w:t xml:space="preserve">   «</w:t>
      </w:r>
      <w:proofErr w:type="gramEnd"/>
      <w:r w:rsidRPr="000A5C39">
        <w:rPr>
          <w:lang w:val="ru-RU"/>
        </w:rPr>
        <w:t>___</w:t>
      </w:r>
      <w:proofErr w:type="gramStart"/>
      <w:r w:rsidRPr="000A5C39">
        <w:rPr>
          <w:lang w:val="ru-RU"/>
        </w:rPr>
        <w:t>_»_</w:t>
      </w:r>
      <w:proofErr w:type="gramEnd"/>
      <w:r w:rsidRPr="000A5C39">
        <w:rPr>
          <w:lang w:val="ru-RU"/>
        </w:rPr>
        <w:t>__________2026г.</w:t>
      </w:r>
    </w:p>
    <w:p w14:paraId="4F6D9E5F" w14:textId="77777777" w:rsidR="00457CDC" w:rsidRPr="000A5C39" w:rsidRDefault="00457CDC">
      <w:pPr>
        <w:spacing w:after="0"/>
        <w:rPr>
          <w:lang w:val="ru-RU"/>
        </w:rPr>
      </w:pPr>
    </w:p>
    <w:p w14:paraId="26CF7027" w14:textId="0822DE55" w:rsidR="00457CDC" w:rsidRPr="000A5C39" w:rsidRDefault="000A5C39">
      <w:pPr>
        <w:spacing w:after="0"/>
        <w:rPr>
          <w:lang w:val="ru-RU"/>
        </w:rPr>
      </w:pPr>
      <w:r w:rsidRPr="000A5C39">
        <w:rPr>
          <w:lang w:val="ru-RU"/>
        </w:rPr>
        <w:t xml:space="preserve">Федеральное государственное бюджетное </w:t>
      </w:r>
      <w:proofErr w:type="gramStart"/>
      <w:r w:rsidRPr="000A5C39">
        <w:rPr>
          <w:lang w:val="ru-RU"/>
        </w:rPr>
        <w:t>учреждение  науки</w:t>
      </w:r>
      <w:proofErr w:type="gramEnd"/>
      <w:r w:rsidRPr="000A5C39">
        <w:rPr>
          <w:lang w:val="ru-RU"/>
        </w:rPr>
        <w:t xml:space="preserve"> Институт физики твёрдого тела имени Ю.А. </w:t>
      </w:r>
      <w:proofErr w:type="spellStart"/>
      <w:r w:rsidRPr="000A5C39">
        <w:rPr>
          <w:lang w:val="ru-RU"/>
        </w:rPr>
        <w:t>Осипьяна</w:t>
      </w:r>
      <w:proofErr w:type="spellEnd"/>
      <w:r w:rsidRPr="000A5C39">
        <w:rPr>
          <w:lang w:val="ru-RU"/>
        </w:rPr>
        <w:t xml:space="preserve"> Российской академии наук (ИФТТ РАН), именуемое в дальнейшем «Заказчик», в лице </w:t>
      </w:r>
      <w:r w:rsidRPr="000A5C39">
        <w:rPr>
          <w:lang w:val="ru-RU"/>
        </w:rPr>
        <w:t>_______</w:t>
      </w:r>
      <w:r w:rsidRPr="000A5C39">
        <w:rPr>
          <w:lang w:val="ru-RU"/>
        </w:rPr>
        <w:t xml:space="preserve">  </w:t>
      </w:r>
      <w:proofErr w:type="gramStart"/>
      <w:r w:rsidRPr="000A5C39">
        <w:rPr>
          <w:lang w:val="ru-RU"/>
        </w:rPr>
        <w:t xml:space="preserve">  ,</w:t>
      </w:r>
      <w:proofErr w:type="gramEnd"/>
      <w:r w:rsidRPr="000A5C39">
        <w:rPr>
          <w:lang w:val="ru-RU"/>
        </w:rPr>
        <w:t xml:space="preserve"> действующего на основании   </w:t>
      </w:r>
      <w:r w:rsidRPr="000A5C39">
        <w:rPr>
          <w:lang w:val="ru-RU"/>
        </w:rPr>
        <w:t>\________</w:t>
      </w:r>
      <w:r w:rsidRPr="000A5C39">
        <w:rPr>
          <w:lang w:val="ru-RU"/>
        </w:rPr>
        <w:t xml:space="preserve">, с другой </w:t>
      </w:r>
      <w:proofErr w:type="gramStart"/>
      <w:r w:rsidRPr="000A5C39">
        <w:rPr>
          <w:lang w:val="ru-RU"/>
        </w:rPr>
        <w:t xml:space="preserve">стороны, </w:t>
      </w:r>
      <w:r w:rsidRPr="000A5C39">
        <w:rPr>
          <w:lang w:val="ru-RU"/>
        </w:rPr>
        <w:t xml:space="preserve"> и</w:t>
      </w:r>
      <w:proofErr w:type="gramEnd"/>
      <w:r w:rsidRPr="000A5C39">
        <w:rPr>
          <w:lang w:val="ru-RU"/>
        </w:rPr>
        <w:t xml:space="preserve"> </w:t>
      </w:r>
    </w:p>
    <w:p w14:paraId="62F5B960" w14:textId="3CB80BDD" w:rsidR="00457CDC" w:rsidRPr="000A5C39" w:rsidRDefault="00000000" w:rsidP="000A5C39">
      <w:pPr>
        <w:spacing w:after="0"/>
        <w:ind w:firstLine="709"/>
        <w:jc w:val="both"/>
        <w:rPr>
          <w:lang w:val="ru-RU"/>
        </w:rPr>
      </w:pPr>
      <w:r w:rsidRPr="000A5C39">
        <w:rPr>
          <w:lang w:val="ru-RU"/>
        </w:rPr>
        <w:t>[___Полное наименование исполнителя___], в лице [___должность___] [___ФИО___], действующего на основании [___Устава/доверенности___], именуемое в дальнейшем «Исполнитель», с другой стороны,</w:t>
      </w:r>
    </w:p>
    <w:p w14:paraId="07D58067" w14:textId="6DC49428" w:rsidR="00457CDC" w:rsidRPr="000A5C39" w:rsidRDefault="00000000">
      <w:pPr>
        <w:spacing w:after="0"/>
        <w:ind w:firstLine="709"/>
        <w:jc w:val="both"/>
        <w:rPr>
          <w:lang w:val="ru-RU"/>
        </w:rPr>
      </w:pPr>
      <w:r w:rsidRPr="000A5C39">
        <w:rPr>
          <w:lang w:val="ru-RU"/>
        </w:rPr>
        <w:t xml:space="preserve">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A5C39" w:rsidRPr="000A5C39">
        <w:rPr>
          <w:lang w:val="ru-RU"/>
        </w:rPr>
        <w:t xml:space="preserve">(ИКЗ 261503100312050310100100160000000000), </w:t>
      </w:r>
      <w:r w:rsidRPr="000A5C39">
        <w:rPr>
          <w:lang w:val="ru-RU"/>
        </w:rPr>
        <w:t>заключили настоящий Контракт о нижеследующем:</w:t>
      </w:r>
    </w:p>
    <w:p w14:paraId="24ABB1CE" w14:textId="77777777" w:rsidR="00457CDC" w:rsidRPr="000A5C39" w:rsidRDefault="00457CDC">
      <w:pPr>
        <w:spacing w:after="0"/>
        <w:rPr>
          <w:lang w:val="ru-RU"/>
        </w:rPr>
      </w:pPr>
    </w:p>
    <w:p w14:paraId="1271D3EB" w14:textId="7BAC04D5" w:rsidR="00457CDC" w:rsidRPr="000A5C39" w:rsidRDefault="00000000" w:rsidP="000A5C39">
      <w:pPr>
        <w:spacing w:after="0"/>
        <w:ind w:left="283"/>
        <w:jc w:val="center"/>
        <w:rPr>
          <w:lang w:val="ru-RU"/>
        </w:rPr>
      </w:pPr>
      <w:r w:rsidRPr="000A5C39">
        <w:rPr>
          <w:lang w:val="ru-RU"/>
        </w:rPr>
        <w:t>1. ПРЕДМЕТ КОНТРАКТА</w:t>
      </w:r>
    </w:p>
    <w:p w14:paraId="0D25D917" w14:textId="114260A2" w:rsidR="00457CDC" w:rsidRPr="000A5C39" w:rsidRDefault="00000000" w:rsidP="000A5C39">
      <w:pPr>
        <w:spacing w:after="0"/>
        <w:ind w:firstLine="709"/>
        <w:jc w:val="both"/>
        <w:rPr>
          <w:lang w:val="ru-RU"/>
        </w:rPr>
      </w:pPr>
      <w:r w:rsidRPr="000A5C39">
        <w:rPr>
          <w:lang w:val="ru-RU"/>
        </w:rPr>
        <w:t>1.1. Исполнитель обязуется оказать Заказчику услуги по печати типографским способом авторефератов двух диссертационных работ в соответствии с Техническим заданием (Приложение № 1 к Контракту), а также доставить изготовленную печатную продукцию по адресу Заказчика, а Заказчик обязуется принять оказанные услуги и оплатить их в порядке и на условиях, предусмотренных Контрактом.</w:t>
      </w:r>
    </w:p>
    <w:p w14:paraId="7F0A5F58" w14:textId="3A81E711" w:rsidR="00457CDC" w:rsidRPr="000A5C39" w:rsidRDefault="00000000" w:rsidP="000A5C39">
      <w:pPr>
        <w:spacing w:after="0"/>
        <w:ind w:firstLine="709"/>
        <w:jc w:val="both"/>
        <w:rPr>
          <w:lang w:val="ru-RU"/>
        </w:rPr>
      </w:pPr>
      <w:r w:rsidRPr="000A5C39">
        <w:rPr>
          <w:lang w:val="ru-RU"/>
        </w:rPr>
        <w:t xml:space="preserve">1.2. В состав услуг входят подготовка печатной продукции к изготовлению, цветная печать, изготовление тиража, упаковка и доставка </w:t>
      </w:r>
      <w:r w:rsidRPr="000A5C39">
        <w:rPr>
          <w:lang w:val="ru-RU"/>
        </w:rPr>
        <w:lastRenderedPageBreak/>
        <w:t xml:space="preserve">продукции до адреса: Московская область, г. Черноголовка, ул. Академика </w:t>
      </w:r>
      <w:proofErr w:type="spellStart"/>
      <w:r w:rsidRPr="000A5C39">
        <w:rPr>
          <w:lang w:val="ru-RU"/>
        </w:rPr>
        <w:t>Осипьяна</w:t>
      </w:r>
      <w:proofErr w:type="spellEnd"/>
      <w:r w:rsidRPr="000A5C39">
        <w:rPr>
          <w:lang w:val="ru-RU"/>
        </w:rPr>
        <w:t>, д. 2.</w:t>
      </w:r>
    </w:p>
    <w:p w14:paraId="1C411E13" w14:textId="248A4434" w:rsidR="00457CDC" w:rsidRPr="000A5C39" w:rsidRDefault="00000000" w:rsidP="000A5C39">
      <w:pPr>
        <w:spacing w:after="0"/>
        <w:ind w:firstLine="709"/>
        <w:jc w:val="both"/>
        <w:rPr>
          <w:lang w:val="ru-RU"/>
        </w:rPr>
      </w:pPr>
      <w:r w:rsidRPr="000A5C39">
        <w:rPr>
          <w:lang w:val="ru-RU"/>
        </w:rPr>
        <w:t>1.3. Исполнитель оказывает услуги из собственных материалов, своими силами и средствами, если иное письменно не согласовано Сторонами.</w:t>
      </w:r>
    </w:p>
    <w:p w14:paraId="676D2FC1" w14:textId="67674E3D" w:rsidR="00457CDC" w:rsidRPr="000A5C39" w:rsidRDefault="00000000" w:rsidP="000A5C39">
      <w:pPr>
        <w:spacing w:after="0"/>
        <w:ind w:firstLine="709"/>
        <w:jc w:val="both"/>
        <w:rPr>
          <w:lang w:val="ru-RU"/>
        </w:rPr>
      </w:pPr>
      <w:r w:rsidRPr="000A5C39">
        <w:rPr>
          <w:lang w:val="ru-RU"/>
        </w:rPr>
        <w:t>1.4. Результатом оказания услуг является изготовленная печатная продукция, соответствующая требованиям Контракта и Технического задания, переданная Заказчику по адресу доставки.</w:t>
      </w:r>
    </w:p>
    <w:p w14:paraId="12DA02D6" w14:textId="013161B7" w:rsidR="00457CDC" w:rsidRPr="000A5C39" w:rsidRDefault="00000000" w:rsidP="000A5C39">
      <w:pPr>
        <w:spacing w:after="0"/>
        <w:ind w:left="283"/>
        <w:jc w:val="center"/>
        <w:rPr>
          <w:lang w:val="ru-RU"/>
        </w:rPr>
      </w:pPr>
      <w:r w:rsidRPr="000A5C39">
        <w:rPr>
          <w:lang w:val="ru-RU"/>
        </w:rPr>
        <w:t>2. ПРАВА И ОБЯЗАННОСТИ СТОРОН</w:t>
      </w:r>
    </w:p>
    <w:p w14:paraId="5DAF7F5A" w14:textId="5E7E5E01" w:rsidR="00457CDC" w:rsidRPr="000A5C39" w:rsidRDefault="00000000" w:rsidP="000A5C39">
      <w:pPr>
        <w:spacing w:after="0"/>
        <w:ind w:firstLine="709"/>
        <w:jc w:val="both"/>
        <w:rPr>
          <w:lang w:val="ru-RU"/>
        </w:rPr>
      </w:pPr>
      <w:r w:rsidRPr="000A5C39">
        <w:rPr>
          <w:lang w:val="ru-RU"/>
        </w:rPr>
        <w:t>2.1. Исполнитель обязуется:</w:t>
      </w:r>
    </w:p>
    <w:p w14:paraId="3E771DC2" w14:textId="30E932DE" w:rsidR="00457CDC" w:rsidRPr="000A5C39" w:rsidRDefault="00000000" w:rsidP="000A5C39">
      <w:pPr>
        <w:spacing w:after="0"/>
        <w:ind w:firstLine="709"/>
        <w:jc w:val="both"/>
        <w:rPr>
          <w:lang w:val="ru-RU"/>
        </w:rPr>
      </w:pPr>
      <w:r w:rsidRPr="000A5C39">
        <w:rPr>
          <w:lang w:val="ru-RU"/>
        </w:rPr>
        <w:t>2.1.1. Оказать услуги качественно, в полном объеме и в срок, установленный Контрактом.</w:t>
      </w:r>
    </w:p>
    <w:p w14:paraId="520B0D6F" w14:textId="7D51402B" w:rsidR="00457CDC" w:rsidRPr="000A5C39" w:rsidRDefault="00000000" w:rsidP="000A5C39">
      <w:pPr>
        <w:spacing w:after="0"/>
        <w:ind w:firstLine="709"/>
        <w:jc w:val="both"/>
        <w:rPr>
          <w:lang w:val="ru-RU"/>
        </w:rPr>
      </w:pPr>
      <w:r w:rsidRPr="000A5C39">
        <w:rPr>
          <w:lang w:val="ru-RU"/>
        </w:rPr>
        <w:t>2.1.2. Использовать для изготовления продукции бумагу и иные материалы, соответствующие требованиям Технического задания.</w:t>
      </w:r>
    </w:p>
    <w:p w14:paraId="1A46ABA4" w14:textId="3117A370" w:rsidR="00457CDC" w:rsidRPr="000A5C39" w:rsidRDefault="00000000" w:rsidP="000A5C39">
      <w:pPr>
        <w:spacing w:after="0"/>
        <w:ind w:firstLine="709"/>
        <w:jc w:val="both"/>
        <w:rPr>
          <w:lang w:val="ru-RU"/>
        </w:rPr>
      </w:pPr>
      <w:r w:rsidRPr="000A5C39">
        <w:rPr>
          <w:lang w:val="ru-RU"/>
        </w:rPr>
        <w:t>2.1.3. Обеспечить цветную печать, читаемость текста, отсутствие полиграфического брака, повреждений, загрязнений, пропусков страниц, перепутанной последовательности страниц и иных недостатков, препятствующих использованию авторефератов по назначению.</w:t>
      </w:r>
    </w:p>
    <w:p w14:paraId="6506DFED" w14:textId="72E5D63A" w:rsidR="00457CDC" w:rsidRPr="000A5C39" w:rsidRDefault="00000000" w:rsidP="000A5C39">
      <w:pPr>
        <w:spacing w:after="0"/>
        <w:ind w:firstLine="709"/>
        <w:jc w:val="both"/>
        <w:rPr>
          <w:lang w:val="ru-RU"/>
        </w:rPr>
      </w:pPr>
      <w:r w:rsidRPr="000A5C39">
        <w:rPr>
          <w:lang w:val="ru-RU"/>
        </w:rPr>
        <w:t>2.1.4. Осуществить доставку изготовленной продукции до адреса, указанного в пункте 1.2 Контракта, за свой счет. Стоимость доставки включена в цену Контракта.</w:t>
      </w:r>
    </w:p>
    <w:p w14:paraId="71AF50CD" w14:textId="76586767" w:rsidR="00457CDC" w:rsidRPr="000A5C39" w:rsidRDefault="00000000" w:rsidP="000A5C39">
      <w:pPr>
        <w:spacing w:after="0"/>
        <w:ind w:firstLine="709"/>
        <w:jc w:val="both"/>
        <w:rPr>
          <w:lang w:val="ru-RU"/>
        </w:rPr>
      </w:pPr>
      <w:r w:rsidRPr="000A5C39">
        <w:rPr>
          <w:lang w:val="ru-RU"/>
        </w:rPr>
        <w:t>2.1.5. Передать Заказчику вместе с результатом услуг документ о приемке и иные документы, предусмотренные Контрактом и законодательством Российской Федерации.</w:t>
      </w:r>
    </w:p>
    <w:p w14:paraId="6DBBC8F9" w14:textId="77777777" w:rsidR="00457CDC" w:rsidRPr="000A5C39" w:rsidRDefault="00000000">
      <w:pPr>
        <w:spacing w:after="0"/>
        <w:ind w:firstLine="709"/>
        <w:jc w:val="both"/>
        <w:rPr>
          <w:lang w:val="ru-RU"/>
        </w:rPr>
      </w:pPr>
      <w:r w:rsidRPr="000A5C39">
        <w:rPr>
          <w:lang w:val="ru-RU"/>
        </w:rPr>
        <w:t>2.1.6. За свой счет устранить недостатки результата услуг либо повторно изготовить продукцию при выявлении недостатков, возникших по вине Исполнителя.</w:t>
      </w:r>
    </w:p>
    <w:p w14:paraId="5819E613" w14:textId="77777777" w:rsidR="00457CDC" w:rsidRPr="000A5C39" w:rsidRDefault="00457CDC">
      <w:pPr>
        <w:spacing w:after="0"/>
        <w:rPr>
          <w:lang w:val="ru-RU"/>
        </w:rPr>
      </w:pPr>
    </w:p>
    <w:p w14:paraId="2DB0D98E" w14:textId="3883CFD5" w:rsidR="00457CDC" w:rsidRPr="000A5C39" w:rsidRDefault="00000000" w:rsidP="000A5C39">
      <w:pPr>
        <w:spacing w:after="0"/>
        <w:ind w:firstLine="709"/>
        <w:jc w:val="both"/>
        <w:rPr>
          <w:lang w:val="ru-RU"/>
        </w:rPr>
      </w:pPr>
      <w:r w:rsidRPr="000A5C39">
        <w:rPr>
          <w:lang w:val="ru-RU"/>
        </w:rPr>
        <w:lastRenderedPageBreak/>
        <w:t>2.1.7. Не разглашать и не передавать третьим лицам материалы диссертационных работ, переданные Заказчиком, за исключением лиц, непосредственно привлекаемых Исполнителем для исполнения Контракта и обязанных соблюдать конфиденциальность.</w:t>
      </w:r>
    </w:p>
    <w:p w14:paraId="59B5BC1A" w14:textId="33C8EA22" w:rsidR="00457CDC" w:rsidRPr="000A5C39" w:rsidRDefault="00000000" w:rsidP="000A5C39">
      <w:pPr>
        <w:spacing w:after="0"/>
        <w:ind w:firstLine="709"/>
        <w:jc w:val="both"/>
        <w:rPr>
          <w:lang w:val="ru-RU"/>
        </w:rPr>
      </w:pPr>
      <w:r w:rsidRPr="000A5C39">
        <w:rPr>
          <w:lang w:val="ru-RU"/>
        </w:rPr>
        <w:t>2.2. Исполнитель вправе:</w:t>
      </w:r>
    </w:p>
    <w:p w14:paraId="4F1D1D7F" w14:textId="3DCAE654" w:rsidR="00457CDC" w:rsidRPr="000A5C39" w:rsidRDefault="00000000" w:rsidP="000A5C39">
      <w:pPr>
        <w:spacing w:after="0"/>
        <w:ind w:firstLine="709"/>
        <w:jc w:val="both"/>
        <w:rPr>
          <w:lang w:val="ru-RU"/>
        </w:rPr>
      </w:pPr>
      <w:r w:rsidRPr="000A5C39">
        <w:rPr>
          <w:lang w:val="ru-RU"/>
        </w:rPr>
        <w:t>2.2.1. Запрашивать у Заказчика материалы, сведения и пояснения, необходимые для исполнения Контракта.</w:t>
      </w:r>
    </w:p>
    <w:p w14:paraId="7265F3FD" w14:textId="2BF30566" w:rsidR="00457CDC" w:rsidRPr="000A5C39" w:rsidRDefault="00000000" w:rsidP="000A5C39">
      <w:pPr>
        <w:spacing w:after="0"/>
        <w:ind w:firstLine="709"/>
        <w:jc w:val="both"/>
        <w:rPr>
          <w:lang w:val="ru-RU"/>
        </w:rPr>
      </w:pPr>
      <w:r w:rsidRPr="000A5C39">
        <w:rPr>
          <w:lang w:val="ru-RU"/>
        </w:rPr>
        <w:t>2.2.2. Приостановить исполнение обязательств на период просрочки передачи Заказчиком материалов, необходимых для печати, письменно уведомив об этом Заказчика.</w:t>
      </w:r>
    </w:p>
    <w:p w14:paraId="6AB425D6" w14:textId="27A9BE70" w:rsidR="00457CDC" w:rsidRPr="000A5C39" w:rsidRDefault="00000000" w:rsidP="000A5C39">
      <w:pPr>
        <w:spacing w:after="0"/>
        <w:ind w:firstLine="709"/>
        <w:jc w:val="both"/>
        <w:rPr>
          <w:lang w:val="ru-RU"/>
        </w:rPr>
      </w:pPr>
      <w:r w:rsidRPr="000A5C39">
        <w:rPr>
          <w:lang w:val="ru-RU"/>
        </w:rPr>
        <w:t xml:space="preserve">2.3. </w:t>
      </w:r>
      <w:r w:rsidR="000A5C39" w:rsidRPr="000A5C39">
        <w:rPr>
          <w:lang w:val="ru-RU"/>
        </w:rPr>
        <w:t>З</w:t>
      </w:r>
      <w:r w:rsidRPr="000A5C39">
        <w:rPr>
          <w:lang w:val="ru-RU"/>
        </w:rPr>
        <w:t>аказчик обязуется:</w:t>
      </w:r>
    </w:p>
    <w:p w14:paraId="0BEF7A11" w14:textId="35FBA8AD" w:rsidR="00457CDC" w:rsidRPr="000A5C39" w:rsidRDefault="00000000" w:rsidP="000A5C39">
      <w:pPr>
        <w:spacing w:after="0"/>
        <w:ind w:firstLine="709"/>
        <w:jc w:val="both"/>
        <w:rPr>
          <w:lang w:val="ru-RU"/>
        </w:rPr>
      </w:pPr>
      <w:r w:rsidRPr="000A5C39">
        <w:rPr>
          <w:lang w:val="ru-RU"/>
        </w:rPr>
        <w:t>2.3.1. Передать Исполнителю готовые к печати электронные макеты авторефератов в формате [___формат файлов___] в срок не позднее [___количество___] рабочих дней с даты заключения Контракта.</w:t>
      </w:r>
    </w:p>
    <w:p w14:paraId="635979E7" w14:textId="419E9EA5" w:rsidR="00457CDC" w:rsidRPr="000A5C39" w:rsidRDefault="00000000" w:rsidP="000A5C39">
      <w:pPr>
        <w:spacing w:after="0"/>
        <w:ind w:firstLine="709"/>
        <w:jc w:val="both"/>
        <w:rPr>
          <w:lang w:val="ru-RU"/>
        </w:rPr>
      </w:pPr>
      <w:r w:rsidRPr="000A5C39">
        <w:rPr>
          <w:lang w:val="ru-RU"/>
        </w:rPr>
        <w:t>2.3.2. Обеспечить достоверность и полноту передаваемых Исполнителю материалов</w:t>
      </w:r>
      <w:r w:rsidR="000A5C39" w:rsidRPr="000A5C39">
        <w:rPr>
          <w:lang w:val="ru-RU"/>
        </w:rPr>
        <w:t>.</w:t>
      </w:r>
    </w:p>
    <w:p w14:paraId="5E0E9B7E" w14:textId="7D38E4A6" w:rsidR="00457CDC" w:rsidRPr="000A5C39" w:rsidRDefault="00000000" w:rsidP="000A5C39">
      <w:pPr>
        <w:spacing w:after="0"/>
        <w:ind w:firstLine="709"/>
        <w:jc w:val="both"/>
        <w:rPr>
          <w:lang w:val="ru-RU"/>
        </w:rPr>
      </w:pPr>
      <w:r w:rsidRPr="000A5C39">
        <w:rPr>
          <w:lang w:val="ru-RU"/>
        </w:rPr>
        <w:t>2.3.3. Гарантировать наличие необходимых прав на использование передаваемых материалов, включая текст, изображения, таблицы, схемы и иные объекты, содержащиеся в макетах авторефератов.</w:t>
      </w:r>
    </w:p>
    <w:p w14:paraId="730BF26D" w14:textId="0AA8A3CD" w:rsidR="00457CDC" w:rsidRPr="000A5C39" w:rsidRDefault="00000000" w:rsidP="000A5C39">
      <w:pPr>
        <w:spacing w:after="0"/>
        <w:ind w:firstLine="709"/>
        <w:jc w:val="both"/>
        <w:rPr>
          <w:lang w:val="ru-RU"/>
        </w:rPr>
      </w:pPr>
      <w:r w:rsidRPr="000A5C39">
        <w:rPr>
          <w:lang w:val="ru-RU"/>
        </w:rPr>
        <w:t>2.3.4. Принять оказанные услуги при отсутствии замечаний либо направить Исполнителю мотивированный отказ от приемки в порядке, установленном Контрактом.</w:t>
      </w:r>
    </w:p>
    <w:p w14:paraId="0428E577" w14:textId="02A0ADBE" w:rsidR="00457CDC" w:rsidRPr="000A5C39" w:rsidRDefault="00000000" w:rsidP="000A5C39">
      <w:pPr>
        <w:spacing w:after="0"/>
        <w:ind w:firstLine="709"/>
        <w:jc w:val="both"/>
        <w:rPr>
          <w:lang w:val="ru-RU"/>
        </w:rPr>
      </w:pPr>
      <w:r w:rsidRPr="000A5C39">
        <w:rPr>
          <w:lang w:val="ru-RU"/>
        </w:rPr>
        <w:t>2.3.5. Оплатить оказанные услуги в размере, порядке и сроки, предусмотренные Контрактом.</w:t>
      </w:r>
    </w:p>
    <w:p w14:paraId="4C06D8A9" w14:textId="69360353" w:rsidR="00457CDC" w:rsidRPr="000A5C39" w:rsidRDefault="00000000" w:rsidP="000A5C39">
      <w:pPr>
        <w:spacing w:after="0"/>
        <w:ind w:firstLine="709"/>
        <w:jc w:val="both"/>
        <w:rPr>
          <w:lang w:val="ru-RU"/>
        </w:rPr>
      </w:pPr>
      <w:r w:rsidRPr="000A5C39">
        <w:rPr>
          <w:lang w:val="ru-RU"/>
        </w:rPr>
        <w:t>2.4. Заказчик вправе:</w:t>
      </w:r>
    </w:p>
    <w:p w14:paraId="6E5D6635" w14:textId="77777777" w:rsidR="000A5C39" w:rsidRPr="000A5C39" w:rsidRDefault="00000000" w:rsidP="000A5C39">
      <w:pPr>
        <w:spacing w:after="0"/>
        <w:ind w:firstLine="709"/>
        <w:jc w:val="both"/>
        <w:rPr>
          <w:lang w:val="ru-RU"/>
        </w:rPr>
      </w:pPr>
      <w:r w:rsidRPr="000A5C39">
        <w:rPr>
          <w:lang w:val="ru-RU"/>
        </w:rPr>
        <w:t>2.4.1. Осуществлять контроль за ходом оказания услуг, не вмешиваясь в оперативно-хозяйственную деятельность Исполнителя.</w:t>
      </w:r>
    </w:p>
    <w:p w14:paraId="7FC6F3C2" w14:textId="2FDDE315" w:rsidR="00457CDC" w:rsidRPr="000A5C39" w:rsidRDefault="00000000" w:rsidP="000A5C39">
      <w:pPr>
        <w:spacing w:after="0"/>
        <w:ind w:firstLine="709"/>
        <w:jc w:val="both"/>
        <w:rPr>
          <w:lang w:val="ru-RU"/>
        </w:rPr>
      </w:pPr>
      <w:r w:rsidRPr="000A5C39">
        <w:rPr>
          <w:lang w:val="ru-RU"/>
        </w:rPr>
        <w:lastRenderedPageBreak/>
        <w:t>2.4.2. Требовать от Исполнителя устранения недостатков результата услуг, возникших по вине Исполнителя.</w:t>
      </w:r>
    </w:p>
    <w:p w14:paraId="3B6F0619" w14:textId="1026E755" w:rsidR="00457CDC" w:rsidRPr="000A5C39" w:rsidRDefault="00000000" w:rsidP="000A5C39">
      <w:pPr>
        <w:spacing w:after="0"/>
        <w:ind w:firstLine="709"/>
        <w:jc w:val="both"/>
        <w:rPr>
          <w:lang w:val="ru-RU"/>
        </w:rPr>
      </w:pPr>
      <w:r w:rsidRPr="000A5C39">
        <w:rPr>
          <w:lang w:val="ru-RU"/>
        </w:rPr>
        <w:t>2.4.3. Отказаться от приемки продукции, не соответствующей условиям Контракта и Техническому заданию, до устранения Исполнителем выявленных недостатков.</w:t>
      </w:r>
    </w:p>
    <w:p w14:paraId="7FCEDB05" w14:textId="3F8566E5" w:rsidR="00457CDC" w:rsidRPr="000A5C39" w:rsidRDefault="00000000" w:rsidP="000A5C39">
      <w:pPr>
        <w:spacing w:after="0"/>
        <w:ind w:left="283"/>
        <w:jc w:val="center"/>
        <w:rPr>
          <w:lang w:val="ru-RU"/>
        </w:rPr>
      </w:pPr>
      <w:r w:rsidRPr="000A5C39">
        <w:rPr>
          <w:lang w:val="ru-RU"/>
        </w:rPr>
        <w:t>3. СТОИМОСТЬ И ПОРЯДОК РАСЧЕТОВ</w:t>
      </w:r>
    </w:p>
    <w:p w14:paraId="6D46BFC6" w14:textId="7BC92FD0" w:rsidR="00457CDC" w:rsidRPr="000A5C39" w:rsidRDefault="00000000" w:rsidP="000A5C39">
      <w:pPr>
        <w:spacing w:after="0"/>
        <w:ind w:firstLine="709"/>
        <w:jc w:val="both"/>
        <w:rPr>
          <w:lang w:val="ru-RU"/>
        </w:rPr>
      </w:pPr>
      <w:r w:rsidRPr="000A5C39">
        <w:rPr>
          <w:lang w:val="ru-RU"/>
        </w:rPr>
        <w:t xml:space="preserve">3.1. Цена Контракта составляет [___сумма цифрами___] ([___сумма прописью___]) рублей [___00___] копеек, в том числе НДС [___указать размер НДС либо «НДС не </w:t>
      </w:r>
      <w:proofErr w:type="gramStart"/>
      <w:r w:rsidRPr="000A5C39">
        <w:rPr>
          <w:lang w:val="ru-RU"/>
        </w:rPr>
        <w:t>облагается»_</w:t>
      </w:r>
      <w:proofErr w:type="gramEnd"/>
      <w:r w:rsidRPr="000A5C39">
        <w:rPr>
          <w:lang w:val="ru-RU"/>
        </w:rPr>
        <w:t>__].</w:t>
      </w:r>
    </w:p>
    <w:p w14:paraId="55AC9410" w14:textId="703C297C" w:rsidR="00457CDC" w:rsidRPr="000A5C39" w:rsidRDefault="00000000" w:rsidP="000A5C39">
      <w:pPr>
        <w:spacing w:after="0"/>
        <w:ind w:firstLine="709"/>
        <w:jc w:val="both"/>
        <w:rPr>
          <w:lang w:val="ru-RU"/>
        </w:rPr>
      </w:pPr>
      <w:r w:rsidRPr="000A5C39">
        <w:rPr>
          <w:lang w:val="ru-RU"/>
        </w:rPr>
        <w:t>3.2. Цена Контракта является твердой и включает все расходы Исполнителя, связанные с исполнением Контракта, в том числе стоимость материалов, печати, упаковки, погрузочно-разгрузочных работ, доставки продукции по адресу Заказчика, уплату налогов, сборов и иных обязательных платежей.</w:t>
      </w:r>
    </w:p>
    <w:p w14:paraId="4EE77728" w14:textId="4F105BAE" w:rsidR="00457CDC" w:rsidRPr="000A5C39" w:rsidRDefault="00000000" w:rsidP="000A5C39">
      <w:pPr>
        <w:spacing w:after="0"/>
        <w:ind w:firstLine="709"/>
        <w:jc w:val="both"/>
        <w:rPr>
          <w:lang w:val="ru-RU"/>
        </w:rPr>
      </w:pPr>
      <w:r w:rsidRPr="000A5C39">
        <w:rPr>
          <w:lang w:val="ru-RU"/>
        </w:rPr>
        <w:t>3.3. Авансовый платеж по Контракту не предусмотрен.</w:t>
      </w:r>
    </w:p>
    <w:p w14:paraId="5C085BC7" w14:textId="4199EFC3" w:rsidR="00457CDC" w:rsidRPr="000A5C39" w:rsidRDefault="00000000" w:rsidP="000A5C39">
      <w:pPr>
        <w:spacing w:after="0"/>
        <w:ind w:firstLine="709"/>
        <w:jc w:val="both"/>
        <w:rPr>
          <w:lang w:val="ru-RU"/>
        </w:rPr>
      </w:pPr>
      <w:r w:rsidRPr="000A5C39">
        <w:rPr>
          <w:lang w:val="ru-RU"/>
        </w:rPr>
        <w:t>3.4. Оплата производится Заказчиком в размере 100 процентов цены Контракта после оказания услуг в полном объеме, приемки результата услуг и подписания Сторонами документа о приемке.</w:t>
      </w:r>
    </w:p>
    <w:p w14:paraId="2487DA1E" w14:textId="498FE59B" w:rsidR="00457CDC" w:rsidRPr="000A5C39" w:rsidRDefault="00000000" w:rsidP="000A5C39">
      <w:pPr>
        <w:spacing w:after="0"/>
        <w:ind w:firstLine="709"/>
        <w:jc w:val="both"/>
        <w:rPr>
          <w:lang w:val="ru-RU"/>
        </w:rPr>
      </w:pPr>
      <w:r w:rsidRPr="000A5C39">
        <w:rPr>
          <w:lang w:val="ru-RU"/>
        </w:rPr>
        <w:t>3.5. Оплата производится путем перечисления денежных средств на расчетный счет Исполнителя в срок не более 7 рабочих дней с даты подписания Заказчиком документа о приемке, если иной срок не установлен законодательством Российской Федерации для соответствующей категории Заказчика.</w:t>
      </w:r>
    </w:p>
    <w:p w14:paraId="203153BA" w14:textId="30683603" w:rsidR="00457CDC" w:rsidRPr="000A5C39" w:rsidRDefault="00000000" w:rsidP="000A5C39">
      <w:pPr>
        <w:spacing w:after="0"/>
        <w:ind w:firstLine="709"/>
        <w:jc w:val="both"/>
        <w:rPr>
          <w:lang w:val="ru-RU"/>
        </w:rPr>
      </w:pPr>
      <w:r w:rsidRPr="000A5C39">
        <w:rPr>
          <w:lang w:val="ru-RU"/>
        </w:rPr>
        <w:t>3.6. Обязательство Заказчика по оплате считается исполненным с даты списания денежных средств с лицевого или расчетного счета Заказчика.</w:t>
      </w:r>
    </w:p>
    <w:p w14:paraId="209BA21F" w14:textId="28ECEE9A" w:rsidR="00457CDC" w:rsidRPr="000A5C39" w:rsidRDefault="00000000" w:rsidP="000A5C39">
      <w:pPr>
        <w:spacing w:after="0"/>
        <w:ind w:left="283"/>
        <w:jc w:val="center"/>
        <w:rPr>
          <w:lang w:val="ru-RU"/>
        </w:rPr>
      </w:pPr>
      <w:r w:rsidRPr="000A5C39">
        <w:rPr>
          <w:lang w:val="ru-RU"/>
        </w:rPr>
        <w:t>4. ПОРЯДОК И СРОК ОКАЗАНИЯ УСЛУГ</w:t>
      </w:r>
    </w:p>
    <w:p w14:paraId="673A75D1" w14:textId="248A57CC" w:rsidR="00457CDC" w:rsidRPr="000A5C39" w:rsidRDefault="00000000" w:rsidP="000A5C39">
      <w:pPr>
        <w:spacing w:after="0"/>
        <w:ind w:firstLine="709"/>
        <w:jc w:val="both"/>
        <w:rPr>
          <w:lang w:val="ru-RU"/>
        </w:rPr>
      </w:pPr>
      <w:r w:rsidRPr="000A5C39">
        <w:rPr>
          <w:lang w:val="ru-RU"/>
        </w:rPr>
        <w:t xml:space="preserve">4.1. Исполнитель обязан оказать услуги и доставить изготовленную продукцию Заказчику не позднее «[___]» [___месяц___] [___год___] г. либо в </w:t>
      </w:r>
      <w:r w:rsidRPr="000A5C39">
        <w:rPr>
          <w:lang w:val="ru-RU"/>
        </w:rPr>
        <w:lastRenderedPageBreak/>
        <w:t>течение [___количество___] рабочих дней с даты получения от Заказчика готовых к печати электронных макетов.</w:t>
      </w:r>
    </w:p>
    <w:p w14:paraId="0920C9E7" w14:textId="6A56FC62" w:rsidR="00457CDC" w:rsidRPr="000A5C39" w:rsidRDefault="00000000" w:rsidP="000A5C39">
      <w:pPr>
        <w:spacing w:after="0"/>
        <w:ind w:firstLine="709"/>
        <w:jc w:val="both"/>
        <w:rPr>
          <w:lang w:val="ru-RU"/>
        </w:rPr>
      </w:pPr>
      <w:r w:rsidRPr="000A5C39">
        <w:rPr>
          <w:lang w:val="ru-RU"/>
        </w:rPr>
        <w:t>4.2. Передача Заказчиком электронных макетов осуществляется посредством [___адрес электронной почты/электронная система/иной способ___].</w:t>
      </w:r>
    </w:p>
    <w:p w14:paraId="5A6EF017" w14:textId="261D1C30" w:rsidR="00457CDC" w:rsidRPr="000A5C39" w:rsidRDefault="00000000" w:rsidP="000A5C39">
      <w:pPr>
        <w:spacing w:after="0"/>
        <w:ind w:firstLine="709"/>
        <w:jc w:val="both"/>
        <w:rPr>
          <w:lang w:val="ru-RU"/>
        </w:rPr>
      </w:pPr>
      <w:r w:rsidRPr="000A5C39">
        <w:rPr>
          <w:lang w:val="ru-RU"/>
        </w:rPr>
        <w:t>4.3. Датой оказания услуг считается дата подписания Заказчиком документа о приемке при отсутствии замечаний к качеству, объему и комплектности изготовленной продукции.</w:t>
      </w:r>
    </w:p>
    <w:p w14:paraId="5691D94E" w14:textId="45CF1615" w:rsidR="00457CDC" w:rsidRPr="000A5C39" w:rsidRDefault="00000000" w:rsidP="000A5C39">
      <w:pPr>
        <w:spacing w:after="0"/>
        <w:ind w:firstLine="709"/>
        <w:jc w:val="both"/>
        <w:rPr>
          <w:lang w:val="ru-RU"/>
        </w:rPr>
      </w:pPr>
      <w:r w:rsidRPr="000A5C39">
        <w:rPr>
          <w:lang w:val="ru-RU"/>
        </w:rPr>
        <w:t xml:space="preserve">4.4. Исполнитель передает продукцию по адресу: Московская область, г. Черноголовка, ул. Академика </w:t>
      </w:r>
      <w:proofErr w:type="spellStart"/>
      <w:r w:rsidRPr="000A5C39">
        <w:rPr>
          <w:lang w:val="ru-RU"/>
        </w:rPr>
        <w:t>Осипьяна</w:t>
      </w:r>
      <w:proofErr w:type="spellEnd"/>
      <w:r w:rsidRPr="000A5C39">
        <w:rPr>
          <w:lang w:val="ru-RU"/>
        </w:rPr>
        <w:t>, д. 2.</w:t>
      </w:r>
    </w:p>
    <w:p w14:paraId="25F83E97" w14:textId="348F09C2" w:rsidR="00457CDC" w:rsidRPr="000A5C39" w:rsidRDefault="00000000" w:rsidP="000A5C39">
      <w:pPr>
        <w:spacing w:after="0"/>
        <w:ind w:firstLine="709"/>
        <w:jc w:val="both"/>
        <w:rPr>
          <w:lang w:val="ru-RU"/>
        </w:rPr>
      </w:pPr>
      <w:r w:rsidRPr="000A5C39">
        <w:rPr>
          <w:lang w:val="ru-RU"/>
        </w:rPr>
        <w:t>4.5. Риск случайной гибели или повреждения изготовленной продукции до ее приемки Заказчиком несет Исполнитель.</w:t>
      </w:r>
    </w:p>
    <w:p w14:paraId="0D2CBF85" w14:textId="6E76210E" w:rsidR="00457CDC" w:rsidRPr="000A5C39" w:rsidRDefault="00000000" w:rsidP="000A5C39">
      <w:pPr>
        <w:spacing w:after="0"/>
        <w:ind w:left="283"/>
        <w:jc w:val="center"/>
        <w:rPr>
          <w:lang w:val="ru-RU"/>
        </w:rPr>
      </w:pPr>
      <w:r w:rsidRPr="000A5C39">
        <w:rPr>
          <w:lang w:val="ru-RU"/>
        </w:rPr>
        <w:t>5. ПОРЯДОК ПРИЕМКИ ОКАЗАННЫХ УСЛУГ</w:t>
      </w:r>
    </w:p>
    <w:p w14:paraId="30CE68E2" w14:textId="44DEFE29" w:rsidR="00457CDC" w:rsidRPr="000A5C39" w:rsidRDefault="00000000" w:rsidP="000A5C39">
      <w:pPr>
        <w:spacing w:after="0"/>
        <w:ind w:firstLine="709"/>
        <w:jc w:val="both"/>
        <w:rPr>
          <w:lang w:val="ru-RU"/>
        </w:rPr>
      </w:pPr>
      <w:r w:rsidRPr="000A5C39">
        <w:rPr>
          <w:lang w:val="ru-RU"/>
        </w:rPr>
        <w:t>5.1. Исполнитель после доставки продукции направляет Заказчику документ о приемке, а также при необходимости счет, счет-фактуру и иные документы, предусмотренные законодательством Российской Федерации.</w:t>
      </w:r>
    </w:p>
    <w:p w14:paraId="369598F3" w14:textId="39C95046" w:rsidR="00457CDC" w:rsidRPr="000A5C39" w:rsidRDefault="00000000" w:rsidP="000A5C39">
      <w:pPr>
        <w:spacing w:after="0"/>
        <w:ind w:firstLine="709"/>
        <w:jc w:val="both"/>
        <w:rPr>
          <w:lang w:val="ru-RU"/>
        </w:rPr>
      </w:pPr>
      <w:r w:rsidRPr="000A5C39">
        <w:rPr>
          <w:lang w:val="ru-RU"/>
        </w:rPr>
        <w:t>5.2. Заказчик в течение [___количество___] рабочих дней с даты получения продукции и документа о приемке проводит приемку оказанных услуг.</w:t>
      </w:r>
    </w:p>
    <w:p w14:paraId="7E4E7880" w14:textId="7B195E0D" w:rsidR="00457CDC" w:rsidRPr="000A5C39" w:rsidRDefault="00000000" w:rsidP="000A5C39">
      <w:pPr>
        <w:spacing w:after="0"/>
        <w:ind w:firstLine="709"/>
        <w:jc w:val="both"/>
        <w:rPr>
          <w:lang w:val="ru-RU"/>
        </w:rPr>
      </w:pPr>
      <w:r w:rsidRPr="000A5C39">
        <w:rPr>
          <w:lang w:val="ru-RU"/>
        </w:rPr>
        <w:t>5.3. При отсутствии замечаний Заказчик подписывает документ о приемке.</w:t>
      </w:r>
    </w:p>
    <w:p w14:paraId="5FFA6C76" w14:textId="173A03A6" w:rsidR="00457CDC" w:rsidRPr="000A5C39" w:rsidRDefault="00000000" w:rsidP="000A5C39">
      <w:pPr>
        <w:spacing w:after="0"/>
        <w:ind w:firstLine="709"/>
        <w:jc w:val="both"/>
        <w:rPr>
          <w:lang w:val="ru-RU"/>
        </w:rPr>
      </w:pPr>
      <w:r w:rsidRPr="000A5C39">
        <w:rPr>
          <w:lang w:val="ru-RU"/>
        </w:rPr>
        <w:t>5.4. При выявлении недостатков Заказчик направляет Исполнителю мотивированный отказ от приемки с перечнем выявленных недостатков и сроком их устранения.</w:t>
      </w:r>
    </w:p>
    <w:p w14:paraId="527BDAE0" w14:textId="27AAB293" w:rsidR="00457CDC" w:rsidRPr="000A5C39" w:rsidRDefault="00000000" w:rsidP="000A5C39">
      <w:pPr>
        <w:spacing w:after="0"/>
        <w:ind w:firstLine="709"/>
        <w:jc w:val="both"/>
        <w:rPr>
          <w:lang w:val="ru-RU"/>
        </w:rPr>
      </w:pPr>
      <w:r w:rsidRPr="000A5C39">
        <w:rPr>
          <w:lang w:val="ru-RU"/>
        </w:rPr>
        <w:t>5.5. Исполнитель обязан устранить недостатки либо повторно изготовить некачественную продукцию в срок, установленный Заказчиком в мотивированном отказе от приемки, но не менее [___количество___] рабочих дней с даты получения такого отказа.</w:t>
      </w:r>
    </w:p>
    <w:p w14:paraId="3BBB8DD9" w14:textId="5A917EE0" w:rsidR="00457CDC" w:rsidRPr="000A5C39" w:rsidRDefault="00000000" w:rsidP="000A5C39">
      <w:pPr>
        <w:spacing w:after="0"/>
        <w:ind w:firstLine="709"/>
        <w:jc w:val="both"/>
        <w:rPr>
          <w:lang w:val="ru-RU"/>
        </w:rPr>
      </w:pPr>
      <w:r w:rsidRPr="000A5C39">
        <w:rPr>
          <w:lang w:val="ru-RU"/>
        </w:rPr>
        <w:lastRenderedPageBreak/>
        <w:t>5.6. Устранение недостатков, повторное изготовление, замена и доставка продукции осуществляются Исполнителем за свой счет.</w:t>
      </w:r>
    </w:p>
    <w:p w14:paraId="43AED8A9" w14:textId="1ABD5089" w:rsidR="00457CDC" w:rsidRPr="000A5C39" w:rsidRDefault="00000000" w:rsidP="000A5C39">
      <w:pPr>
        <w:spacing w:after="0"/>
        <w:ind w:left="283"/>
        <w:jc w:val="center"/>
        <w:rPr>
          <w:lang w:val="ru-RU"/>
        </w:rPr>
      </w:pPr>
      <w:r w:rsidRPr="000A5C39">
        <w:rPr>
          <w:lang w:val="ru-RU"/>
        </w:rPr>
        <w:t>6. ОТВЕТСТВЕННОСТЬ СТОРОН</w:t>
      </w:r>
    </w:p>
    <w:p w14:paraId="0530B729" w14:textId="6BC76697" w:rsidR="00457CDC" w:rsidRPr="000A5C39" w:rsidRDefault="00000000" w:rsidP="000A5C39">
      <w:pPr>
        <w:spacing w:after="0"/>
        <w:ind w:firstLine="709"/>
        <w:jc w:val="both"/>
        <w:rPr>
          <w:lang w:val="ru-RU"/>
        </w:rPr>
      </w:pPr>
      <w:r w:rsidRPr="000A5C39">
        <w:rPr>
          <w:lang w:val="ru-RU"/>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w:t>
      </w:r>
    </w:p>
    <w:p w14:paraId="51D3E45F" w14:textId="5BB7B25A" w:rsidR="00457CDC" w:rsidRPr="000A5C39" w:rsidRDefault="00000000" w:rsidP="000A5C39">
      <w:pPr>
        <w:spacing w:after="0"/>
        <w:ind w:firstLine="709"/>
        <w:jc w:val="both"/>
        <w:rPr>
          <w:lang w:val="ru-RU"/>
        </w:rPr>
      </w:pPr>
      <w:r w:rsidRPr="000A5C39">
        <w:rPr>
          <w:lang w:val="ru-RU"/>
        </w:rPr>
        <w:t>6.2. В случае просрочки исполнения Заказчиком обязательства по оплате Исполнитель вправе потребовать уплаты пени. Пеня начисляется за каждый день просрочки исполнения обязательства начиная со дня, следующего после дня истечения установленного срока оплаты,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4409CED1" w14:textId="31421E82" w:rsidR="00457CDC" w:rsidRPr="000A5C39" w:rsidRDefault="00000000" w:rsidP="000A5C39">
      <w:pPr>
        <w:spacing w:after="0"/>
        <w:ind w:firstLine="709"/>
        <w:jc w:val="both"/>
        <w:rPr>
          <w:lang w:val="ru-RU"/>
        </w:rPr>
      </w:pPr>
      <w:r w:rsidRPr="000A5C39">
        <w:rPr>
          <w:lang w:val="ru-RU"/>
        </w:rPr>
        <w:t>6.3. В случае просрочки исполнения Исполнителем обязательств, предусмотренных Контрактом, Заказчик направляет Исполнителю требование об уплате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обязательств, исполненных Исполнителем.</w:t>
      </w:r>
    </w:p>
    <w:p w14:paraId="61A5E1CA" w14:textId="509925B6" w:rsidR="00457CDC" w:rsidRPr="000A5C39" w:rsidRDefault="00000000" w:rsidP="000A5C39">
      <w:pPr>
        <w:spacing w:after="0"/>
        <w:ind w:firstLine="709"/>
        <w:jc w:val="both"/>
        <w:rPr>
          <w:lang w:val="ru-RU"/>
        </w:rPr>
      </w:pPr>
      <w:r w:rsidRPr="000A5C39">
        <w:rPr>
          <w:lang w:val="ru-RU"/>
        </w:rPr>
        <w:t>6.4. За неисполнение или ненадлежащее исполнение Исполнителем обязательств, за исключением просрочки исполнения обязательств, Исполнитель уплачивает Заказчику штраф в размере, определяемом в соответствии с Правилами определения размера штрафа, начисляемого в случае ненадлежащего исполнения Исполнителем обязательств, предусмотренных контрактом.</w:t>
      </w:r>
    </w:p>
    <w:p w14:paraId="64C22533" w14:textId="1E4891B5" w:rsidR="00457CDC" w:rsidRPr="000A5C39" w:rsidRDefault="00000000" w:rsidP="000A5C39">
      <w:pPr>
        <w:spacing w:after="0"/>
        <w:ind w:firstLine="709"/>
        <w:jc w:val="both"/>
        <w:rPr>
          <w:lang w:val="ru-RU"/>
        </w:rPr>
      </w:pPr>
      <w:r w:rsidRPr="000A5C39">
        <w:rPr>
          <w:lang w:val="ru-RU"/>
        </w:rPr>
        <w:lastRenderedPageBreak/>
        <w:t>6.5. Сторона освобождается от уплаты неустойки, если докажет, что неисполнение или ненадлежащее исполнение обязательства произошло вследствие непреодолимой силы или по вине другой Стороны.</w:t>
      </w:r>
    </w:p>
    <w:p w14:paraId="0D6D47DF" w14:textId="610A9761" w:rsidR="00457CDC" w:rsidRPr="000A5C39" w:rsidRDefault="00000000" w:rsidP="000A5C39">
      <w:pPr>
        <w:spacing w:after="0"/>
        <w:ind w:left="283"/>
        <w:jc w:val="center"/>
        <w:rPr>
          <w:lang w:val="ru-RU"/>
        </w:rPr>
      </w:pPr>
      <w:r w:rsidRPr="000A5C39">
        <w:rPr>
          <w:lang w:val="ru-RU"/>
        </w:rPr>
        <w:t>7. ОБСТОЯТЕЛЬСТВА НЕПРЕОДОЛИМОЙ СИЛЫ</w:t>
      </w:r>
    </w:p>
    <w:p w14:paraId="029DC855" w14:textId="6E5E6124" w:rsidR="00457CDC" w:rsidRPr="000A5C39" w:rsidRDefault="00000000" w:rsidP="000A5C39">
      <w:pPr>
        <w:spacing w:after="0"/>
        <w:ind w:firstLine="709"/>
        <w:jc w:val="both"/>
        <w:rPr>
          <w:lang w:val="ru-RU"/>
        </w:rPr>
      </w:pPr>
      <w:r w:rsidRPr="000A5C39">
        <w:rPr>
          <w:lang w:val="ru-RU"/>
        </w:rPr>
        <w:t>7.1. Стороны освобождаются от ответственности за полное или частичное неисполнение обязательств по Контракту, если такое неисполнение явилось следствием обстоятельств непреодолимой силы, возникших после заключения Контракта и не зависящих от воли Сторон.</w:t>
      </w:r>
    </w:p>
    <w:p w14:paraId="796E902A" w14:textId="35C19A6A" w:rsidR="00457CDC" w:rsidRPr="000A5C39" w:rsidRDefault="00000000" w:rsidP="000A5C39">
      <w:pPr>
        <w:spacing w:after="0"/>
        <w:ind w:firstLine="709"/>
        <w:jc w:val="both"/>
        <w:rPr>
          <w:lang w:val="ru-RU"/>
        </w:rPr>
      </w:pPr>
      <w:r w:rsidRPr="000A5C39">
        <w:rPr>
          <w:lang w:val="ru-RU"/>
        </w:rPr>
        <w:t>7.2. Сторона, для которой создалась невозможность исполнения обязательств вследствие обстоятельств непреодолимой силы, обязана уведомить другую Сторону в письменной форме не позднее [___количество___] рабочих дней с момента наступления таких обстоятельств.</w:t>
      </w:r>
    </w:p>
    <w:p w14:paraId="36844E10" w14:textId="5F4DA38E" w:rsidR="00457CDC" w:rsidRPr="000A5C39" w:rsidRDefault="00000000" w:rsidP="000A5C39">
      <w:pPr>
        <w:spacing w:after="0"/>
        <w:ind w:firstLine="709"/>
        <w:jc w:val="both"/>
        <w:rPr>
          <w:lang w:val="ru-RU"/>
        </w:rPr>
      </w:pPr>
      <w:r w:rsidRPr="000A5C39">
        <w:rPr>
          <w:lang w:val="ru-RU"/>
        </w:rPr>
        <w:t>7.3. Наличие обстоятельств непреодолимой силы подтверждается документами компетентных органов или организаций в соответствии с законодательством Российской Федерации.</w:t>
      </w:r>
    </w:p>
    <w:p w14:paraId="5FD1A13A" w14:textId="408870A1" w:rsidR="00457CDC" w:rsidRPr="000A5C39" w:rsidRDefault="00000000" w:rsidP="000A5C39">
      <w:pPr>
        <w:spacing w:after="0"/>
        <w:ind w:left="283"/>
        <w:jc w:val="center"/>
        <w:rPr>
          <w:lang w:val="ru-RU"/>
        </w:rPr>
      </w:pPr>
      <w:r w:rsidRPr="000A5C39">
        <w:rPr>
          <w:lang w:val="ru-RU"/>
        </w:rPr>
        <w:t>8. ИЗМЕНЕНИЕ И РАСТОРЖЕНИЕ КОНТРАКТА</w:t>
      </w:r>
    </w:p>
    <w:p w14:paraId="460F837E" w14:textId="4D55957F" w:rsidR="00457CDC" w:rsidRPr="000A5C39" w:rsidRDefault="00000000" w:rsidP="000A5C39">
      <w:pPr>
        <w:spacing w:after="0"/>
        <w:ind w:firstLine="709"/>
        <w:jc w:val="both"/>
        <w:rPr>
          <w:lang w:val="ru-RU"/>
        </w:rPr>
      </w:pPr>
      <w:r w:rsidRPr="000A5C39">
        <w:rPr>
          <w:lang w:val="ru-RU"/>
        </w:rPr>
        <w:t>8.1. Изменение существенных условий Контракта допускается только в случаях, предусмотренных статьей 95 Федерального закона от 05.04.2013 № 44-ФЗ.</w:t>
      </w:r>
    </w:p>
    <w:p w14:paraId="5FA83351" w14:textId="67550E23" w:rsidR="00457CDC" w:rsidRPr="000A5C39" w:rsidRDefault="00000000" w:rsidP="000A5C39">
      <w:pPr>
        <w:spacing w:after="0"/>
        <w:ind w:firstLine="709"/>
        <w:jc w:val="both"/>
        <w:rPr>
          <w:lang w:val="ru-RU"/>
        </w:rPr>
      </w:pPr>
      <w:r w:rsidRPr="000A5C39">
        <w:rPr>
          <w:lang w:val="ru-RU"/>
        </w:rPr>
        <w:t>8.2. Контракт может быть расторгнут по соглашению Сторон, по решению суда, а также в связи с односторонним отказом Стороны от исполнения Контракта в случаях и порядке, предусмотренных гражданским законодательством Российской Федерации и статьей 95 Федерального закона от 05.04.2013 № 44-ФЗ.</w:t>
      </w:r>
    </w:p>
    <w:p w14:paraId="7F9DC8CB" w14:textId="450C4F39" w:rsidR="00457CDC" w:rsidRPr="000A5C39" w:rsidRDefault="00000000" w:rsidP="000A5C39">
      <w:pPr>
        <w:spacing w:after="0"/>
        <w:ind w:firstLine="709"/>
        <w:jc w:val="both"/>
        <w:rPr>
          <w:lang w:val="ru-RU"/>
        </w:rPr>
      </w:pPr>
      <w:r w:rsidRPr="000A5C39">
        <w:rPr>
          <w:lang w:val="ru-RU"/>
        </w:rPr>
        <w:t>8.3. При расторжении Контракта Стороны производят взаиморасчеты за фактически оказанные и принятые услуги.</w:t>
      </w:r>
    </w:p>
    <w:p w14:paraId="51B6D65E" w14:textId="044816E0" w:rsidR="00457CDC" w:rsidRPr="000A5C39" w:rsidRDefault="00000000" w:rsidP="000A5C39">
      <w:pPr>
        <w:spacing w:after="0"/>
        <w:ind w:left="283"/>
        <w:jc w:val="center"/>
        <w:rPr>
          <w:lang w:val="ru-RU"/>
        </w:rPr>
      </w:pPr>
      <w:r w:rsidRPr="000A5C39">
        <w:rPr>
          <w:lang w:val="ru-RU"/>
        </w:rPr>
        <w:t>9. ПОРЯДОК РАЗРЕШЕНИЯ СПОРОВ</w:t>
      </w:r>
    </w:p>
    <w:p w14:paraId="440F9CEA" w14:textId="5CA248B2" w:rsidR="00457CDC" w:rsidRPr="000A5C39" w:rsidRDefault="00000000" w:rsidP="000A5C39">
      <w:pPr>
        <w:spacing w:after="0"/>
        <w:ind w:firstLine="709"/>
        <w:jc w:val="both"/>
        <w:rPr>
          <w:lang w:val="ru-RU"/>
        </w:rPr>
      </w:pPr>
      <w:r w:rsidRPr="000A5C39">
        <w:rPr>
          <w:lang w:val="ru-RU"/>
        </w:rPr>
        <w:lastRenderedPageBreak/>
        <w:t>9.1. Все споры и разногласия, возникающие при исполнении Контракта, Стороны стремятся урегулировать путем переговоров и направления письменной претензии.</w:t>
      </w:r>
    </w:p>
    <w:p w14:paraId="74A77E84" w14:textId="58CBACC7" w:rsidR="00457CDC" w:rsidRPr="000A5C39" w:rsidRDefault="00000000" w:rsidP="000A5C39">
      <w:pPr>
        <w:spacing w:after="0"/>
        <w:ind w:firstLine="709"/>
        <w:jc w:val="both"/>
        <w:rPr>
          <w:lang w:val="ru-RU"/>
        </w:rPr>
      </w:pPr>
      <w:r w:rsidRPr="000A5C39">
        <w:rPr>
          <w:lang w:val="ru-RU"/>
        </w:rPr>
        <w:t>9.2. Срок рассмотрения претензии составляет [___количество___] рабочих дней с даты ее получения.</w:t>
      </w:r>
    </w:p>
    <w:p w14:paraId="13A0F863" w14:textId="18B03F83" w:rsidR="00457CDC" w:rsidRPr="000A5C39" w:rsidRDefault="00000000" w:rsidP="000A5C39">
      <w:pPr>
        <w:spacing w:after="0"/>
        <w:ind w:firstLine="709"/>
        <w:jc w:val="both"/>
        <w:rPr>
          <w:lang w:val="ru-RU"/>
        </w:rPr>
      </w:pPr>
      <w:r w:rsidRPr="000A5C39">
        <w:rPr>
          <w:lang w:val="ru-RU"/>
        </w:rPr>
        <w:t>9.3. При недостижении соглашения спор подлежит рассмотрению в суде в соответствии с законодательством Российской Федерации.</w:t>
      </w:r>
    </w:p>
    <w:p w14:paraId="5422CFE2" w14:textId="3C8149AD" w:rsidR="00457CDC" w:rsidRPr="000A5C39" w:rsidRDefault="00000000" w:rsidP="000A5C39">
      <w:pPr>
        <w:spacing w:after="0"/>
        <w:ind w:left="283"/>
        <w:jc w:val="center"/>
        <w:rPr>
          <w:lang w:val="ru-RU"/>
        </w:rPr>
      </w:pPr>
      <w:r w:rsidRPr="000A5C39">
        <w:rPr>
          <w:lang w:val="ru-RU"/>
        </w:rPr>
        <w:t>10. СРОК ДЕЙСТВИЯ КОНТРАКТА</w:t>
      </w:r>
    </w:p>
    <w:p w14:paraId="20523081" w14:textId="46F43775" w:rsidR="00457CDC" w:rsidRPr="000A5C39" w:rsidRDefault="00000000" w:rsidP="000A5C39">
      <w:pPr>
        <w:spacing w:after="0"/>
        <w:ind w:firstLine="709"/>
        <w:jc w:val="both"/>
        <w:rPr>
          <w:lang w:val="ru-RU"/>
        </w:rPr>
      </w:pPr>
      <w:r w:rsidRPr="000A5C39">
        <w:rPr>
          <w:lang w:val="ru-RU"/>
        </w:rPr>
        <w:t>10.1. Контракт вступает в силу с даты его заключения Сторонами.</w:t>
      </w:r>
    </w:p>
    <w:p w14:paraId="198D5D9C" w14:textId="22005388" w:rsidR="00457CDC" w:rsidRPr="000A5C39" w:rsidRDefault="00000000" w:rsidP="000A5C39">
      <w:pPr>
        <w:spacing w:after="0"/>
        <w:ind w:firstLine="709"/>
        <w:jc w:val="both"/>
        <w:rPr>
          <w:lang w:val="ru-RU"/>
        </w:rPr>
      </w:pPr>
      <w:r w:rsidRPr="000A5C39">
        <w:rPr>
          <w:lang w:val="ru-RU"/>
        </w:rPr>
        <w:t>10.2. Контракт действует до «[___]» [___месяц___] [___год___] г., а в части исполнения обязательств, включая гарантийные обязательства, ответственность и взаиморасчеты, — до полного исполнения Сторонами своих обязательств.</w:t>
      </w:r>
    </w:p>
    <w:p w14:paraId="25259173" w14:textId="01913B96" w:rsidR="00457CDC" w:rsidRPr="000A5C39" w:rsidRDefault="00000000" w:rsidP="000A5C39">
      <w:pPr>
        <w:spacing w:after="0"/>
        <w:ind w:left="283"/>
        <w:jc w:val="center"/>
        <w:rPr>
          <w:lang w:val="ru-RU"/>
        </w:rPr>
      </w:pPr>
      <w:r w:rsidRPr="000A5C39">
        <w:rPr>
          <w:lang w:val="ru-RU"/>
        </w:rPr>
        <w:t>11. ЗАКЛЮЧИТЕЛЬНЫЕ ПОЛОЖЕНИЯ</w:t>
      </w:r>
    </w:p>
    <w:p w14:paraId="7F12B7B8" w14:textId="3BA79F4B" w:rsidR="00457CDC" w:rsidRPr="000A5C39" w:rsidRDefault="00000000" w:rsidP="000A5C39">
      <w:pPr>
        <w:spacing w:after="0"/>
        <w:ind w:firstLine="709"/>
        <w:jc w:val="both"/>
        <w:rPr>
          <w:lang w:val="ru-RU"/>
        </w:rPr>
      </w:pPr>
      <w:r w:rsidRPr="000A5C39">
        <w:rPr>
          <w:lang w:val="ru-RU"/>
        </w:rPr>
        <w:t>11.1. Неотъемлемой частью Контракта является Техническое задание (Приложение № 1).</w:t>
      </w:r>
    </w:p>
    <w:p w14:paraId="1B3D38A2" w14:textId="501AA6F9" w:rsidR="00457CDC" w:rsidRPr="000A5C39" w:rsidRDefault="00000000" w:rsidP="000A5C39">
      <w:pPr>
        <w:spacing w:after="0"/>
        <w:ind w:firstLine="709"/>
        <w:jc w:val="both"/>
        <w:rPr>
          <w:lang w:val="ru-RU"/>
        </w:rPr>
      </w:pPr>
      <w:r w:rsidRPr="000A5C39">
        <w:rPr>
          <w:lang w:val="ru-RU"/>
        </w:rPr>
        <w:t xml:space="preserve">11.2. Все уведомления, требования, претензии и иные юридически значимые сообщения направляются Сторонами в письменной форме по адресам, указанным в реквизитах Сторон, либо посредством электронной почты: </w:t>
      </w:r>
      <w:proofErr w:type="spellStart"/>
      <w:r w:rsidR="000A5C39">
        <w:t>adm</w:t>
      </w:r>
      <w:proofErr w:type="spellEnd"/>
      <w:r w:rsidR="000A5C39" w:rsidRPr="000A5C39">
        <w:rPr>
          <w:lang w:val="ru-RU"/>
        </w:rPr>
        <w:t>@</w:t>
      </w:r>
      <w:proofErr w:type="spellStart"/>
      <w:r w:rsidR="000A5C39">
        <w:t>issp</w:t>
      </w:r>
      <w:proofErr w:type="spellEnd"/>
      <w:r w:rsidR="000A5C39" w:rsidRPr="000A5C39">
        <w:rPr>
          <w:lang w:val="ru-RU"/>
        </w:rPr>
        <w:t>.</w:t>
      </w:r>
      <w:r w:rsidR="000A5C39">
        <w:t>ac</w:t>
      </w:r>
      <w:r w:rsidR="000A5C39" w:rsidRPr="000A5C39">
        <w:rPr>
          <w:lang w:val="ru-RU"/>
        </w:rPr>
        <w:t>.</w:t>
      </w:r>
      <w:proofErr w:type="spellStart"/>
      <w:r w:rsidR="000A5C39">
        <w:t>ru</w:t>
      </w:r>
      <w:proofErr w:type="spellEnd"/>
      <w:r w:rsidRPr="000A5C39">
        <w:rPr>
          <w:lang w:val="ru-RU"/>
        </w:rPr>
        <w:t>, [___электронная почта Исполнителя___].</w:t>
      </w:r>
    </w:p>
    <w:p w14:paraId="54493873" w14:textId="29848689" w:rsidR="00457CDC" w:rsidRPr="000A5C39" w:rsidRDefault="00000000" w:rsidP="000A5C39">
      <w:pPr>
        <w:spacing w:after="0"/>
        <w:ind w:firstLine="709"/>
        <w:jc w:val="both"/>
      </w:pPr>
      <w:r w:rsidRPr="000A5C39">
        <w:rPr>
          <w:lang w:val="ru-RU"/>
        </w:rPr>
        <w:t>11.3. Во всем, что не урегулировано Контрактом, Стороны руководствуются Гражданским кодексом Российской Федерации, Федеральным законом от 05.04.2013 № 44-ФЗ и иными нормативными правовыми актами Российской Федерации.</w:t>
      </w:r>
    </w:p>
    <w:p w14:paraId="7388CF97" w14:textId="5C29F4B5" w:rsidR="00457CDC" w:rsidRPr="000A5C39" w:rsidRDefault="00000000" w:rsidP="000A5C39">
      <w:pPr>
        <w:spacing w:after="0"/>
        <w:ind w:firstLine="709"/>
        <w:jc w:val="both"/>
      </w:pPr>
      <w:r w:rsidRPr="000A5C39">
        <w:rPr>
          <w:lang w:val="ru-RU"/>
        </w:rPr>
        <w:t>11.4. Контракт составлен в двух экземплярах, имеющих одинаковую юридическую силу, по одному экземпляру для каждой из Сторон.</w:t>
      </w:r>
    </w:p>
    <w:p w14:paraId="6290BBB4" w14:textId="77777777" w:rsidR="00457CDC" w:rsidRPr="000A5C39" w:rsidRDefault="00000000" w:rsidP="000A5C39">
      <w:pPr>
        <w:spacing w:after="0"/>
        <w:ind w:left="283"/>
        <w:jc w:val="center"/>
        <w:rPr>
          <w:lang w:val="ru-RU"/>
        </w:rPr>
      </w:pPr>
      <w:r w:rsidRPr="000A5C39">
        <w:rPr>
          <w:lang w:val="ru-RU"/>
        </w:rPr>
        <w:t>12. РЕКВИЗИТЫ И ПОДПИСИ СТОРОН</w:t>
      </w:r>
    </w:p>
    <w:p w14:paraId="657DDF4D" w14:textId="77777777" w:rsidR="00457CDC" w:rsidRPr="000A5C39" w:rsidRDefault="00457CDC">
      <w:pPr>
        <w:spacing w:after="0"/>
        <w:rPr>
          <w:lang w:val="ru-RU"/>
        </w:rPr>
      </w:pPr>
    </w:p>
    <w:tbl>
      <w:tblPr>
        <w:tblStyle w:val="aff0"/>
        <w:tblW w:w="0" w:type="auto"/>
        <w:tblLayout w:type="fixed"/>
        <w:tblLook w:val="04A0" w:firstRow="1" w:lastRow="0" w:firstColumn="1" w:lastColumn="0" w:noHBand="0" w:noVBand="1"/>
      </w:tblPr>
      <w:tblGrid>
        <w:gridCol w:w="5211"/>
        <w:gridCol w:w="4642"/>
      </w:tblGrid>
      <w:tr w:rsidR="000A5C39" w:rsidRPr="000A5C39" w14:paraId="3E3411E2" w14:textId="77777777" w:rsidTr="00827E7C">
        <w:tc>
          <w:tcPr>
            <w:tcW w:w="5211" w:type="dxa"/>
          </w:tcPr>
          <w:p w14:paraId="52215A49" w14:textId="77777777" w:rsidR="000A5C39" w:rsidRPr="000A5C39" w:rsidRDefault="000A5C39" w:rsidP="00827E7C">
            <w:pPr>
              <w:jc w:val="center"/>
              <w:rPr>
                <w:b/>
                <w:sz w:val="24"/>
                <w:szCs w:val="24"/>
              </w:rPr>
            </w:pPr>
            <w:proofErr w:type="spellStart"/>
            <w:r w:rsidRPr="000A5C39">
              <w:rPr>
                <w:b/>
                <w:sz w:val="24"/>
                <w:szCs w:val="24"/>
              </w:rPr>
              <w:lastRenderedPageBreak/>
              <w:t>Заказчик</w:t>
            </w:r>
            <w:proofErr w:type="spellEnd"/>
          </w:p>
        </w:tc>
        <w:tc>
          <w:tcPr>
            <w:tcW w:w="4642" w:type="dxa"/>
          </w:tcPr>
          <w:p w14:paraId="649188A5" w14:textId="77777777" w:rsidR="000A5C39" w:rsidRPr="000A5C39" w:rsidRDefault="000A5C39" w:rsidP="00827E7C">
            <w:pPr>
              <w:jc w:val="center"/>
              <w:rPr>
                <w:b/>
                <w:sz w:val="24"/>
                <w:szCs w:val="24"/>
              </w:rPr>
            </w:pPr>
            <w:proofErr w:type="spellStart"/>
            <w:r w:rsidRPr="000A5C39">
              <w:rPr>
                <w:b/>
                <w:sz w:val="24"/>
                <w:szCs w:val="24"/>
              </w:rPr>
              <w:t>Исполнитель</w:t>
            </w:r>
            <w:proofErr w:type="spellEnd"/>
          </w:p>
        </w:tc>
      </w:tr>
      <w:tr w:rsidR="000A5C39" w:rsidRPr="000A5C39" w14:paraId="7C802BA0" w14:textId="77777777" w:rsidTr="00827E7C">
        <w:tc>
          <w:tcPr>
            <w:tcW w:w="5211" w:type="dxa"/>
          </w:tcPr>
          <w:p w14:paraId="62E3EAA6" w14:textId="6F26956B" w:rsidR="000A5C39" w:rsidRPr="000A5C39" w:rsidRDefault="000A5C39" w:rsidP="00827E7C">
            <w:pPr>
              <w:rPr>
                <w:sz w:val="24"/>
                <w:szCs w:val="24"/>
              </w:rPr>
            </w:pPr>
            <w:r w:rsidRPr="000A5C39">
              <w:rPr>
                <w:sz w:val="24"/>
                <w:szCs w:val="24"/>
                <w:lang w:val="ru-RU"/>
              </w:rPr>
              <w:t xml:space="preserve">Федеральное государственное бюджетное учреждение науки Институт физики твердого тела имени Ю.А. </w:t>
            </w:r>
            <w:proofErr w:type="spellStart"/>
            <w:r w:rsidRPr="000A5C39">
              <w:rPr>
                <w:sz w:val="24"/>
                <w:szCs w:val="24"/>
                <w:lang w:val="ru-RU"/>
              </w:rPr>
              <w:t>Осипьяна</w:t>
            </w:r>
            <w:proofErr w:type="spellEnd"/>
            <w:r w:rsidRPr="000A5C39">
              <w:rPr>
                <w:sz w:val="24"/>
                <w:szCs w:val="24"/>
                <w:lang w:val="ru-RU"/>
              </w:rPr>
              <w:t xml:space="preserve"> Российской академии наук (ИФТТ РАН)</w:t>
            </w:r>
          </w:p>
          <w:p w14:paraId="5CADD252" w14:textId="77777777" w:rsidR="000A5C39" w:rsidRPr="000A5C39" w:rsidRDefault="000A5C39" w:rsidP="00827E7C">
            <w:pPr>
              <w:rPr>
                <w:sz w:val="24"/>
                <w:szCs w:val="24"/>
                <w:lang w:val="ru-RU"/>
              </w:rPr>
            </w:pPr>
            <w:r w:rsidRPr="000A5C39">
              <w:rPr>
                <w:sz w:val="24"/>
                <w:szCs w:val="24"/>
                <w:lang w:val="ru-RU"/>
              </w:rPr>
              <w:t xml:space="preserve">142432 Московская обл., г. Черноголовка, ул. Академика </w:t>
            </w:r>
            <w:proofErr w:type="spellStart"/>
            <w:r w:rsidRPr="000A5C39">
              <w:rPr>
                <w:sz w:val="24"/>
                <w:szCs w:val="24"/>
                <w:lang w:val="ru-RU"/>
              </w:rPr>
              <w:t>Осипьяна</w:t>
            </w:r>
            <w:proofErr w:type="spellEnd"/>
            <w:r w:rsidRPr="000A5C39">
              <w:rPr>
                <w:sz w:val="24"/>
                <w:szCs w:val="24"/>
                <w:lang w:val="ru-RU"/>
              </w:rPr>
              <w:t>, д. 2</w:t>
            </w:r>
          </w:p>
          <w:p w14:paraId="136A82D6" w14:textId="77777777" w:rsidR="000A5C39" w:rsidRPr="000A5C39" w:rsidRDefault="000A5C39" w:rsidP="00827E7C">
            <w:pPr>
              <w:rPr>
                <w:sz w:val="24"/>
                <w:szCs w:val="24"/>
                <w:lang w:val="ru-RU"/>
              </w:rPr>
            </w:pPr>
            <w:r w:rsidRPr="000A5C39">
              <w:rPr>
                <w:sz w:val="24"/>
                <w:szCs w:val="24"/>
                <w:lang w:val="ru-RU"/>
              </w:rPr>
              <w:t xml:space="preserve">ИНН 5031003120 КПП 503101001 </w:t>
            </w:r>
          </w:p>
          <w:p w14:paraId="782A068F" w14:textId="77777777" w:rsidR="000A5C39" w:rsidRPr="000A5C39" w:rsidRDefault="000A5C39" w:rsidP="00827E7C">
            <w:pPr>
              <w:rPr>
                <w:sz w:val="24"/>
                <w:szCs w:val="24"/>
                <w:lang w:val="ru-RU"/>
              </w:rPr>
            </w:pPr>
            <w:r w:rsidRPr="000A5C39">
              <w:rPr>
                <w:sz w:val="24"/>
                <w:szCs w:val="24"/>
                <w:lang w:val="ru-RU"/>
              </w:rPr>
              <w:t xml:space="preserve">УФК по Нижегородской области (ИФТТ РАН л/с № 20486Ч27600) </w:t>
            </w:r>
          </w:p>
          <w:p w14:paraId="7F4A8C57" w14:textId="77777777" w:rsidR="000A5C39" w:rsidRPr="000A5C39" w:rsidRDefault="000A5C39" w:rsidP="00827E7C">
            <w:pPr>
              <w:rPr>
                <w:sz w:val="24"/>
                <w:szCs w:val="24"/>
                <w:lang w:val="ru-RU"/>
              </w:rPr>
            </w:pPr>
            <w:r w:rsidRPr="000A5C39">
              <w:rPr>
                <w:sz w:val="24"/>
                <w:szCs w:val="24"/>
                <w:lang w:val="ru-RU"/>
              </w:rPr>
              <w:t xml:space="preserve">Банк: ОКЦ № 1 ВВГУ Банка России// УФК по Нижегородской области, г Нижний Новгород </w:t>
            </w:r>
          </w:p>
          <w:p w14:paraId="69F6D120" w14:textId="77777777" w:rsidR="000A5C39" w:rsidRPr="000A5C39" w:rsidRDefault="000A5C39" w:rsidP="00827E7C">
            <w:pPr>
              <w:rPr>
                <w:sz w:val="24"/>
                <w:szCs w:val="24"/>
                <w:lang w:val="ru-RU"/>
              </w:rPr>
            </w:pPr>
            <w:r w:rsidRPr="000A5C39">
              <w:rPr>
                <w:sz w:val="24"/>
                <w:szCs w:val="24"/>
                <w:lang w:val="ru-RU"/>
              </w:rPr>
              <w:t xml:space="preserve">БИК 012202102 </w:t>
            </w:r>
          </w:p>
          <w:p w14:paraId="3CC1ABA4" w14:textId="77777777" w:rsidR="000A5C39" w:rsidRPr="000A5C39" w:rsidRDefault="000A5C39" w:rsidP="00827E7C">
            <w:pPr>
              <w:rPr>
                <w:sz w:val="24"/>
                <w:szCs w:val="24"/>
                <w:lang w:val="ru-RU"/>
              </w:rPr>
            </w:pPr>
            <w:proofErr w:type="spellStart"/>
            <w:r w:rsidRPr="000A5C39">
              <w:rPr>
                <w:sz w:val="24"/>
                <w:szCs w:val="24"/>
                <w:lang w:val="ru-RU"/>
              </w:rPr>
              <w:t>Расч.счет</w:t>
            </w:r>
            <w:proofErr w:type="spellEnd"/>
            <w:r w:rsidRPr="000A5C39">
              <w:rPr>
                <w:sz w:val="24"/>
                <w:szCs w:val="24"/>
                <w:lang w:val="ru-RU"/>
              </w:rPr>
              <w:t xml:space="preserve"> 03214643000000013234 </w:t>
            </w:r>
          </w:p>
          <w:p w14:paraId="6CE28572" w14:textId="77777777" w:rsidR="000A5C39" w:rsidRPr="000A5C39" w:rsidRDefault="000A5C39" w:rsidP="00827E7C">
            <w:pPr>
              <w:rPr>
                <w:sz w:val="24"/>
                <w:szCs w:val="24"/>
                <w:lang w:val="ru-RU"/>
              </w:rPr>
            </w:pPr>
            <w:proofErr w:type="spellStart"/>
            <w:r w:rsidRPr="000A5C39">
              <w:rPr>
                <w:sz w:val="24"/>
                <w:szCs w:val="24"/>
                <w:lang w:val="ru-RU"/>
              </w:rPr>
              <w:t>Корр.счет</w:t>
            </w:r>
            <w:proofErr w:type="spellEnd"/>
            <w:r w:rsidRPr="000A5C39">
              <w:rPr>
                <w:sz w:val="24"/>
                <w:szCs w:val="24"/>
                <w:lang w:val="ru-RU"/>
              </w:rPr>
              <w:t xml:space="preserve"> 40102810745370000024  </w:t>
            </w:r>
          </w:p>
          <w:p w14:paraId="60A05421" w14:textId="363F2E1F" w:rsidR="000A5C39" w:rsidRPr="000A5C39" w:rsidRDefault="000A5C39" w:rsidP="000A5C39">
            <w:pPr>
              <w:rPr>
                <w:sz w:val="24"/>
                <w:szCs w:val="24"/>
                <w:shd w:val="clear" w:color="auto" w:fill="F71E04"/>
              </w:rPr>
            </w:pPr>
            <w:r w:rsidRPr="000A5C39">
              <w:rPr>
                <w:sz w:val="24"/>
                <w:szCs w:val="24"/>
              </w:rPr>
              <w:t>ОКТМО 46781000</w:t>
            </w:r>
          </w:p>
        </w:tc>
        <w:tc>
          <w:tcPr>
            <w:tcW w:w="4642" w:type="dxa"/>
          </w:tcPr>
          <w:p w14:paraId="01C84EB5" w14:textId="77777777" w:rsidR="000A5C39" w:rsidRPr="000A5C39" w:rsidRDefault="000A5C39" w:rsidP="00827E7C">
            <w:pPr>
              <w:jc w:val="both"/>
              <w:rPr>
                <w:sz w:val="24"/>
                <w:szCs w:val="24"/>
              </w:rPr>
            </w:pPr>
          </w:p>
        </w:tc>
      </w:tr>
      <w:tr w:rsidR="000A5C39" w:rsidRPr="000A5C39" w14:paraId="4FD98446" w14:textId="77777777" w:rsidTr="00827E7C">
        <w:tc>
          <w:tcPr>
            <w:tcW w:w="5211" w:type="dxa"/>
          </w:tcPr>
          <w:p w14:paraId="5C1689F8" w14:textId="77777777" w:rsidR="000A5C39" w:rsidRPr="000A5C39" w:rsidRDefault="000A5C39" w:rsidP="00827E7C">
            <w:pPr>
              <w:jc w:val="both"/>
              <w:rPr>
                <w:sz w:val="24"/>
                <w:szCs w:val="24"/>
              </w:rPr>
            </w:pPr>
          </w:p>
          <w:p w14:paraId="11848069" w14:textId="77777777" w:rsidR="000A5C39" w:rsidRPr="000A5C39" w:rsidRDefault="000A5C39" w:rsidP="00827E7C">
            <w:pPr>
              <w:spacing w:line="240" w:lineRule="auto"/>
              <w:jc w:val="both"/>
              <w:rPr>
                <w:sz w:val="24"/>
                <w:szCs w:val="24"/>
              </w:rPr>
            </w:pPr>
          </w:p>
          <w:p w14:paraId="233F0700" w14:textId="77777777" w:rsidR="000A5C39" w:rsidRPr="000A5C39" w:rsidRDefault="000A5C39" w:rsidP="00827E7C">
            <w:pPr>
              <w:spacing w:line="240" w:lineRule="auto"/>
              <w:jc w:val="both"/>
              <w:rPr>
                <w:sz w:val="24"/>
                <w:szCs w:val="24"/>
              </w:rPr>
            </w:pPr>
          </w:p>
          <w:p w14:paraId="43FC5015" w14:textId="77777777" w:rsidR="000A5C39" w:rsidRPr="000A5C39" w:rsidRDefault="000A5C39" w:rsidP="00827E7C">
            <w:pPr>
              <w:jc w:val="both"/>
              <w:rPr>
                <w:sz w:val="24"/>
                <w:szCs w:val="24"/>
              </w:rPr>
            </w:pPr>
            <w:r w:rsidRPr="000A5C39">
              <w:rPr>
                <w:sz w:val="24"/>
                <w:szCs w:val="24"/>
              </w:rPr>
              <w:t>_____________________ /ФИО/</w:t>
            </w:r>
          </w:p>
        </w:tc>
        <w:tc>
          <w:tcPr>
            <w:tcW w:w="4642" w:type="dxa"/>
          </w:tcPr>
          <w:p w14:paraId="4199219A" w14:textId="77777777" w:rsidR="000A5C39" w:rsidRPr="000A5C39" w:rsidRDefault="000A5C39" w:rsidP="00827E7C">
            <w:pPr>
              <w:jc w:val="both"/>
              <w:rPr>
                <w:sz w:val="24"/>
                <w:szCs w:val="24"/>
              </w:rPr>
            </w:pPr>
          </w:p>
          <w:p w14:paraId="788563A1" w14:textId="77777777" w:rsidR="000A5C39" w:rsidRPr="000A5C39" w:rsidRDefault="000A5C39" w:rsidP="00827E7C">
            <w:pPr>
              <w:jc w:val="both"/>
              <w:rPr>
                <w:sz w:val="24"/>
                <w:szCs w:val="24"/>
              </w:rPr>
            </w:pPr>
          </w:p>
          <w:p w14:paraId="304C1A04" w14:textId="77777777" w:rsidR="000A5C39" w:rsidRPr="000A5C39" w:rsidRDefault="000A5C39" w:rsidP="00827E7C">
            <w:pPr>
              <w:jc w:val="both"/>
              <w:rPr>
                <w:sz w:val="24"/>
                <w:szCs w:val="24"/>
              </w:rPr>
            </w:pPr>
          </w:p>
          <w:p w14:paraId="728ECF1C" w14:textId="77777777" w:rsidR="000A5C39" w:rsidRPr="000A5C39" w:rsidRDefault="000A5C39" w:rsidP="00827E7C">
            <w:pPr>
              <w:jc w:val="both"/>
              <w:rPr>
                <w:sz w:val="24"/>
                <w:szCs w:val="24"/>
              </w:rPr>
            </w:pPr>
            <w:r w:rsidRPr="000A5C39">
              <w:rPr>
                <w:sz w:val="24"/>
                <w:szCs w:val="24"/>
              </w:rPr>
              <w:t>_____________________ /ФИО/</w:t>
            </w:r>
          </w:p>
          <w:p w14:paraId="6BAC6632" w14:textId="77777777" w:rsidR="000A5C39" w:rsidRPr="000A5C39" w:rsidRDefault="000A5C39" w:rsidP="00827E7C">
            <w:pPr>
              <w:jc w:val="both"/>
              <w:rPr>
                <w:sz w:val="24"/>
                <w:szCs w:val="24"/>
              </w:rPr>
            </w:pPr>
          </w:p>
        </w:tc>
      </w:tr>
    </w:tbl>
    <w:p w14:paraId="23E9C052" w14:textId="77777777" w:rsidR="00457CDC" w:rsidRPr="000A5C39" w:rsidRDefault="00457CDC">
      <w:pPr>
        <w:spacing w:after="0"/>
        <w:rPr>
          <w:lang w:val="ru-RU"/>
        </w:rPr>
      </w:pPr>
    </w:p>
    <w:p w14:paraId="1586D2C3" w14:textId="77777777" w:rsidR="000A5C39" w:rsidRDefault="000A5C39">
      <w:pPr>
        <w:spacing w:after="0"/>
        <w:ind w:firstLine="709"/>
        <w:jc w:val="both"/>
      </w:pPr>
    </w:p>
    <w:p w14:paraId="50ED0B56" w14:textId="77777777" w:rsidR="000A5C39" w:rsidRDefault="000A5C39">
      <w:pPr>
        <w:spacing w:after="0"/>
        <w:ind w:firstLine="709"/>
        <w:jc w:val="both"/>
      </w:pPr>
    </w:p>
    <w:p w14:paraId="08D91F18" w14:textId="77777777" w:rsidR="000A5C39" w:rsidRDefault="000A5C39">
      <w:pPr>
        <w:spacing w:after="0"/>
        <w:ind w:firstLine="709"/>
        <w:jc w:val="both"/>
      </w:pPr>
    </w:p>
    <w:p w14:paraId="3A2008C9" w14:textId="77777777" w:rsidR="000A5C39" w:rsidRDefault="000A5C39">
      <w:pPr>
        <w:spacing w:after="0"/>
        <w:ind w:firstLine="709"/>
        <w:jc w:val="both"/>
      </w:pPr>
    </w:p>
    <w:p w14:paraId="1B40AE41" w14:textId="77777777" w:rsidR="000A5C39" w:rsidRDefault="000A5C39">
      <w:pPr>
        <w:spacing w:after="0"/>
        <w:ind w:firstLine="709"/>
        <w:jc w:val="both"/>
      </w:pPr>
    </w:p>
    <w:p w14:paraId="3E6CF857" w14:textId="77777777" w:rsidR="000A5C39" w:rsidRDefault="000A5C39">
      <w:pPr>
        <w:spacing w:after="0"/>
        <w:ind w:firstLine="709"/>
        <w:jc w:val="both"/>
      </w:pPr>
    </w:p>
    <w:p w14:paraId="4845E873" w14:textId="77777777" w:rsidR="000A5C39" w:rsidRDefault="000A5C39">
      <w:pPr>
        <w:spacing w:after="0"/>
        <w:ind w:firstLine="709"/>
        <w:jc w:val="both"/>
      </w:pPr>
    </w:p>
    <w:p w14:paraId="60BFB808" w14:textId="77777777" w:rsidR="000A5C39" w:rsidRDefault="000A5C39">
      <w:pPr>
        <w:spacing w:after="0"/>
        <w:ind w:firstLine="709"/>
        <w:jc w:val="both"/>
      </w:pPr>
    </w:p>
    <w:p w14:paraId="524258D4" w14:textId="77777777" w:rsidR="000A5C39" w:rsidRDefault="000A5C39">
      <w:pPr>
        <w:spacing w:after="0"/>
        <w:ind w:firstLine="709"/>
        <w:jc w:val="both"/>
      </w:pPr>
    </w:p>
    <w:p w14:paraId="5983E101" w14:textId="3603FE5F" w:rsidR="00457CDC" w:rsidRPr="000A5C39" w:rsidRDefault="00000000" w:rsidP="000A5C39">
      <w:pPr>
        <w:spacing w:after="0"/>
        <w:ind w:firstLine="709"/>
        <w:jc w:val="right"/>
        <w:rPr>
          <w:lang w:val="ru-RU"/>
        </w:rPr>
      </w:pPr>
      <w:r w:rsidRPr="000A5C39">
        <w:rPr>
          <w:lang w:val="ru-RU"/>
        </w:rPr>
        <w:lastRenderedPageBreak/>
        <w:t>Приложение № 1</w:t>
      </w:r>
    </w:p>
    <w:p w14:paraId="335BCDB0" w14:textId="77777777" w:rsidR="00457CDC" w:rsidRPr="000A5C39" w:rsidRDefault="00000000" w:rsidP="000A5C39">
      <w:pPr>
        <w:spacing w:after="0"/>
        <w:ind w:firstLine="709"/>
        <w:jc w:val="right"/>
        <w:rPr>
          <w:lang w:val="ru-RU"/>
        </w:rPr>
      </w:pPr>
      <w:r w:rsidRPr="000A5C39">
        <w:rPr>
          <w:lang w:val="ru-RU"/>
        </w:rPr>
        <w:t>к Контракту на оказание услуг печати</w:t>
      </w:r>
    </w:p>
    <w:p w14:paraId="63EEA91C" w14:textId="77777777" w:rsidR="00457CDC" w:rsidRPr="000A5C39" w:rsidRDefault="00000000" w:rsidP="000A5C39">
      <w:pPr>
        <w:spacing w:after="0"/>
        <w:ind w:firstLine="709"/>
        <w:jc w:val="right"/>
        <w:rPr>
          <w:lang w:val="ru-RU"/>
        </w:rPr>
      </w:pPr>
      <w:r w:rsidRPr="000A5C39">
        <w:rPr>
          <w:lang w:val="ru-RU"/>
        </w:rPr>
        <w:t>типографским способом</w:t>
      </w:r>
    </w:p>
    <w:p w14:paraId="55DA7EA6" w14:textId="77777777" w:rsidR="00457CDC" w:rsidRPr="000A5C39" w:rsidRDefault="00000000" w:rsidP="000A5C39">
      <w:pPr>
        <w:spacing w:after="0"/>
        <w:ind w:firstLine="709"/>
        <w:jc w:val="right"/>
        <w:rPr>
          <w:lang w:val="ru-RU"/>
        </w:rPr>
      </w:pPr>
      <w:r w:rsidRPr="000A5C39">
        <w:rPr>
          <w:lang w:val="ru-RU"/>
        </w:rPr>
        <w:t>№ [___номер___] от «[___]» [___месяц___] [___год___] г.</w:t>
      </w:r>
    </w:p>
    <w:p w14:paraId="3A397A3A" w14:textId="77777777" w:rsidR="00457CDC" w:rsidRPr="000A5C39" w:rsidRDefault="00457CDC">
      <w:pPr>
        <w:spacing w:after="0"/>
        <w:rPr>
          <w:lang w:val="ru-RU"/>
        </w:rPr>
      </w:pPr>
    </w:p>
    <w:p w14:paraId="4A12C754" w14:textId="77777777" w:rsidR="00457CDC" w:rsidRPr="000A5C39" w:rsidRDefault="00000000">
      <w:pPr>
        <w:spacing w:after="0"/>
        <w:ind w:firstLine="709"/>
        <w:jc w:val="both"/>
        <w:rPr>
          <w:lang w:val="ru-RU"/>
        </w:rPr>
      </w:pPr>
      <w:r w:rsidRPr="000A5C39">
        <w:rPr>
          <w:lang w:val="ru-RU"/>
        </w:rPr>
        <w:t>ТЕХНИЧЕСКОЕ ЗАДАНИЕ</w:t>
      </w:r>
    </w:p>
    <w:p w14:paraId="4D75CD90" w14:textId="77777777" w:rsidR="00457CDC" w:rsidRPr="000A5C39" w:rsidRDefault="00457CDC">
      <w:pPr>
        <w:spacing w:after="0"/>
        <w:rPr>
          <w:lang w:val="ru-RU"/>
        </w:rPr>
      </w:pPr>
    </w:p>
    <w:p w14:paraId="4F5259C1" w14:textId="5656A072" w:rsidR="00457CDC" w:rsidRPr="000A5C39" w:rsidRDefault="00000000" w:rsidP="000A5C39">
      <w:pPr>
        <w:spacing w:after="0"/>
        <w:ind w:left="283"/>
        <w:jc w:val="both"/>
      </w:pPr>
      <w:r w:rsidRPr="000A5C39">
        <w:rPr>
          <w:lang w:val="ru-RU"/>
        </w:rPr>
        <w:t>1. Наименование услуг: печать типографским способом авторефератов двух диссертационных работ, упаковка и доставка готовой продукции.</w:t>
      </w:r>
    </w:p>
    <w:p w14:paraId="27604FA9" w14:textId="545610AD" w:rsidR="00457CDC" w:rsidRPr="000A5C39" w:rsidRDefault="00000000" w:rsidP="000A5C39">
      <w:pPr>
        <w:spacing w:after="0"/>
        <w:ind w:left="283"/>
        <w:jc w:val="both"/>
      </w:pPr>
      <w:r w:rsidRPr="000A5C39">
        <w:t xml:space="preserve">2. </w:t>
      </w:r>
      <w:proofErr w:type="spellStart"/>
      <w:r w:rsidRPr="000A5C39">
        <w:t>Требования</w:t>
      </w:r>
      <w:proofErr w:type="spellEnd"/>
      <w:r w:rsidRPr="000A5C39">
        <w:t xml:space="preserve"> к </w:t>
      </w:r>
      <w:proofErr w:type="spellStart"/>
      <w:r w:rsidRPr="000A5C39">
        <w:t>печатной</w:t>
      </w:r>
      <w:proofErr w:type="spellEnd"/>
      <w:r w:rsidRPr="000A5C39">
        <w:t xml:space="preserve"> </w:t>
      </w:r>
      <w:proofErr w:type="spellStart"/>
      <w:r w:rsidRPr="000A5C39">
        <w:t>продукции</w:t>
      </w:r>
      <w:proofErr w:type="spellEnd"/>
      <w:r w:rsidRPr="000A5C39">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6"/>
        <w:gridCol w:w="1603"/>
        <w:gridCol w:w="1579"/>
        <w:gridCol w:w="1591"/>
        <w:gridCol w:w="1582"/>
        <w:gridCol w:w="1608"/>
      </w:tblGrid>
      <w:tr w:rsidR="00457CDC" w:rsidRPr="000A5C39" w14:paraId="4047E899" w14:textId="77777777">
        <w:trPr>
          <w:jc w:val="center"/>
        </w:trPr>
        <w:tc>
          <w:tcPr>
            <w:tcW w:w="1615" w:type="dxa"/>
          </w:tcPr>
          <w:p w14:paraId="34DCBE84" w14:textId="77777777" w:rsidR="00457CDC" w:rsidRPr="000A5C39" w:rsidRDefault="00000000">
            <w:pPr>
              <w:spacing w:before="20" w:after="20" w:line="276" w:lineRule="auto"/>
              <w:jc w:val="center"/>
            </w:pPr>
            <w:r w:rsidRPr="000A5C39">
              <w:rPr>
                <w:sz w:val="24"/>
              </w:rPr>
              <w:t>Наименование продукции</w:t>
            </w:r>
          </w:p>
        </w:tc>
        <w:tc>
          <w:tcPr>
            <w:tcW w:w="1615" w:type="dxa"/>
          </w:tcPr>
          <w:p w14:paraId="1385A9AB" w14:textId="77777777" w:rsidR="00457CDC" w:rsidRPr="000A5C39" w:rsidRDefault="00000000">
            <w:pPr>
              <w:spacing w:before="20" w:after="20" w:line="276" w:lineRule="auto"/>
              <w:jc w:val="center"/>
            </w:pPr>
            <w:r w:rsidRPr="000A5C39">
              <w:rPr>
                <w:sz w:val="24"/>
              </w:rPr>
              <w:t>Количество страниц</w:t>
            </w:r>
          </w:p>
        </w:tc>
        <w:tc>
          <w:tcPr>
            <w:tcW w:w="1615" w:type="dxa"/>
          </w:tcPr>
          <w:p w14:paraId="09CAC530" w14:textId="77777777" w:rsidR="00457CDC" w:rsidRPr="000A5C39" w:rsidRDefault="00000000">
            <w:pPr>
              <w:spacing w:before="20" w:after="20" w:line="276" w:lineRule="auto"/>
              <w:jc w:val="center"/>
            </w:pPr>
            <w:r w:rsidRPr="000A5C39">
              <w:rPr>
                <w:sz w:val="24"/>
              </w:rPr>
              <w:t>Формат</w:t>
            </w:r>
          </w:p>
        </w:tc>
        <w:tc>
          <w:tcPr>
            <w:tcW w:w="1615" w:type="dxa"/>
          </w:tcPr>
          <w:p w14:paraId="42FB8187" w14:textId="77777777" w:rsidR="00457CDC" w:rsidRPr="000A5C39" w:rsidRDefault="00000000">
            <w:pPr>
              <w:spacing w:before="20" w:after="20" w:line="276" w:lineRule="auto"/>
              <w:jc w:val="center"/>
            </w:pPr>
            <w:r w:rsidRPr="000A5C39">
              <w:rPr>
                <w:sz w:val="24"/>
              </w:rPr>
              <w:t>Бумага</w:t>
            </w:r>
          </w:p>
        </w:tc>
        <w:tc>
          <w:tcPr>
            <w:tcW w:w="1615" w:type="dxa"/>
          </w:tcPr>
          <w:p w14:paraId="45A4EFA2" w14:textId="77777777" w:rsidR="00457CDC" w:rsidRPr="000A5C39" w:rsidRDefault="00000000">
            <w:pPr>
              <w:spacing w:before="20" w:after="20" w:line="276" w:lineRule="auto"/>
              <w:jc w:val="center"/>
            </w:pPr>
            <w:r w:rsidRPr="000A5C39">
              <w:rPr>
                <w:sz w:val="24"/>
              </w:rPr>
              <w:t>Вид печати</w:t>
            </w:r>
          </w:p>
        </w:tc>
        <w:tc>
          <w:tcPr>
            <w:tcW w:w="1615" w:type="dxa"/>
          </w:tcPr>
          <w:p w14:paraId="638A00A7" w14:textId="77777777" w:rsidR="00457CDC" w:rsidRPr="000A5C39" w:rsidRDefault="00000000">
            <w:pPr>
              <w:spacing w:before="20" w:after="20" w:line="276" w:lineRule="auto"/>
              <w:jc w:val="center"/>
            </w:pPr>
            <w:r w:rsidRPr="000A5C39">
              <w:rPr>
                <w:sz w:val="24"/>
              </w:rPr>
              <w:t>Тираж</w:t>
            </w:r>
          </w:p>
        </w:tc>
      </w:tr>
      <w:tr w:rsidR="00457CDC" w:rsidRPr="000A5C39" w14:paraId="0BBAA9C5" w14:textId="77777777">
        <w:trPr>
          <w:jc w:val="center"/>
        </w:trPr>
        <w:tc>
          <w:tcPr>
            <w:tcW w:w="1615" w:type="dxa"/>
          </w:tcPr>
          <w:p w14:paraId="21B31EEF" w14:textId="77777777" w:rsidR="00457CDC" w:rsidRPr="000A5C39" w:rsidRDefault="00000000">
            <w:pPr>
              <w:spacing w:before="20" w:after="20" w:line="276" w:lineRule="auto"/>
            </w:pPr>
            <w:r w:rsidRPr="000A5C39">
              <w:rPr>
                <w:sz w:val="24"/>
              </w:rPr>
              <w:t>Автореферат диссертации № 1</w:t>
            </w:r>
          </w:p>
        </w:tc>
        <w:tc>
          <w:tcPr>
            <w:tcW w:w="1615" w:type="dxa"/>
          </w:tcPr>
          <w:p w14:paraId="6FB67922" w14:textId="77777777" w:rsidR="00457CDC" w:rsidRPr="000A5C39" w:rsidRDefault="00000000">
            <w:pPr>
              <w:spacing w:before="20" w:after="20" w:line="276" w:lineRule="auto"/>
            </w:pPr>
            <w:r w:rsidRPr="000A5C39">
              <w:rPr>
                <w:sz w:val="24"/>
              </w:rPr>
              <w:t>26 страниц</w:t>
            </w:r>
          </w:p>
        </w:tc>
        <w:tc>
          <w:tcPr>
            <w:tcW w:w="1615" w:type="dxa"/>
          </w:tcPr>
          <w:p w14:paraId="4652040A" w14:textId="77777777" w:rsidR="00457CDC" w:rsidRPr="000A5C39" w:rsidRDefault="00000000">
            <w:pPr>
              <w:spacing w:before="20" w:after="20" w:line="276" w:lineRule="auto"/>
            </w:pPr>
            <w:r w:rsidRPr="000A5C39">
              <w:rPr>
                <w:sz w:val="24"/>
              </w:rPr>
              <w:t>60х84 1/16</w:t>
            </w:r>
          </w:p>
        </w:tc>
        <w:tc>
          <w:tcPr>
            <w:tcW w:w="1615" w:type="dxa"/>
          </w:tcPr>
          <w:p w14:paraId="5371C2AE" w14:textId="77777777" w:rsidR="00457CDC" w:rsidRPr="000A5C39" w:rsidRDefault="00000000">
            <w:pPr>
              <w:spacing w:before="20" w:after="20" w:line="276" w:lineRule="auto"/>
            </w:pPr>
            <w:r w:rsidRPr="000A5C39">
              <w:rPr>
                <w:sz w:val="24"/>
              </w:rPr>
              <w:t>Офсетная</w:t>
            </w:r>
          </w:p>
        </w:tc>
        <w:tc>
          <w:tcPr>
            <w:tcW w:w="1615" w:type="dxa"/>
          </w:tcPr>
          <w:p w14:paraId="4E467F40" w14:textId="77777777" w:rsidR="00457CDC" w:rsidRPr="000A5C39" w:rsidRDefault="00000000">
            <w:pPr>
              <w:spacing w:before="20" w:after="20" w:line="276" w:lineRule="auto"/>
            </w:pPr>
            <w:r w:rsidRPr="000A5C39">
              <w:rPr>
                <w:sz w:val="24"/>
              </w:rPr>
              <w:t>Цветная</w:t>
            </w:r>
          </w:p>
        </w:tc>
        <w:tc>
          <w:tcPr>
            <w:tcW w:w="1615" w:type="dxa"/>
          </w:tcPr>
          <w:p w14:paraId="018CA5A0" w14:textId="77777777" w:rsidR="00457CDC" w:rsidRPr="000A5C39" w:rsidRDefault="00000000">
            <w:pPr>
              <w:spacing w:before="20" w:after="20" w:line="276" w:lineRule="auto"/>
            </w:pPr>
            <w:r w:rsidRPr="000A5C39">
              <w:rPr>
                <w:sz w:val="24"/>
              </w:rPr>
              <w:t>80 экземпляров</w:t>
            </w:r>
          </w:p>
        </w:tc>
      </w:tr>
      <w:tr w:rsidR="00457CDC" w:rsidRPr="000A5C39" w14:paraId="3947A1D2" w14:textId="77777777">
        <w:trPr>
          <w:jc w:val="center"/>
        </w:trPr>
        <w:tc>
          <w:tcPr>
            <w:tcW w:w="1615" w:type="dxa"/>
          </w:tcPr>
          <w:p w14:paraId="130F985A" w14:textId="77777777" w:rsidR="00457CDC" w:rsidRPr="000A5C39" w:rsidRDefault="00000000">
            <w:pPr>
              <w:spacing w:before="20" w:after="20" w:line="276" w:lineRule="auto"/>
            </w:pPr>
            <w:r w:rsidRPr="000A5C39">
              <w:rPr>
                <w:sz w:val="24"/>
              </w:rPr>
              <w:t>Автореферат диссертации № 2</w:t>
            </w:r>
          </w:p>
        </w:tc>
        <w:tc>
          <w:tcPr>
            <w:tcW w:w="1615" w:type="dxa"/>
          </w:tcPr>
          <w:p w14:paraId="585472FF" w14:textId="77777777" w:rsidR="00457CDC" w:rsidRPr="000A5C39" w:rsidRDefault="00000000">
            <w:pPr>
              <w:spacing w:before="20" w:after="20" w:line="276" w:lineRule="auto"/>
            </w:pPr>
            <w:r w:rsidRPr="000A5C39">
              <w:rPr>
                <w:sz w:val="24"/>
              </w:rPr>
              <w:t>32 страницы</w:t>
            </w:r>
          </w:p>
        </w:tc>
        <w:tc>
          <w:tcPr>
            <w:tcW w:w="1615" w:type="dxa"/>
          </w:tcPr>
          <w:p w14:paraId="3ACC8EF8" w14:textId="77777777" w:rsidR="00457CDC" w:rsidRPr="000A5C39" w:rsidRDefault="00000000">
            <w:pPr>
              <w:spacing w:before="20" w:after="20" w:line="276" w:lineRule="auto"/>
            </w:pPr>
            <w:r w:rsidRPr="000A5C39">
              <w:rPr>
                <w:sz w:val="24"/>
              </w:rPr>
              <w:t>60х84 1/16</w:t>
            </w:r>
          </w:p>
        </w:tc>
        <w:tc>
          <w:tcPr>
            <w:tcW w:w="1615" w:type="dxa"/>
          </w:tcPr>
          <w:p w14:paraId="549598A8" w14:textId="77777777" w:rsidR="00457CDC" w:rsidRPr="000A5C39" w:rsidRDefault="00000000">
            <w:pPr>
              <w:spacing w:before="20" w:after="20" w:line="276" w:lineRule="auto"/>
            </w:pPr>
            <w:r w:rsidRPr="000A5C39">
              <w:rPr>
                <w:sz w:val="24"/>
              </w:rPr>
              <w:t>Офсетная</w:t>
            </w:r>
          </w:p>
        </w:tc>
        <w:tc>
          <w:tcPr>
            <w:tcW w:w="1615" w:type="dxa"/>
          </w:tcPr>
          <w:p w14:paraId="0A0E59B3" w14:textId="77777777" w:rsidR="00457CDC" w:rsidRPr="000A5C39" w:rsidRDefault="00000000">
            <w:pPr>
              <w:spacing w:before="20" w:after="20" w:line="276" w:lineRule="auto"/>
            </w:pPr>
            <w:r w:rsidRPr="000A5C39">
              <w:rPr>
                <w:sz w:val="24"/>
              </w:rPr>
              <w:t>Цветная</w:t>
            </w:r>
          </w:p>
        </w:tc>
        <w:tc>
          <w:tcPr>
            <w:tcW w:w="1615" w:type="dxa"/>
          </w:tcPr>
          <w:p w14:paraId="6393D462" w14:textId="77777777" w:rsidR="00457CDC" w:rsidRPr="000A5C39" w:rsidRDefault="00000000">
            <w:pPr>
              <w:spacing w:before="20" w:after="20" w:line="276" w:lineRule="auto"/>
            </w:pPr>
            <w:r w:rsidRPr="000A5C39">
              <w:rPr>
                <w:sz w:val="24"/>
              </w:rPr>
              <w:t>80 экземпляров</w:t>
            </w:r>
          </w:p>
        </w:tc>
      </w:tr>
    </w:tbl>
    <w:p w14:paraId="0C17D68D" w14:textId="77777777" w:rsidR="00457CDC" w:rsidRPr="000A5C39" w:rsidRDefault="00457CDC">
      <w:pPr>
        <w:spacing w:after="0"/>
      </w:pPr>
    </w:p>
    <w:p w14:paraId="3C4B7DF6" w14:textId="04CA9FD5" w:rsidR="00457CDC" w:rsidRPr="000A5C39" w:rsidRDefault="00000000" w:rsidP="000A5C39">
      <w:pPr>
        <w:spacing w:after="0"/>
        <w:ind w:left="283"/>
        <w:jc w:val="both"/>
      </w:pPr>
      <w:r w:rsidRPr="000A5C39">
        <w:rPr>
          <w:lang w:val="ru-RU"/>
        </w:rPr>
        <w:t>3. Макеты авторефератов передаются Заказчиком Исполнителю в электронном виде. Исполнитель осуществляет печать строго в соответствии с переданными Заказчиком макетами.</w:t>
      </w:r>
    </w:p>
    <w:p w14:paraId="30EDF92C" w14:textId="6C625FD4" w:rsidR="00457CDC" w:rsidRPr="000A5C39" w:rsidRDefault="00000000" w:rsidP="000A5C39">
      <w:pPr>
        <w:spacing w:after="0"/>
        <w:ind w:left="283"/>
        <w:jc w:val="both"/>
      </w:pPr>
      <w:r w:rsidRPr="000A5C39">
        <w:rPr>
          <w:lang w:val="ru-RU"/>
        </w:rPr>
        <w:t>4. Готовая продукция должна быть упакована способом, обеспечивающим ее сохранность при транспортировке.</w:t>
      </w:r>
    </w:p>
    <w:p w14:paraId="339C61C3" w14:textId="150343BA" w:rsidR="00457CDC" w:rsidRPr="000A5C39" w:rsidRDefault="00000000" w:rsidP="000A5C39">
      <w:pPr>
        <w:spacing w:after="0"/>
        <w:ind w:left="283"/>
        <w:jc w:val="both"/>
      </w:pPr>
      <w:r w:rsidRPr="000A5C39">
        <w:rPr>
          <w:lang w:val="ru-RU"/>
        </w:rPr>
        <w:t xml:space="preserve">5. Адрес доставки: Московская область, г. Черноголовка, ул. Академика </w:t>
      </w:r>
      <w:proofErr w:type="spellStart"/>
      <w:r w:rsidRPr="000A5C39">
        <w:rPr>
          <w:lang w:val="ru-RU"/>
        </w:rPr>
        <w:t>Осипьяна</w:t>
      </w:r>
      <w:proofErr w:type="spellEnd"/>
      <w:r w:rsidRPr="000A5C39">
        <w:rPr>
          <w:lang w:val="ru-RU"/>
        </w:rPr>
        <w:t>, д. 2.</w:t>
      </w:r>
    </w:p>
    <w:p w14:paraId="0D2DBE2B" w14:textId="3949E5DA" w:rsidR="00457CDC" w:rsidRPr="000A5C39" w:rsidRDefault="00000000" w:rsidP="000A5C39">
      <w:pPr>
        <w:spacing w:after="0"/>
        <w:ind w:left="283"/>
        <w:jc w:val="both"/>
      </w:pPr>
      <w:r w:rsidRPr="000A5C39">
        <w:rPr>
          <w:lang w:val="ru-RU"/>
        </w:rPr>
        <w:t>6. Доставка продукции включена в цену Контракта.</w:t>
      </w:r>
    </w:p>
    <w:p w14:paraId="2EE522DB" w14:textId="77777777" w:rsidR="00457CDC" w:rsidRPr="000A5C39" w:rsidRDefault="00000000">
      <w:pPr>
        <w:spacing w:after="0"/>
        <w:ind w:left="283"/>
        <w:jc w:val="both"/>
        <w:rPr>
          <w:lang w:val="ru-RU"/>
        </w:rPr>
      </w:pPr>
      <w:r w:rsidRPr="000A5C39">
        <w:rPr>
          <w:lang w:val="ru-RU"/>
        </w:rPr>
        <w:t xml:space="preserve">7. Не допускаются экземпляры с </w:t>
      </w:r>
      <w:proofErr w:type="spellStart"/>
      <w:r w:rsidRPr="000A5C39">
        <w:rPr>
          <w:lang w:val="ru-RU"/>
        </w:rPr>
        <w:t>непропечатанным</w:t>
      </w:r>
      <w:proofErr w:type="spellEnd"/>
      <w:r w:rsidRPr="000A5C39">
        <w:rPr>
          <w:lang w:val="ru-RU"/>
        </w:rPr>
        <w:t xml:space="preserve"> текстом, поврежденными листами, нарушенной последовательностью страниц, несоответствием </w:t>
      </w:r>
      <w:r w:rsidRPr="000A5C39">
        <w:rPr>
          <w:lang w:val="ru-RU"/>
        </w:rPr>
        <w:lastRenderedPageBreak/>
        <w:t>количества страниц, загрязнениями, механическими повреждениями и иными дефектами, препятствующими использованию продукции по назначению.</w:t>
      </w:r>
    </w:p>
    <w:p w14:paraId="2776FDFB" w14:textId="77777777" w:rsidR="00457CDC" w:rsidRPr="000A5C39" w:rsidRDefault="00457CDC">
      <w:pPr>
        <w:spacing w:after="0"/>
        <w:rPr>
          <w:lang w:val="ru-RU"/>
        </w:rPr>
      </w:pPr>
    </w:p>
    <w:p w14:paraId="1AFA5888" w14:textId="77777777" w:rsidR="00457CDC" w:rsidRPr="000A5C39" w:rsidRDefault="00000000">
      <w:pPr>
        <w:spacing w:before="120" w:after="40"/>
        <w:rPr>
          <w:lang w:val="ru-RU"/>
        </w:rPr>
      </w:pPr>
      <w:r w:rsidRPr="000A5C39">
        <w:rPr>
          <w:lang w:val="ru-RU"/>
        </w:rPr>
        <w:t>ЗАКАЗЧИК:</w:t>
      </w:r>
    </w:p>
    <w:p w14:paraId="112324CA" w14:textId="77777777" w:rsidR="00457CDC" w:rsidRPr="000A5C39" w:rsidRDefault="00457CDC">
      <w:pPr>
        <w:spacing w:after="0"/>
        <w:rPr>
          <w:lang w:val="ru-RU"/>
        </w:rPr>
      </w:pPr>
    </w:p>
    <w:p w14:paraId="0C470286" w14:textId="77777777" w:rsidR="00457CDC" w:rsidRPr="000A5C39" w:rsidRDefault="00000000">
      <w:pPr>
        <w:spacing w:after="0"/>
        <w:ind w:firstLine="709"/>
        <w:jc w:val="both"/>
        <w:rPr>
          <w:lang w:val="ru-RU"/>
        </w:rPr>
      </w:pPr>
      <w:r w:rsidRPr="000A5C39">
        <w:rPr>
          <w:lang w:val="ru-RU"/>
        </w:rPr>
        <w:t>[___ФИО___] / подпись</w:t>
      </w:r>
    </w:p>
    <w:p w14:paraId="1B387771" w14:textId="77777777" w:rsidR="00457CDC" w:rsidRPr="000A5C39" w:rsidRDefault="00457CDC">
      <w:pPr>
        <w:spacing w:after="0"/>
        <w:rPr>
          <w:lang w:val="ru-RU"/>
        </w:rPr>
      </w:pPr>
    </w:p>
    <w:p w14:paraId="37CD1FEB" w14:textId="6303A746" w:rsidR="00457CDC" w:rsidRPr="000A5C39" w:rsidRDefault="00000000" w:rsidP="000A5C39">
      <w:pPr>
        <w:spacing w:before="120" w:after="40"/>
      </w:pPr>
      <w:r w:rsidRPr="000A5C39">
        <w:rPr>
          <w:lang w:val="ru-RU"/>
        </w:rPr>
        <w:t>ИСПОЛНИТЕЛЬ:</w:t>
      </w:r>
    </w:p>
    <w:p w14:paraId="534E3963" w14:textId="77777777" w:rsidR="00457CDC" w:rsidRPr="000A5C39" w:rsidRDefault="00000000">
      <w:pPr>
        <w:spacing w:after="0"/>
        <w:jc w:val="right"/>
        <w:rPr>
          <w:lang w:val="ru-RU"/>
        </w:rPr>
      </w:pPr>
      <w:r w:rsidRPr="000A5C39">
        <w:rPr>
          <w:lang w:val="ru-RU"/>
        </w:rPr>
        <w:t>[___ФИО___] / подпись</w:t>
      </w:r>
    </w:p>
    <w:sectPr w:rsidR="00457CDC" w:rsidRPr="000A5C39" w:rsidSect="0003461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86698251">
    <w:abstractNumId w:val="8"/>
  </w:num>
  <w:num w:numId="2" w16cid:durableId="1681736358">
    <w:abstractNumId w:val="6"/>
  </w:num>
  <w:num w:numId="3" w16cid:durableId="687684493">
    <w:abstractNumId w:val="5"/>
  </w:num>
  <w:num w:numId="4" w16cid:durableId="1500466226">
    <w:abstractNumId w:val="4"/>
  </w:num>
  <w:num w:numId="5" w16cid:durableId="118109841">
    <w:abstractNumId w:val="7"/>
  </w:num>
  <w:num w:numId="6" w16cid:durableId="1616062025">
    <w:abstractNumId w:val="3"/>
  </w:num>
  <w:num w:numId="7" w16cid:durableId="1424035756">
    <w:abstractNumId w:val="2"/>
  </w:num>
  <w:num w:numId="8" w16cid:durableId="635917321">
    <w:abstractNumId w:val="1"/>
  </w:num>
  <w:num w:numId="9" w16cid:durableId="160919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C39"/>
    <w:rsid w:val="0015074B"/>
    <w:rsid w:val="001913C5"/>
    <w:rsid w:val="0029639D"/>
    <w:rsid w:val="00326F90"/>
    <w:rsid w:val="00457CD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E7A8F"/>
  <w14:defaultImageDpi w14:val="300"/>
  <w15:docId w15:val="{9D46678D-4AE2-4563-8DB0-113C6B8D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360" w:lineRule="auto"/>
    </w:pPr>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2037</Words>
  <Characters>11612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dc:title>
  <dc:subject/>
  <dc:creator>python-docx</dc:creator>
  <cp:keywords/>
  <dc:description>Сгенерировано AI-консультантом «Карманный Консультант»</dc:description>
  <cp:lastModifiedBy>Юлия Кубай</cp:lastModifiedBy>
  <cp:revision>2</cp:revision>
  <dcterms:created xsi:type="dcterms:W3CDTF">2026-08-10T13:12:00Z</dcterms:created>
  <dcterms:modified xsi:type="dcterms:W3CDTF">2026-08-10T13:12:00Z</dcterms:modified>
  <cp:category/>
</cp:coreProperties>
</file>