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52296" w14:textId="0210906F" w:rsidR="00CA7954" w:rsidRPr="000449D2" w:rsidRDefault="003B0880" w:rsidP="000449D2">
      <w:pPr>
        <w:jc w:val="center"/>
        <w:rPr>
          <w:b/>
          <w:bCs/>
          <w:lang w:val="ru-RU"/>
        </w:rPr>
      </w:pPr>
      <w:r w:rsidRPr="000449D2">
        <w:rPr>
          <w:b/>
          <w:bCs/>
          <w:lang w:val="ru-RU"/>
        </w:rPr>
        <w:t xml:space="preserve">Техническое задание на оказание услуги по диагностике </w:t>
      </w:r>
      <w:r w:rsidR="00413BDB" w:rsidRPr="00413BDB">
        <w:rPr>
          <w:b/>
          <w:bCs/>
          <w:lang w:val="ru-RU"/>
        </w:rPr>
        <w:t>и техническо</w:t>
      </w:r>
      <w:r w:rsidR="00413BDB">
        <w:rPr>
          <w:b/>
          <w:bCs/>
          <w:lang w:val="ru-RU"/>
        </w:rPr>
        <w:t>му</w:t>
      </w:r>
      <w:r w:rsidR="00413BDB" w:rsidRPr="00413BDB">
        <w:rPr>
          <w:b/>
          <w:bCs/>
          <w:lang w:val="ru-RU"/>
        </w:rPr>
        <w:t xml:space="preserve"> обслуживани</w:t>
      </w:r>
      <w:r w:rsidR="00413BDB">
        <w:rPr>
          <w:b/>
          <w:bCs/>
          <w:lang w:val="ru-RU"/>
        </w:rPr>
        <w:t>ю</w:t>
      </w:r>
      <w:r w:rsidR="00413BDB" w:rsidRPr="00413BDB">
        <w:rPr>
          <w:b/>
          <w:bCs/>
          <w:lang w:val="ru-RU"/>
        </w:rPr>
        <w:t xml:space="preserve"> </w:t>
      </w:r>
      <w:r w:rsidRPr="000449D2">
        <w:rPr>
          <w:b/>
          <w:bCs/>
          <w:lang w:val="ru-RU"/>
        </w:rPr>
        <w:t>многофункциональн</w:t>
      </w:r>
      <w:r w:rsidR="00BE28C0" w:rsidRPr="000449D2">
        <w:rPr>
          <w:b/>
          <w:bCs/>
          <w:lang w:val="ru-RU"/>
        </w:rPr>
        <w:t>ых</w:t>
      </w:r>
      <w:r w:rsidRPr="000449D2">
        <w:rPr>
          <w:b/>
          <w:bCs/>
          <w:lang w:val="ru-RU"/>
        </w:rPr>
        <w:t xml:space="preserve"> устройств (МФУ)</w:t>
      </w:r>
      <w:r w:rsidR="00BE28C0" w:rsidRPr="000449D2">
        <w:rPr>
          <w:b/>
          <w:bCs/>
          <w:lang w:val="ru-RU"/>
        </w:rPr>
        <w:t xml:space="preserve"> и пр</w:t>
      </w:r>
      <w:r w:rsidR="000449D2" w:rsidRPr="000449D2">
        <w:rPr>
          <w:b/>
          <w:bCs/>
          <w:lang w:val="ru-RU"/>
        </w:rPr>
        <w:t>и</w:t>
      </w:r>
      <w:r w:rsidR="00BE28C0" w:rsidRPr="000449D2">
        <w:rPr>
          <w:b/>
          <w:bCs/>
          <w:lang w:val="ru-RU"/>
        </w:rPr>
        <w:t>нтеров</w:t>
      </w:r>
    </w:p>
    <w:p w14:paraId="718B29F2" w14:textId="77777777" w:rsidR="00BE28C0" w:rsidRPr="00632FF3" w:rsidRDefault="003B0880" w:rsidP="00632FF3">
      <w:pPr>
        <w:pStyle w:val="ae"/>
        <w:numPr>
          <w:ilvl w:val="0"/>
          <w:numId w:val="13"/>
        </w:numPr>
        <w:spacing w:before="240" w:after="0" w:line="240" w:lineRule="auto"/>
        <w:ind w:left="357" w:firstLine="720"/>
        <w:jc w:val="both"/>
        <w:rPr>
          <w:b/>
          <w:bCs/>
          <w:lang w:val="ru-RU"/>
        </w:rPr>
      </w:pPr>
      <w:r w:rsidRPr="00632FF3">
        <w:rPr>
          <w:b/>
          <w:bCs/>
          <w:lang w:val="ru-RU"/>
        </w:rPr>
        <w:t>Цель и описание работ</w:t>
      </w:r>
    </w:p>
    <w:p w14:paraId="6C3C3599" w14:textId="69FD3AEC" w:rsidR="00BE28C0" w:rsidRPr="00BE28C0" w:rsidRDefault="003B0880" w:rsidP="00BE28C0">
      <w:pPr>
        <w:spacing w:after="0" w:line="240" w:lineRule="auto"/>
        <w:ind w:firstLine="567"/>
        <w:jc w:val="both"/>
        <w:rPr>
          <w:lang w:val="ru-RU"/>
        </w:rPr>
      </w:pPr>
      <w:r w:rsidRPr="00BE28C0">
        <w:rPr>
          <w:lang w:val="ru-RU"/>
        </w:rPr>
        <w:t xml:space="preserve">Целью </w:t>
      </w:r>
      <w:r w:rsidR="00BE28C0">
        <w:rPr>
          <w:lang w:val="ru-RU"/>
        </w:rPr>
        <w:t>работ по диагностике</w:t>
      </w:r>
      <w:r w:rsidRPr="00BE28C0">
        <w:rPr>
          <w:lang w:val="ru-RU"/>
        </w:rPr>
        <w:t xml:space="preserve"> является проведение полной аппаратной и программной диагностики </w:t>
      </w:r>
      <w:r w:rsidR="00413BDB">
        <w:rPr>
          <w:lang w:val="ru-RU"/>
        </w:rPr>
        <w:t xml:space="preserve">и технического обслуживания </w:t>
      </w:r>
      <w:r w:rsidRPr="00BE28C0">
        <w:rPr>
          <w:lang w:val="ru-RU"/>
        </w:rPr>
        <w:t>многофункциональн</w:t>
      </w:r>
      <w:r w:rsidR="00BE28C0" w:rsidRPr="00BE28C0">
        <w:rPr>
          <w:lang w:val="ru-RU"/>
        </w:rPr>
        <w:t>ых</w:t>
      </w:r>
      <w:r w:rsidRPr="00BE28C0">
        <w:rPr>
          <w:lang w:val="ru-RU"/>
        </w:rPr>
        <w:t xml:space="preserve"> устройств (МФУ) </w:t>
      </w:r>
      <w:r w:rsidR="00BE28C0" w:rsidRPr="00BE28C0">
        <w:rPr>
          <w:lang w:val="ru-RU"/>
        </w:rPr>
        <w:t xml:space="preserve">и принтеров </w:t>
      </w:r>
      <w:r w:rsidRPr="00BE28C0">
        <w:rPr>
          <w:lang w:val="ru-RU"/>
        </w:rPr>
        <w:t>Заказчика для определения причин неисправностей, снижения производительности либо некорректной работы оборудования.</w:t>
      </w:r>
    </w:p>
    <w:p w14:paraId="30033E2A" w14:textId="77777777" w:rsidR="003F23B4" w:rsidRPr="00632FF3" w:rsidRDefault="003B0880" w:rsidP="00632FF3">
      <w:pPr>
        <w:pStyle w:val="ae"/>
        <w:numPr>
          <w:ilvl w:val="0"/>
          <w:numId w:val="13"/>
        </w:numPr>
        <w:spacing w:before="240" w:after="0" w:line="240" w:lineRule="auto"/>
        <w:ind w:left="357" w:firstLine="720"/>
        <w:jc w:val="both"/>
        <w:rPr>
          <w:b/>
          <w:bCs/>
          <w:lang w:val="ru-RU"/>
        </w:rPr>
      </w:pPr>
      <w:bookmarkStart w:id="0" w:name="_Hlk203059815"/>
      <w:r w:rsidRPr="00632FF3">
        <w:rPr>
          <w:b/>
          <w:bCs/>
          <w:lang w:val="ru-RU"/>
        </w:rPr>
        <w:t>Состав и объем работ</w:t>
      </w:r>
      <w:bookmarkEnd w:id="0"/>
    </w:p>
    <w:p w14:paraId="48687DD8" w14:textId="11B0055C" w:rsidR="003F23B4" w:rsidRDefault="003B0880" w:rsidP="003F23B4">
      <w:pPr>
        <w:pStyle w:val="ae"/>
        <w:numPr>
          <w:ilvl w:val="1"/>
          <w:numId w:val="13"/>
        </w:numPr>
        <w:spacing w:after="0" w:line="240" w:lineRule="auto"/>
        <w:jc w:val="both"/>
        <w:rPr>
          <w:lang w:val="ru-RU"/>
        </w:rPr>
      </w:pPr>
      <w:r w:rsidRPr="003F23B4">
        <w:rPr>
          <w:lang w:val="ru-RU"/>
        </w:rPr>
        <w:t>Исполнитель пров</w:t>
      </w:r>
      <w:r w:rsidR="003F23B4">
        <w:rPr>
          <w:lang w:val="ru-RU"/>
        </w:rPr>
        <w:t>одит</w:t>
      </w:r>
      <w:r w:rsidRPr="003F23B4">
        <w:rPr>
          <w:lang w:val="ru-RU"/>
        </w:rPr>
        <w:t xml:space="preserve"> комплексную диагностику </w:t>
      </w:r>
      <w:r w:rsidR="006F1D8F">
        <w:rPr>
          <w:lang w:val="ru-RU"/>
        </w:rPr>
        <w:t xml:space="preserve">и техническое обслуживание </w:t>
      </w:r>
      <w:r w:rsidRPr="003F23B4">
        <w:rPr>
          <w:lang w:val="ru-RU"/>
        </w:rPr>
        <w:t>МФУ</w:t>
      </w:r>
      <w:r w:rsidR="00BE28C0" w:rsidRPr="003F23B4">
        <w:rPr>
          <w:lang w:val="ru-RU"/>
        </w:rPr>
        <w:t xml:space="preserve"> и принтеров</w:t>
      </w:r>
      <w:r w:rsidR="006F1D8F">
        <w:rPr>
          <w:lang w:val="ru-RU"/>
        </w:rPr>
        <w:t xml:space="preserve"> Заказчика</w:t>
      </w:r>
      <w:r w:rsidR="003F23B4" w:rsidRPr="003F23B4">
        <w:rPr>
          <w:lang w:val="ru-RU"/>
        </w:rPr>
        <w:t>, в соответствии со следующим списком</w:t>
      </w:r>
    </w:p>
    <w:p w14:paraId="68FB4C3F" w14:textId="77777777" w:rsidR="00E25030" w:rsidRDefault="00E25030" w:rsidP="00E25030">
      <w:pPr>
        <w:spacing w:after="0" w:line="240" w:lineRule="auto"/>
        <w:jc w:val="both"/>
        <w:rPr>
          <w:lang w:val="ru-RU"/>
        </w:rPr>
      </w:pPr>
    </w:p>
    <w:tbl>
      <w:tblPr>
        <w:tblStyle w:val="aff0"/>
        <w:tblW w:w="9672" w:type="dxa"/>
        <w:tblLook w:val="04A0" w:firstRow="1" w:lastRow="0" w:firstColumn="1" w:lastColumn="0" w:noHBand="0" w:noVBand="1"/>
      </w:tblPr>
      <w:tblGrid>
        <w:gridCol w:w="562"/>
        <w:gridCol w:w="2869"/>
        <w:gridCol w:w="1809"/>
        <w:gridCol w:w="4432"/>
      </w:tblGrid>
      <w:tr w:rsidR="00E25030" w:rsidRPr="00E25030" w14:paraId="63B65B31" w14:textId="77777777" w:rsidTr="00E25030">
        <w:trPr>
          <w:trHeight w:val="290"/>
        </w:trPr>
        <w:tc>
          <w:tcPr>
            <w:tcW w:w="562" w:type="dxa"/>
          </w:tcPr>
          <w:p w14:paraId="3D7C19CA" w14:textId="4811CB58" w:rsidR="00E25030" w:rsidRPr="00E25030" w:rsidRDefault="00E25030" w:rsidP="00E25030">
            <w:pPr>
              <w:jc w:val="both"/>
              <w:rPr>
                <w:b/>
                <w:bCs/>
              </w:rPr>
            </w:pPr>
            <w:r w:rsidRPr="00E25030">
              <w:rPr>
                <w:b/>
                <w:bCs/>
              </w:rPr>
              <w:t xml:space="preserve">N </w:t>
            </w:r>
            <w:r w:rsidRPr="00E25030">
              <w:rPr>
                <w:b/>
                <w:bCs/>
                <w:lang w:val="ru-RU"/>
              </w:rPr>
              <w:t>пп</w:t>
            </w:r>
          </w:p>
        </w:tc>
        <w:tc>
          <w:tcPr>
            <w:tcW w:w="2869" w:type="dxa"/>
            <w:noWrap/>
            <w:hideMark/>
          </w:tcPr>
          <w:p w14:paraId="140BE7B0" w14:textId="2244FC39" w:rsidR="00E25030" w:rsidRPr="00E25030" w:rsidRDefault="00E25030" w:rsidP="00E25030">
            <w:pPr>
              <w:jc w:val="both"/>
              <w:rPr>
                <w:b/>
                <w:bCs/>
              </w:rPr>
            </w:pPr>
            <w:r w:rsidRPr="00E25030">
              <w:rPr>
                <w:b/>
                <w:bCs/>
              </w:rPr>
              <w:t>Устройство</w:t>
            </w:r>
          </w:p>
        </w:tc>
        <w:tc>
          <w:tcPr>
            <w:tcW w:w="1809" w:type="dxa"/>
            <w:noWrap/>
            <w:hideMark/>
          </w:tcPr>
          <w:p w14:paraId="27C4071B" w14:textId="4FD790A5" w:rsidR="00E25030" w:rsidRPr="00381E2C" w:rsidRDefault="00E25030" w:rsidP="00E25030">
            <w:pPr>
              <w:jc w:val="both"/>
              <w:rPr>
                <w:b/>
                <w:bCs/>
                <w:lang w:val="ru-RU"/>
              </w:rPr>
            </w:pPr>
            <w:r w:rsidRPr="00E25030">
              <w:rPr>
                <w:b/>
                <w:bCs/>
              </w:rPr>
              <w:t>Инв</w:t>
            </w:r>
            <w:r w:rsidR="00381E2C">
              <w:rPr>
                <w:b/>
                <w:bCs/>
              </w:rPr>
              <w:t xml:space="preserve"> </w:t>
            </w:r>
            <w:r w:rsidR="00381E2C">
              <w:rPr>
                <w:b/>
                <w:bCs/>
                <w:lang w:val="ru-RU"/>
              </w:rPr>
              <w:t>номер</w:t>
            </w:r>
          </w:p>
        </w:tc>
        <w:tc>
          <w:tcPr>
            <w:tcW w:w="4432" w:type="dxa"/>
            <w:noWrap/>
            <w:hideMark/>
          </w:tcPr>
          <w:p w14:paraId="1C898B6B" w14:textId="77777777" w:rsidR="00E25030" w:rsidRPr="00E25030" w:rsidRDefault="00E25030" w:rsidP="00E25030">
            <w:pPr>
              <w:jc w:val="both"/>
              <w:rPr>
                <w:b/>
                <w:bCs/>
              </w:rPr>
            </w:pPr>
            <w:r w:rsidRPr="00E25030">
              <w:rPr>
                <w:b/>
                <w:bCs/>
              </w:rPr>
              <w:t>Неисправность</w:t>
            </w:r>
          </w:p>
        </w:tc>
      </w:tr>
      <w:tr w:rsidR="009B0787" w:rsidRPr="009B0787" w14:paraId="21E955A3" w14:textId="77777777" w:rsidTr="00E25030">
        <w:trPr>
          <w:trHeight w:val="290"/>
        </w:trPr>
        <w:tc>
          <w:tcPr>
            <w:tcW w:w="562" w:type="dxa"/>
          </w:tcPr>
          <w:p w14:paraId="69A91E1F" w14:textId="022E9F49" w:rsidR="009B0787" w:rsidRPr="00E25030" w:rsidRDefault="009B0787" w:rsidP="009B0787">
            <w:pPr>
              <w:jc w:val="both"/>
            </w:pPr>
            <w:r w:rsidRPr="000D3FDA">
              <w:rPr>
                <w:lang w:val="ru-RU"/>
              </w:rPr>
              <w:t>1</w:t>
            </w:r>
          </w:p>
        </w:tc>
        <w:tc>
          <w:tcPr>
            <w:tcW w:w="2869" w:type="dxa"/>
            <w:noWrap/>
            <w:hideMark/>
          </w:tcPr>
          <w:p w14:paraId="65D5400A" w14:textId="4A775129" w:rsidR="009B0787" w:rsidRPr="00E25030" w:rsidRDefault="009B0787" w:rsidP="009B0787">
            <w:pPr>
              <w:jc w:val="both"/>
            </w:pPr>
            <w:r w:rsidRPr="007F34A3">
              <w:rPr>
                <w:rFonts w:ascii="Times New Roman" w:eastAsia="Calibri" w:hAnsi="Times New Roman" w:cs="Times New Roman"/>
              </w:rPr>
              <w:t>Kyocera ECOSYS M2540dn</w:t>
            </w:r>
          </w:p>
        </w:tc>
        <w:tc>
          <w:tcPr>
            <w:tcW w:w="1809" w:type="dxa"/>
            <w:noWrap/>
            <w:hideMark/>
          </w:tcPr>
          <w:p w14:paraId="4106A649" w14:textId="40A65850" w:rsidR="009B0787" w:rsidRPr="00E25030" w:rsidRDefault="009B0787" w:rsidP="009B0787">
            <w:pPr>
              <w:jc w:val="both"/>
            </w:pPr>
            <w:r w:rsidRPr="007F34A3">
              <w:rPr>
                <w:rFonts w:ascii="Times New Roman" w:eastAsia="Calibri" w:hAnsi="Times New Roman" w:cs="Times New Roman"/>
              </w:rPr>
              <w:t>101 342 000 657</w:t>
            </w:r>
          </w:p>
        </w:tc>
        <w:tc>
          <w:tcPr>
            <w:tcW w:w="4432" w:type="dxa"/>
            <w:noWrap/>
            <w:hideMark/>
          </w:tcPr>
          <w:p w14:paraId="4AA11D2E" w14:textId="3A5C5318" w:rsidR="009B0787" w:rsidRPr="00E25030" w:rsidRDefault="009B0787" w:rsidP="009B0787">
            <w:pPr>
              <w:jc w:val="both"/>
              <w:rPr>
                <w:lang w:val="ru-RU"/>
              </w:rPr>
            </w:pPr>
            <w:r w:rsidRPr="00E25030">
              <w:rPr>
                <w:lang w:val="ru-RU"/>
              </w:rPr>
              <w:t xml:space="preserve">Грязь при печати. </w:t>
            </w:r>
            <w:r>
              <w:rPr>
                <w:lang w:val="ru-RU"/>
              </w:rPr>
              <w:t>Черные полосы.</w:t>
            </w:r>
          </w:p>
        </w:tc>
      </w:tr>
      <w:tr w:rsidR="009B0787" w:rsidRPr="00E25030" w14:paraId="2CCDE0F4" w14:textId="77777777" w:rsidTr="00E25030">
        <w:trPr>
          <w:trHeight w:val="290"/>
        </w:trPr>
        <w:tc>
          <w:tcPr>
            <w:tcW w:w="562" w:type="dxa"/>
          </w:tcPr>
          <w:p w14:paraId="4033BA14" w14:textId="51A1584F" w:rsidR="009B0787" w:rsidRPr="00E25030" w:rsidRDefault="009B0787" w:rsidP="009B0787">
            <w:pPr>
              <w:jc w:val="both"/>
            </w:pPr>
            <w:r w:rsidRPr="000D3FDA">
              <w:rPr>
                <w:lang w:val="ru-RU"/>
              </w:rPr>
              <w:t>2</w:t>
            </w:r>
          </w:p>
        </w:tc>
        <w:tc>
          <w:tcPr>
            <w:tcW w:w="2869" w:type="dxa"/>
            <w:noWrap/>
            <w:hideMark/>
          </w:tcPr>
          <w:p w14:paraId="0F872596" w14:textId="5D3E7D92" w:rsidR="009B0787" w:rsidRPr="00E25030" w:rsidRDefault="009B0787" w:rsidP="009B0787">
            <w:pPr>
              <w:jc w:val="both"/>
            </w:pPr>
            <w:r w:rsidRPr="007F34A3">
              <w:rPr>
                <w:rFonts w:ascii="Times New Roman" w:eastAsia="Calibri" w:hAnsi="Times New Roman" w:cs="Times New Roman"/>
              </w:rPr>
              <w:t>Kyocera ECOSYS M2040dn</w:t>
            </w:r>
          </w:p>
        </w:tc>
        <w:tc>
          <w:tcPr>
            <w:tcW w:w="1809" w:type="dxa"/>
            <w:noWrap/>
            <w:hideMark/>
          </w:tcPr>
          <w:p w14:paraId="4EB99706" w14:textId="3BA42AAF" w:rsidR="009B0787" w:rsidRPr="00E25030" w:rsidRDefault="009B0787" w:rsidP="009B0787">
            <w:pPr>
              <w:jc w:val="both"/>
            </w:pPr>
            <w:r w:rsidRPr="007F34A3">
              <w:rPr>
                <w:rFonts w:ascii="Times New Roman" w:eastAsia="Calibri" w:hAnsi="Times New Roman" w:cs="Times New Roman"/>
              </w:rPr>
              <w:t>101 342 000 373</w:t>
            </w:r>
          </w:p>
        </w:tc>
        <w:tc>
          <w:tcPr>
            <w:tcW w:w="4432" w:type="dxa"/>
            <w:noWrap/>
            <w:hideMark/>
          </w:tcPr>
          <w:p w14:paraId="79CF9D2E" w14:textId="0703E0AA" w:rsidR="009B0787" w:rsidRPr="00E25030" w:rsidRDefault="009B0787" w:rsidP="009B0787">
            <w:pPr>
              <w:jc w:val="both"/>
              <w:rPr>
                <w:lang w:val="ru-RU"/>
              </w:rPr>
            </w:pPr>
            <w:r w:rsidRPr="009B0787">
              <w:t>Не закрепляется изображение</w:t>
            </w:r>
          </w:p>
        </w:tc>
      </w:tr>
      <w:tr w:rsidR="009B0787" w:rsidRPr="009B0787" w14:paraId="2E785A58" w14:textId="77777777" w:rsidTr="009B0787">
        <w:trPr>
          <w:trHeight w:val="290"/>
        </w:trPr>
        <w:tc>
          <w:tcPr>
            <w:tcW w:w="562" w:type="dxa"/>
          </w:tcPr>
          <w:p w14:paraId="27820D4B" w14:textId="35C5AFA9" w:rsidR="009B0787" w:rsidRPr="00E25030" w:rsidRDefault="009B0787" w:rsidP="009B0787">
            <w:pPr>
              <w:jc w:val="both"/>
            </w:pPr>
            <w:r w:rsidRPr="000D3FDA">
              <w:rPr>
                <w:lang w:val="ru-RU"/>
              </w:rPr>
              <w:t>3</w:t>
            </w:r>
          </w:p>
        </w:tc>
        <w:tc>
          <w:tcPr>
            <w:tcW w:w="2869" w:type="dxa"/>
            <w:noWrap/>
            <w:hideMark/>
          </w:tcPr>
          <w:p w14:paraId="713BB233" w14:textId="6E1AA8B2" w:rsidR="009B0787" w:rsidRPr="00E25030" w:rsidRDefault="009B0787" w:rsidP="009B0787">
            <w:pPr>
              <w:jc w:val="both"/>
            </w:pPr>
            <w:r>
              <w:rPr>
                <w:rFonts w:ascii="Times New Roman" w:eastAsia="Calibri" w:hAnsi="Times New Roman" w:cs="Times New Roman"/>
              </w:rPr>
              <w:t xml:space="preserve">HP </w:t>
            </w:r>
            <w:r w:rsidRPr="007F34A3">
              <w:rPr>
                <w:rFonts w:ascii="Times New Roman" w:eastAsia="Calibri" w:hAnsi="Times New Roman" w:cs="Times New Roman"/>
              </w:rPr>
              <w:t xml:space="preserve">LaserJet M1132 </w:t>
            </w:r>
          </w:p>
        </w:tc>
        <w:tc>
          <w:tcPr>
            <w:tcW w:w="1809" w:type="dxa"/>
            <w:noWrap/>
            <w:hideMark/>
          </w:tcPr>
          <w:p w14:paraId="1A304C42" w14:textId="78745096" w:rsidR="009B0787" w:rsidRPr="00E25030" w:rsidRDefault="009B0787" w:rsidP="009B0787">
            <w:pPr>
              <w:jc w:val="both"/>
            </w:pPr>
            <w:r w:rsidRPr="007F34A3">
              <w:rPr>
                <w:rFonts w:ascii="Times New Roman" w:eastAsia="Calibri" w:hAnsi="Times New Roman" w:cs="Times New Roman"/>
              </w:rPr>
              <w:t>101 342 000 102</w:t>
            </w:r>
          </w:p>
        </w:tc>
        <w:tc>
          <w:tcPr>
            <w:tcW w:w="4432" w:type="dxa"/>
            <w:noWrap/>
          </w:tcPr>
          <w:p w14:paraId="3D59860C" w14:textId="6C479728" w:rsidR="009B0787" w:rsidRPr="009B0787" w:rsidRDefault="009B0787" w:rsidP="009B0787">
            <w:pPr>
              <w:jc w:val="both"/>
              <w:rPr>
                <w:lang w:val="ru-RU"/>
              </w:rPr>
            </w:pPr>
            <w:r w:rsidRPr="009B0787">
              <w:rPr>
                <w:lang w:val="ru-RU"/>
              </w:rPr>
              <w:t xml:space="preserve">Не </w:t>
            </w:r>
            <w:r>
              <w:rPr>
                <w:lang w:val="ru-RU"/>
              </w:rPr>
              <w:t>захватывает</w:t>
            </w:r>
            <w:r w:rsidRPr="009B0787">
              <w:rPr>
                <w:lang w:val="ru-RU"/>
              </w:rPr>
              <w:t xml:space="preserve"> бумаг</w:t>
            </w:r>
            <w:r>
              <w:rPr>
                <w:lang w:val="ru-RU"/>
              </w:rPr>
              <w:t>у</w:t>
            </w:r>
          </w:p>
        </w:tc>
      </w:tr>
      <w:tr w:rsidR="009B0787" w:rsidRPr="009B0787" w14:paraId="1F02CA8D" w14:textId="77777777" w:rsidTr="009B0787">
        <w:trPr>
          <w:trHeight w:val="290"/>
        </w:trPr>
        <w:tc>
          <w:tcPr>
            <w:tcW w:w="562" w:type="dxa"/>
          </w:tcPr>
          <w:p w14:paraId="41AAB0C5" w14:textId="7BF0B285" w:rsidR="009B0787" w:rsidRPr="00E25030" w:rsidRDefault="009B0787" w:rsidP="009B0787">
            <w:pPr>
              <w:jc w:val="both"/>
            </w:pPr>
            <w:r w:rsidRPr="000D3FDA">
              <w:rPr>
                <w:lang w:val="ru-RU"/>
              </w:rPr>
              <w:t>4</w:t>
            </w:r>
          </w:p>
        </w:tc>
        <w:tc>
          <w:tcPr>
            <w:tcW w:w="2869" w:type="dxa"/>
            <w:noWrap/>
            <w:hideMark/>
          </w:tcPr>
          <w:p w14:paraId="5A2EAF98" w14:textId="5A030905" w:rsidR="009B0787" w:rsidRPr="00E25030" w:rsidRDefault="009B0787" w:rsidP="009B0787">
            <w:pPr>
              <w:jc w:val="both"/>
            </w:pPr>
            <w:r w:rsidRPr="007F34A3">
              <w:rPr>
                <w:rFonts w:ascii="Times New Roman" w:eastAsia="Calibri" w:hAnsi="Times New Roman" w:cs="Times New Roman"/>
              </w:rPr>
              <w:t>Samsung Xpress M2020W</w:t>
            </w:r>
          </w:p>
        </w:tc>
        <w:tc>
          <w:tcPr>
            <w:tcW w:w="1809" w:type="dxa"/>
            <w:noWrap/>
            <w:hideMark/>
          </w:tcPr>
          <w:p w14:paraId="4C133AF3" w14:textId="14410B4D" w:rsidR="009B0787" w:rsidRPr="00E25030" w:rsidRDefault="009B0787" w:rsidP="009B0787">
            <w:pPr>
              <w:jc w:val="both"/>
            </w:pPr>
            <w:r w:rsidRPr="007F34A3">
              <w:rPr>
                <w:rFonts w:ascii="Times New Roman" w:eastAsia="Calibri" w:hAnsi="Times New Roman" w:cs="Times New Roman"/>
              </w:rPr>
              <w:t>101 344 000 096</w:t>
            </w:r>
          </w:p>
        </w:tc>
        <w:tc>
          <w:tcPr>
            <w:tcW w:w="4432" w:type="dxa"/>
            <w:noWrap/>
          </w:tcPr>
          <w:p w14:paraId="01D68D99" w14:textId="7C6F76D2" w:rsidR="009B0787" w:rsidRPr="00E25030" w:rsidRDefault="009B0787" w:rsidP="009B0787">
            <w:pPr>
              <w:jc w:val="both"/>
              <w:rPr>
                <w:lang w:val="ru-RU"/>
              </w:rPr>
            </w:pPr>
            <w:r w:rsidRPr="009B0787">
              <w:rPr>
                <w:lang w:val="ru-RU"/>
              </w:rPr>
              <w:t xml:space="preserve">Криво </w:t>
            </w:r>
            <w:r>
              <w:rPr>
                <w:lang w:val="ru-RU"/>
              </w:rPr>
              <w:t>про</w:t>
            </w:r>
            <w:r w:rsidRPr="009B0787">
              <w:rPr>
                <w:lang w:val="ru-RU"/>
              </w:rPr>
              <w:t>та</w:t>
            </w:r>
            <w:r>
              <w:rPr>
                <w:lang w:val="ru-RU"/>
              </w:rPr>
              <w:t>скивается</w:t>
            </w:r>
            <w:r w:rsidRPr="009B0787">
              <w:rPr>
                <w:lang w:val="ru-RU"/>
              </w:rPr>
              <w:t xml:space="preserve"> бумаг</w:t>
            </w:r>
            <w:r>
              <w:rPr>
                <w:lang w:val="ru-RU"/>
              </w:rPr>
              <w:t>а</w:t>
            </w:r>
          </w:p>
        </w:tc>
      </w:tr>
      <w:tr w:rsidR="009B0787" w:rsidRPr="00E25030" w14:paraId="1A28ED96" w14:textId="77777777" w:rsidTr="009B0787">
        <w:trPr>
          <w:trHeight w:val="290"/>
        </w:trPr>
        <w:tc>
          <w:tcPr>
            <w:tcW w:w="562" w:type="dxa"/>
          </w:tcPr>
          <w:p w14:paraId="2410F72A" w14:textId="5BFD8722" w:rsidR="009B0787" w:rsidRPr="00E25030" w:rsidRDefault="009B0787" w:rsidP="009B0787">
            <w:pPr>
              <w:jc w:val="both"/>
            </w:pPr>
            <w:r w:rsidRPr="000D3FDA">
              <w:rPr>
                <w:lang w:val="ru-RU"/>
              </w:rPr>
              <w:t>5</w:t>
            </w:r>
          </w:p>
        </w:tc>
        <w:tc>
          <w:tcPr>
            <w:tcW w:w="2869" w:type="dxa"/>
            <w:noWrap/>
            <w:hideMark/>
          </w:tcPr>
          <w:p w14:paraId="49213DE5" w14:textId="2FD9DA8B" w:rsidR="009B0787" w:rsidRPr="00E25030" w:rsidRDefault="009B0787" w:rsidP="009B0787">
            <w:pPr>
              <w:jc w:val="both"/>
            </w:pPr>
            <w:r w:rsidRPr="007F34A3">
              <w:rPr>
                <w:rFonts w:ascii="Times New Roman" w:eastAsia="Calibri" w:hAnsi="Times New Roman" w:cs="Times New Roman"/>
              </w:rPr>
              <w:t>Pantum M7200FDN</w:t>
            </w:r>
          </w:p>
        </w:tc>
        <w:tc>
          <w:tcPr>
            <w:tcW w:w="1809" w:type="dxa"/>
            <w:noWrap/>
            <w:hideMark/>
          </w:tcPr>
          <w:p w14:paraId="1B504D4A" w14:textId="00372250" w:rsidR="009B0787" w:rsidRPr="00E25030" w:rsidRDefault="009B0787" w:rsidP="009B0787">
            <w:pPr>
              <w:jc w:val="both"/>
            </w:pPr>
            <w:r w:rsidRPr="007F34A3">
              <w:rPr>
                <w:rFonts w:ascii="Times New Roman" w:eastAsia="Calibri" w:hAnsi="Times New Roman" w:cs="Times New Roman"/>
              </w:rPr>
              <w:t>101 347 000 008</w:t>
            </w:r>
          </w:p>
        </w:tc>
        <w:tc>
          <w:tcPr>
            <w:tcW w:w="4432" w:type="dxa"/>
            <w:noWrap/>
          </w:tcPr>
          <w:p w14:paraId="2B2734FF" w14:textId="7645D969" w:rsidR="009B0787" w:rsidRPr="00E25030" w:rsidRDefault="009B0787" w:rsidP="009B0787">
            <w:pPr>
              <w:jc w:val="both"/>
            </w:pPr>
            <w:r w:rsidRPr="009B0787">
              <w:t>Заминает датчик замятия бумаги</w:t>
            </w:r>
          </w:p>
        </w:tc>
      </w:tr>
      <w:tr w:rsidR="009B0787" w:rsidRPr="00E25030" w14:paraId="48FBD68F" w14:textId="77777777" w:rsidTr="009B0787">
        <w:trPr>
          <w:trHeight w:val="290"/>
        </w:trPr>
        <w:tc>
          <w:tcPr>
            <w:tcW w:w="562" w:type="dxa"/>
          </w:tcPr>
          <w:p w14:paraId="683E7B9D" w14:textId="28361612" w:rsidR="009B0787" w:rsidRPr="00E25030" w:rsidRDefault="009B0787" w:rsidP="009B0787">
            <w:pPr>
              <w:jc w:val="both"/>
            </w:pPr>
            <w:r w:rsidRPr="000D3FDA">
              <w:rPr>
                <w:lang w:val="ru-RU"/>
              </w:rPr>
              <w:t>6</w:t>
            </w:r>
          </w:p>
        </w:tc>
        <w:tc>
          <w:tcPr>
            <w:tcW w:w="2869" w:type="dxa"/>
            <w:noWrap/>
            <w:hideMark/>
          </w:tcPr>
          <w:p w14:paraId="2F2F49E4" w14:textId="58D9D61C" w:rsidR="009B0787" w:rsidRPr="00E25030" w:rsidRDefault="009B0787" w:rsidP="009B0787">
            <w:pPr>
              <w:jc w:val="both"/>
            </w:pPr>
            <w:r>
              <w:rPr>
                <w:rFonts w:ascii="Times New Roman" w:eastAsia="Calibri" w:hAnsi="Times New Roman" w:cs="Times New Roman"/>
              </w:rPr>
              <w:t xml:space="preserve">Canon </w:t>
            </w:r>
            <w:r w:rsidRPr="007F34A3">
              <w:rPr>
                <w:rFonts w:ascii="Times New Roman" w:eastAsia="Calibri" w:hAnsi="Times New Roman" w:cs="Times New Roman"/>
              </w:rPr>
              <w:t>i-SENSYS  mf645cx</w:t>
            </w:r>
          </w:p>
        </w:tc>
        <w:tc>
          <w:tcPr>
            <w:tcW w:w="1809" w:type="dxa"/>
            <w:noWrap/>
            <w:hideMark/>
          </w:tcPr>
          <w:p w14:paraId="443284B9" w14:textId="395DF7A2" w:rsidR="009B0787" w:rsidRPr="00E25030" w:rsidRDefault="009B0787" w:rsidP="009B0787">
            <w:pPr>
              <w:jc w:val="both"/>
            </w:pPr>
            <w:r w:rsidRPr="007F34A3">
              <w:rPr>
                <w:rFonts w:ascii="Times New Roman" w:eastAsia="Calibri" w:hAnsi="Times New Roman" w:cs="Times New Roman"/>
              </w:rPr>
              <w:t>101 342 000 662</w:t>
            </w:r>
          </w:p>
        </w:tc>
        <w:tc>
          <w:tcPr>
            <w:tcW w:w="4432" w:type="dxa"/>
            <w:noWrap/>
          </w:tcPr>
          <w:p w14:paraId="5093965A" w14:textId="3067306B" w:rsidR="009B0787" w:rsidRPr="00E25030" w:rsidRDefault="009B0787" w:rsidP="009B0787">
            <w:pPr>
              <w:jc w:val="both"/>
            </w:pPr>
            <w:r w:rsidRPr="009B0787">
              <w:t>Скрип при печати</w:t>
            </w:r>
          </w:p>
        </w:tc>
      </w:tr>
      <w:tr w:rsidR="009B0787" w:rsidRPr="00E25030" w14:paraId="41A6296D" w14:textId="77777777" w:rsidTr="009B0787">
        <w:trPr>
          <w:trHeight w:val="286"/>
        </w:trPr>
        <w:tc>
          <w:tcPr>
            <w:tcW w:w="562" w:type="dxa"/>
          </w:tcPr>
          <w:p w14:paraId="2253D30F" w14:textId="3DF96789" w:rsidR="009B0787" w:rsidRPr="00E25030" w:rsidRDefault="009B0787" w:rsidP="009B0787">
            <w:pPr>
              <w:jc w:val="both"/>
            </w:pPr>
            <w:r w:rsidRPr="000D3FDA">
              <w:rPr>
                <w:lang w:val="ru-RU"/>
              </w:rPr>
              <w:t>7</w:t>
            </w:r>
          </w:p>
        </w:tc>
        <w:tc>
          <w:tcPr>
            <w:tcW w:w="2869" w:type="dxa"/>
            <w:noWrap/>
            <w:hideMark/>
          </w:tcPr>
          <w:p w14:paraId="0062F9F4" w14:textId="2A302D62" w:rsidR="009B0787" w:rsidRPr="00E25030" w:rsidRDefault="009B0787" w:rsidP="009B0787">
            <w:pPr>
              <w:jc w:val="both"/>
            </w:pPr>
            <w:r w:rsidRPr="007F34A3">
              <w:rPr>
                <w:rFonts w:ascii="Times New Roman" w:eastAsia="Calibri" w:hAnsi="Times New Roman" w:cs="Times New Roman"/>
              </w:rPr>
              <w:t>Kyocera ECOSYS M2540dn</w:t>
            </w:r>
          </w:p>
        </w:tc>
        <w:tc>
          <w:tcPr>
            <w:tcW w:w="1809" w:type="dxa"/>
            <w:noWrap/>
            <w:hideMark/>
          </w:tcPr>
          <w:p w14:paraId="701BBC7C" w14:textId="4DE2C1D6" w:rsidR="009B0787" w:rsidRPr="00E25030" w:rsidRDefault="009B0787" w:rsidP="009B0787">
            <w:pPr>
              <w:jc w:val="both"/>
            </w:pPr>
            <w:r w:rsidRPr="007F34A3">
              <w:rPr>
                <w:rFonts w:ascii="Times New Roman" w:eastAsia="Calibri" w:hAnsi="Times New Roman" w:cs="Times New Roman"/>
              </w:rPr>
              <w:t>101 344 001 019</w:t>
            </w:r>
          </w:p>
        </w:tc>
        <w:tc>
          <w:tcPr>
            <w:tcW w:w="4432" w:type="dxa"/>
          </w:tcPr>
          <w:p w14:paraId="6906B6F8" w14:textId="616198DA" w:rsidR="009B0787" w:rsidRPr="00E25030" w:rsidRDefault="009B0787" w:rsidP="009B078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Заминает и</w:t>
            </w:r>
            <w:r w:rsidRPr="009B0787">
              <w:rPr>
                <w:lang w:val="ru-RU"/>
              </w:rPr>
              <w:t xml:space="preserve"> пачкает бумагу</w:t>
            </w:r>
          </w:p>
        </w:tc>
      </w:tr>
      <w:tr w:rsidR="009B0787" w:rsidRPr="009B0787" w14:paraId="2C7905E9" w14:textId="77777777" w:rsidTr="009B0787">
        <w:trPr>
          <w:trHeight w:val="310"/>
        </w:trPr>
        <w:tc>
          <w:tcPr>
            <w:tcW w:w="562" w:type="dxa"/>
          </w:tcPr>
          <w:p w14:paraId="6D1BD401" w14:textId="2405D90C" w:rsidR="009B0787" w:rsidRPr="00E25030" w:rsidRDefault="009B0787" w:rsidP="009B0787">
            <w:pPr>
              <w:jc w:val="both"/>
            </w:pPr>
            <w:r>
              <w:t>8</w:t>
            </w:r>
          </w:p>
        </w:tc>
        <w:tc>
          <w:tcPr>
            <w:tcW w:w="2869" w:type="dxa"/>
            <w:noWrap/>
            <w:hideMark/>
          </w:tcPr>
          <w:p w14:paraId="1E901291" w14:textId="3344B4A8" w:rsidR="009B0787" w:rsidRPr="00E25030" w:rsidRDefault="009B0787" w:rsidP="009B0787">
            <w:pPr>
              <w:jc w:val="both"/>
            </w:pPr>
            <w:r w:rsidRPr="007F34A3">
              <w:rPr>
                <w:rFonts w:ascii="Times New Roman" w:eastAsia="Calibri" w:hAnsi="Times New Roman" w:cs="Times New Roman"/>
              </w:rPr>
              <w:t>Samsung ML-1665</w:t>
            </w:r>
          </w:p>
        </w:tc>
        <w:tc>
          <w:tcPr>
            <w:tcW w:w="1809" w:type="dxa"/>
            <w:noWrap/>
            <w:hideMark/>
          </w:tcPr>
          <w:p w14:paraId="18250198" w14:textId="60E333C3" w:rsidR="009B0787" w:rsidRPr="00E25030" w:rsidRDefault="009B0787" w:rsidP="009B0787">
            <w:pPr>
              <w:jc w:val="both"/>
            </w:pPr>
            <w:r w:rsidRPr="007F34A3">
              <w:rPr>
                <w:rFonts w:ascii="Times New Roman" w:eastAsia="Calibri" w:hAnsi="Times New Roman" w:cs="Times New Roman"/>
              </w:rPr>
              <w:t>110 270 060 322</w:t>
            </w:r>
          </w:p>
        </w:tc>
        <w:tc>
          <w:tcPr>
            <w:tcW w:w="4432" w:type="dxa"/>
            <w:noWrap/>
          </w:tcPr>
          <w:p w14:paraId="44D14CB8" w14:textId="75651F9A" w:rsidR="009B0787" w:rsidRPr="00E25030" w:rsidRDefault="009B0787" w:rsidP="009B0787">
            <w:pPr>
              <w:jc w:val="both"/>
              <w:rPr>
                <w:lang w:val="ru-RU"/>
              </w:rPr>
            </w:pPr>
            <w:r w:rsidRPr="009B0787">
              <w:rPr>
                <w:lang w:val="ru-RU"/>
              </w:rPr>
              <w:t xml:space="preserve">Не </w:t>
            </w:r>
            <w:r>
              <w:rPr>
                <w:lang w:val="ru-RU"/>
              </w:rPr>
              <w:t>захватывает</w:t>
            </w:r>
            <w:r w:rsidRPr="009B0787">
              <w:rPr>
                <w:lang w:val="ru-RU"/>
              </w:rPr>
              <w:t xml:space="preserve"> бумаг</w:t>
            </w:r>
            <w:r>
              <w:rPr>
                <w:lang w:val="ru-RU"/>
              </w:rPr>
              <w:t xml:space="preserve">у </w:t>
            </w:r>
          </w:p>
        </w:tc>
      </w:tr>
      <w:tr w:rsidR="009B0787" w:rsidRPr="00E25030" w14:paraId="4AF3D77A" w14:textId="77777777" w:rsidTr="009B0787">
        <w:trPr>
          <w:trHeight w:val="310"/>
        </w:trPr>
        <w:tc>
          <w:tcPr>
            <w:tcW w:w="562" w:type="dxa"/>
          </w:tcPr>
          <w:p w14:paraId="456388FE" w14:textId="0F6478E1" w:rsidR="009B0787" w:rsidRPr="00E25030" w:rsidRDefault="009B0787" w:rsidP="009B0787">
            <w:pPr>
              <w:jc w:val="both"/>
            </w:pPr>
            <w:r>
              <w:t>9</w:t>
            </w:r>
          </w:p>
        </w:tc>
        <w:tc>
          <w:tcPr>
            <w:tcW w:w="2869" w:type="dxa"/>
            <w:noWrap/>
            <w:hideMark/>
          </w:tcPr>
          <w:p w14:paraId="39E49808" w14:textId="170558C7" w:rsidR="009B0787" w:rsidRPr="00E25030" w:rsidRDefault="009B0787" w:rsidP="009B0787">
            <w:pPr>
              <w:jc w:val="both"/>
            </w:pPr>
            <w:r w:rsidRPr="007F34A3">
              <w:rPr>
                <w:rFonts w:ascii="Times New Roman" w:eastAsia="Calibri" w:hAnsi="Times New Roman" w:cs="Times New Roman"/>
              </w:rPr>
              <w:t>Canon i-Sensys MF226</w:t>
            </w:r>
          </w:p>
        </w:tc>
        <w:tc>
          <w:tcPr>
            <w:tcW w:w="1809" w:type="dxa"/>
            <w:noWrap/>
            <w:hideMark/>
          </w:tcPr>
          <w:p w14:paraId="11A94353" w14:textId="79535FE7" w:rsidR="009B0787" w:rsidRPr="00E25030" w:rsidRDefault="009B0787" w:rsidP="009B0787">
            <w:pPr>
              <w:jc w:val="both"/>
            </w:pPr>
            <w:r w:rsidRPr="007F34A3">
              <w:rPr>
                <w:rFonts w:ascii="Times New Roman" w:eastAsia="Calibri" w:hAnsi="Times New Roman" w:cs="Times New Roman"/>
              </w:rPr>
              <w:t>101 342 000 269</w:t>
            </w:r>
          </w:p>
        </w:tc>
        <w:tc>
          <w:tcPr>
            <w:tcW w:w="4432" w:type="dxa"/>
            <w:noWrap/>
          </w:tcPr>
          <w:p w14:paraId="01C3ADEC" w14:textId="0FF7C033" w:rsidR="009B0787" w:rsidRPr="00E25030" w:rsidRDefault="009B0787" w:rsidP="009B0787">
            <w:pPr>
              <w:jc w:val="both"/>
            </w:pPr>
            <w:r w:rsidRPr="009B0787">
              <w:t>Сломаны петли автоподатчика</w:t>
            </w:r>
          </w:p>
        </w:tc>
      </w:tr>
      <w:tr w:rsidR="009B0787" w:rsidRPr="009B0787" w14:paraId="088648A4" w14:textId="77777777" w:rsidTr="009B0787">
        <w:trPr>
          <w:trHeight w:val="310"/>
        </w:trPr>
        <w:tc>
          <w:tcPr>
            <w:tcW w:w="562" w:type="dxa"/>
          </w:tcPr>
          <w:p w14:paraId="77E2EAD6" w14:textId="1C7E0936" w:rsidR="009B0787" w:rsidRPr="00E25030" w:rsidRDefault="009B0787" w:rsidP="009B0787">
            <w:pPr>
              <w:jc w:val="both"/>
            </w:pPr>
            <w:r>
              <w:t>10</w:t>
            </w:r>
          </w:p>
        </w:tc>
        <w:tc>
          <w:tcPr>
            <w:tcW w:w="2869" w:type="dxa"/>
            <w:noWrap/>
            <w:hideMark/>
          </w:tcPr>
          <w:p w14:paraId="079E4BA0" w14:textId="3E2DEB37" w:rsidR="009B0787" w:rsidRPr="00E25030" w:rsidRDefault="009B0787" w:rsidP="009B0787">
            <w:pPr>
              <w:jc w:val="both"/>
            </w:pPr>
            <w:r w:rsidRPr="007F34A3">
              <w:rPr>
                <w:rFonts w:ascii="Times New Roman" w:eastAsia="Calibri" w:hAnsi="Times New Roman" w:cs="Times New Roman"/>
              </w:rPr>
              <w:t>Kyocera ECOSYS M2040dn</w:t>
            </w:r>
          </w:p>
        </w:tc>
        <w:tc>
          <w:tcPr>
            <w:tcW w:w="1809" w:type="dxa"/>
            <w:noWrap/>
            <w:hideMark/>
          </w:tcPr>
          <w:p w14:paraId="5EC7FD9C" w14:textId="2005D0E3" w:rsidR="009B0787" w:rsidRPr="00E25030" w:rsidRDefault="009B0787" w:rsidP="009B0787">
            <w:pPr>
              <w:jc w:val="both"/>
            </w:pPr>
            <w:r w:rsidRPr="007F34A3">
              <w:rPr>
                <w:rFonts w:ascii="Times New Roman" w:eastAsia="Calibri" w:hAnsi="Times New Roman" w:cs="Times New Roman"/>
              </w:rPr>
              <w:t>101 342 000</w:t>
            </w:r>
            <w:r>
              <w:rPr>
                <w:rFonts w:ascii="Times New Roman" w:eastAsia="Calibri" w:hAnsi="Times New Roman" w:cs="Times New Roman"/>
              </w:rPr>
              <w:t> </w:t>
            </w:r>
            <w:r w:rsidRPr="007F34A3">
              <w:rPr>
                <w:rFonts w:ascii="Times New Roman" w:eastAsia="Calibri" w:hAnsi="Times New Roman" w:cs="Times New Roman"/>
              </w:rPr>
              <w:t>350</w:t>
            </w:r>
          </w:p>
        </w:tc>
        <w:tc>
          <w:tcPr>
            <w:tcW w:w="4432" w:type="dxa"/>
            <w:noWrap/>
          </w:tcPr>
          <w:p w14:paraId="2BD0E8F8" w14:textId="08851253" w:rsidR="009B0787" w:rsidRPr="00E25030" w:rsidRDefault="009B0787" w:rsidP="009B0787">
            <w:pPr>
              <w:jc w:val="both"/>
              <w:rPr>
                <w:lang w:val="ru-RU"/>
              </w:rPr>
            </w:pPr>
            <w:r w:rsidRPr="009B0787">
              <w:rPr>
                <w:lang w:val="ru-RU"/>
              </w:rPr>
              <w:t>Замятие при двухсторонней печати</w:t>
            </w:r>
          </w:p>
        </w:tc>
      </w:tr>
      <w:tr w:rsidR="009B0787" w:rsidRPr="00E25030" w14:paraId="3B524562" w14:textId="77777777" w:rsidTr="009B0787">
        <w:trPr>
          <w:trHeight w:val="290"/>
        </w:trPr>
        <w:tc>
          <w:tcPr>
            <w:tcW w:w="562" w:type="dxa"/>
          </w:tcPr>
          <w:p w14:paraId="67C8AAD5" w14:textId="2A341C4F" w:rsidR="009B0787" w:rsidRPr="00E25030" w:rsidRDefault="009B0787" w:rsidP="009B0787">
            <w:pPr>
              <w:jc w:val="both"/>
            </w:pPr>
            <w:r>
              <w:t>11</w:t>
            </w:r>
          </w:p>
        </w:tc>
        <w:tc>
          <w:tcPr>
            <w:tcW w:w="2869" w:type="dxa"/>
            <w:noWrap/>
            <w:hideMark/>
          </w:tcPr>
          <w:p w14:paraId="229D6730" w14:textId="0BC116B8" w:rsidR="009B0787" w:rsidRPr="00E25030" w:rsidRDefault="009B0787" w:rsidP="009B0787">
            <w:pPr>
              <w:jc w:val="both"/>
            </w:pPr>
            <w:r w:rsidRPr="000B6423">
              <w:rPr>
                <w:rFonts w:ascii="Times New Roman" w:eastAsia="Calibri" w:hAnsi="Times New Roman" w:cs="Times New Roman"/>
              </w:rPr>
              <w:t>Canon imageRUNNER2520</w:t>
            </w:r>
          </w:p>
        </w:tc>
        <w:tc>
          <w:tcPr>
            <w:tcW w:w="1809" w:type="dxa"/>
            <w:noWrap/>
            <w:hideMark/>
          </w:tcPr>
          <w:p w14:paraId="0B8C6B57" w14:textId="236A214F" w:rsidR="009B0787" w:rsidRPr="00E25030" w:rsidRDefault="009B0787" w:rsidP="009B0787">
            <w:pPr>
              <w:jc w:val="both"/>
            </w:pPr>
            <w:r w:rsidRPr="000B6423">
              <w:rPr>
                <w:rFonts w:ascii="Times New Roman" w:eastAsia="Calibri" w:hAnsi="Times New Roman" w:cs="Times New Roman"/>
              </w:rPr>
              <w:t>101 342 000 261</w:t>
            </w:r>
          </w:p>
        </w:tc>
        <w:tc>
          <w:tcPr>
            <w:tcW w:w="4432" w:type="dxa"/>
            <w:noWrap/>
          </w:tcPr>
          <w:p w14:paraId="58407195" w14:textId="26FE869B" w:rsidR="009B0787" w:rsidRPr="00E25030" w:rsidRDefault="009B0787" w:rsidP="009B0787">
            <w:pPr>
              <w:jc w:val="both"/>
            </w:pPr>
            <w:r w:rsidRPr="009B0787">
              <w:t>Сломана крышка сканера</w:t>
            </w:r>
          </w:p>
        </w:tc>
      </w:tr>
      <w:tr w:rsidR="009B0787" w:rsidRPr="009B0787" w14:paraId="07E10099" w14:textId="77777777" w:rsidTr="009B0787">
        <w:trPr>
          <w:trHeight w:val="290"/>
        </w:trPr>
        <w:tc>
          <w:tcPr>
            <w:tcW w:w="562" w:type="dxa"/>
          </w:tcPr>
          <w:p w14:paraId="17FF5D02" w14:textId="2C2EC550" w:rsidR="009B0787" w:rsidRPr="00E25030" w:rsidRDefault="009B0787" w:rsidP="009B0787">
            <w:pPr>
              <w:jc w:val="both"/>
            </w:pPr>
            <w:r>
              <w:t>12</w:t>
            </w:r>
          </w:p>
        </w:tc>
        <w:tc>
          <w:tcPr>
            <w:tcW w:w="2869" w:type="dxa"/>
            <w:noWrap/>
            <w:hideMark/>
          </w:tcPr>
          <w:p w14:paraId="5E3C9BCA" w14:textId="32DA536C" w:rsidR="009B0787" w:rsidRPr="00E25030" w:rsidRDefault="009B0787" w:rsidP="009B0787">
            <w:pPr>
              <w:jc w:val="both"/>
            </w:pPr>
            <w:r w:rsidRPr="007F34A3">
              <w:rPr>
                <w:rFonts w:ascii="Times New Roman" w:eastAsia="Calibri" w:hAnsi="Times New Roman" w:cs="Times New Roman"/>
              </w:rPr>
              <w:t>Canon LaserBase MF3228</w:t>
            </w:r>
          </w:p>
        </w:tc>
        <w:tc>
          <w:tcPr>
            <w:tcW w:w="1809" w:type="dxa"/>
            <w:noWrap/>
            <w:hideMark/>
          </w:tcPr>
          <w:p w14:paraId="56317065" w14:textId="49B607D7" w:rsidR="009B0787" w:rsidRPr="00E25030" w:rsidRDefault="009B0787" w:rsidP="009B0787">
            <w:pPr>
              <w:jc w:val="both"/>
            </w:pPr>
            <w:r w:rsidRPr="007F34A3">
              <w:rPr>
                <w:rFonts w:ascii="Times New Roman" w:eastAsia="Calibri" w:hAnsi="Times New Roman" w:cs="Times New Roman"/>
              </w:rPr>
              <w:t>110 207 093 719</w:t>
            </w:r>
          </w:p>
        </w:tc>
        <w:tc>
          <w:tcPr>
            <w:tcW w:w="4432" w:type="dxa"/>
            <w:noWrap/>
          </w:tcPr>
          <w:p w14:paraId="58852B75" w14:textId="46C0F160" w:rsidR="009B0787" w:rsidRPr="00E25030" w:rsidRDefault="009B0787" w:rsidP="009B078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Частое з</w:t>
            </w:r>
            <w:r w:rsidRPr="009B0787">
              <w:rPr>
                <w:lang w:val="ru-RU"/>
              </w:rPr>
              <w:t xml:space="preserve">амятие при печати </w:t>
            </w:r>
          </w:p>
        </w:tc>
      </w:tr>
    </w:tbl>
    <w:p w14:paraId="3BBDC0B9" w14:textId="79975DAF" w:rsidR="00E25030" w:rsidRDefault="00E25030" w:rsidP="00E25030">
      <w:pPr>
        <w:spacing w:after="0" w:line="240" w:lineRule="auto"/>
        <w:jc w:val="both"/>
        <w:rPr>
          <w:lang w:val="ru-RU"/>
        </w:rPr>
      </w:pPr>
    </w:p>
    <w:p w14:paraId="2947ECF0" w14:textId="7C095D22" w:rsidR="003F23B4" w:rsidRPr="003F23B4" w:rsidRDefault="003F23B4" w:rsidP="003F23B4">
      <w:pPr>
        <w:pStyle w:val="ae"/>
        <w:numPr>
          <w:ilvl w:val="1"/>
          <w:numId w:val="13"/>
        </w:numPr>
        <w:spacing w:after="0" w:line="240" w:lineRule="auto"/>
        <w:jc w:val="both"/>
      </w:pPr>
      <w:r>
        <w:rPr>
          <w:lang w:val="ru-RU"/>
        </w:rPr>
        <w:t>В с</w:t>
      </w:r>
      <w:r w:rsidRPr="00BE28C0">
        <w:rPr>
          <w:lang w:val="ru-RU"/>
        </w:rPr>
        <w:t>остав работ</w:t>
      </w:r>
      <w:r>
        <w:rPr>
          <w:lang w:val="ru-RU"/>
        </w:rPr>
        <w:t xml:space="preserve"> входят</w:t>
      </w:r>
    </w:p>
    <w:p w14:paraId="0E46D08C" w14:textId="2DFA8440" w:rsidR="003F23B4" w:rsidRDefault="008465AF" w:rsidP="00413BDB">
      <w:pPr>
        <w:pStyle w:val="ae"/>
        <w:numPr>
          <w:ilvl w:val="2"/>
          <w:numId w:val="13"/>
        </w:numPr>
        <w:spacing w:after="0" w:line="240" w:lineRule="auto"/>
        <w:jc w:val="both"/>
      </w:pPr>
      <w:r>
        <w:rPr>
          <w:lang w:val="ru-RU"/>
        </w:rPr>
        <w:t xml:space="preserve"> </w:t>
      </w:r>
      <w:r w:rsidR="003F23B4">
        <w:t>Входной контроль состояния</w:t>
      </w:r>
      <w:r w:rsidR="00A75071">
        <w:t>:</w:t>
      </w:r>
    </w:p>
    <w:p w14:paraId="301D5DB5" w14:textId="36095E9C" w:rsidR="00A75071" w:rsidRDefault="00A75071" w:rsidP="00413BDB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3F23B4">
        <w:rPr>
          <w:lang w:val="ru-RU"/>
        </w:rPr>
        <w:t>Визуальный осмотр устройства, проверка целостности корпуса и внешних элементов;</w:t>
      </w:r>
    </w:p>
    <w:p w14:paraId="2BED1EDA" w14:textId="77777777" w:rsidR="00A75071" w:rsidRPr="00A75071" w:rsidRDefault="00A75071" w:rsidP="00413BDB">
      <w:pPr>
        <w:pStyle w:val="ae"/>
        <w:numPr>
          <w:ilvl w:val="3"/>
          <w:numId w:val="13"/>
        </w:numPr>
        <w:spacing w:after="0"/>
        <w:ind w:left="1276" w:hanging="283"/>
        <w:rPr>
          <w:lang w:val="ru-RU"/>
        </w:rPr>
      </w:pPr>
      <w:r w:rsidRPr="00A75071">
        <w:rPr>
          <w:lang w:val="ru-RU"/>
        </w:rPr>
        <w:t>Проверка наличия и состояния расходных материалов (картриджи, бумага и пр.);</w:t>
      </w:r>
    </w:p>
    <w:p w14:paraId="48EB00D3" w14:textId="77777777" w:rsidR="00A75071" w:rsidRDefault="00A75071" w:rsidP="00413BDB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A75071">
        <w:rPr>
          <w:lang w:val="ru-RU"/>
        </w:rPr>
        <w:t>Фиксация внешних дефектов или механических повреждений.</w:t>
      </w:r>
    </w:p>
    <w:p w14:paraId="0968A6D9" w14:textId="3DAB0F8C" w:rsidR="00F87703" w:rsidRDefault="00F87703" w:rsidP="00413BDB">
      <w:pPr>
        <w:pStyle w:val="ae"/>
        <w:numPr>
          <w:ilvl w:val="2"/>
          <w:numId w:val="13"/>
        </w:numPr>
        <w:spacing w:after="0" w:line="240" w:lineRule="auto"/>
        <w:jc w:val="both"/>
        <w:rPr>
          <w:lang w:val="ru-RU"/>
        </w:rPr>
      </w:pPr>
      <w:r>
        <w:rPr>
          <w:lang w:val="ru-RU"/>
        </w:rPr>
        <w:t>Техническое обслуживание</w:t>
      </w:r>
    </w:p>
    <w:p w14:paraId="65D9F728" w14:textId="77777777" w:rsidR="005B6E6C" w:rsidRDefault="005B6E6C" w:rsidP="00413BDB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5B6E6C">
        <w:rPr>
          <w:lang w:val="ru-RU"/>
        </w:rPr>
        <w:t>Очистка лазерного узла (зеркал, линз, блока сканирования)</w:t>
      </w:r>
    </w:p>
    <w:p w14:paraId="7665BDF1" w14:textId="77777777" w:rsidR="005B6E6C" w:rsidRDefault="005B6E6C" w:rsidP="00413BDB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5B6E6C">
        <w:rPr>
          <w:lang w:val="ru-RU"/>
        </w:rPr>
        <w:t>Очистка роликов подачи и захвата бумаги</w:t>
      </w:r>
    </w:p>
    <w:p w14:paraId="154B0555" w14:textId="77777777" w:rsidR="005B6E6C" w:rsidRDefault="005B6E6C" w:rsidP="00413BDB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5B6E6C">
        <w:rPr>
          <w:lang w:val="ru-RU"/>
        </w:rPr>
        <w:t>Очистка внутренних поверхностей от пыли, остатков тонера и бумаги</w:t>
      </w:r>
    </w:p>
    <w:p w14:paraId="5BF9959B" w14:textId="77777777" w:rsidR="005B6E6C" w:rsidRDefault="005B6E6C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5B6E6C">
        <w:rPr>
          <w:lang w:val="ru-RU"/>
        </w:rPr>
        <w:t>Продувка вентиляционных отверстий</w:t>
      </w:r>
    </w:p>
    <w:p w14:paraId="1C990E2A" w14:textId="10A9C50F" w:rsidR="00F87703" w:rsidRDefault="005B6E6C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5B6E6C">
        <w:rPr>
          <w:lang w:val="ru-RU"/>
        </w:rPr>
        <w:t>Очистка оптического стекла сканера/копира</w:t>
      </w:r>
    </w:p>
    <w:p w14:paraId="6B838525" w14:textId="51479EA8" w:rsidR="00A75071" w:rsidRPr="00A75071" w:rsidRDefault="008465AF" w:rsidP="00975F0F">
      <w:pPr>
        <w:pStyle w:val="ae"/>
        <w:numPr>
          <w:ilvl w:val="2"/>
          <w:numId w:val="13"/>
        </w:num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</w:t>
      </w:r>
      <w:r w:rsidR="003B0880">
        <w:t>Аппаратная диагностика</w:t>
      </w:r>
    </w:p>
    <w:p w14:paraId="7F2F8215" w14:textId="77777777" w:rsidR="00A75071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A75071">
        <w:rPr>
          <w:lang w:val="ru-RU"/>
        </w:rPr>
        <w:t>Проверка работоспособности блока питания, кабелей, разъёмов;</w:t>
      </w:r>
    </w:p>
    <w:p w14:paraId="06BC586A" w14:textId="77777777" w:rsidR="00A75071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A75071">
        <w:rPr>
          <w:lang w:val="ru-RU"/>
        </w:rPr>
        <w:t>Тестирование механизмов подачи бумаги, захвата, протяжки, роликов, датчиков;</w:t>
      </w:r>
    </w:p>
    <w:p w14:paraId="1D239863" w14:textId="77777777" w:rsidR="00A75071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A75071">
        <w:rPr>
          <w:lang w:val="ru-RU"/>
        </w:rPr>
        <w:t>Диагностика сканирующего узла (оптика, матрица, движение каретки);</w:t>
      </w:r>
    </w:p>
    <w:p w14:paraId="7EF626CF" w14:textId="77777777" w:rsidR="00A75071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A75071">
        <w:rPr>
          <w:lang w:val="ru-RU"/>
        </w:rPr>
        <w:t>Оценка состояния узлов термозакрепления (печки/фьюзера), нагрева, термодатчиков;</w:t>
      </w:r>
    </w:p>
    <w:p w14:paraId="5CF20C93" w14:textId="77777777" w:rsidR="00632FF3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A75071">
        <w:rPr>
          <w:lang w:val="ru-RU"/>
        </w:rPr>
        <w:t>Проверка двигателя и приводных механизмов на шум, вибрации, проскальзывания;</w:t>
      </w:r>
    </w:p>
    <w:p w14:paraId="30DD7F22" w14:textId="374B4064" w:rsidR="00A75071" w:rsidRPr="00632FF3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632FF3">
        <w:rPr>
          <w:lang w:val="ru-RU"/>
        </w:rPr>
        <w:lastRenderedPageBreak/>
        <w:t>Выявление ошибок механики и электроники (по кодам ошибок, логам устройства).</w:t>
      </w:r>
    </w:p>
    <w:p w14:paraId="5A45B97B" w14:textId="439E60F6" w:rsidR="00A75071" w:rsidRPr="00A75071" w:rsidRDefault="008465AF" w:rsidP="00A75071">
      <w:pPr>
        <w:pStyle w:val="ae"/>
        <w:numPr>
          <w:ilvl w:val="2"/>
          <w:numId w:val="13"/>
        </w:num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</w:t>
      </w:r>
      <w:r w:rsidR="003B0880">
        <w:t>Программная диагностика</w:t>
      </w:r>
    </w:p>
    <w:p w14:paraId="420E7B3A" w14:textId="77777777" w:rsidR="00A75071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A75071">
        <w:rPr>
          <w:lang w:val="ru-RU"/>
        </w:rPr>
        <w:t>Проверка встроенного ПО/прошивки на наличие сбоев;</w:t>
      </w:r>
    </w:p>
    <w:p w14:paraId="67472643" w14:textId="77777777" w:rsidR="00A75071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A75071">
        <w:rPr>
          <w:lang w:val="ru-RU"/>
        </w:rPr>
        <w:t>Чтение журналов ошибок (если доступно);</w:t>
      </w:r>
    </w:p>
    <w:p w14:paraId="49395127" w14:textId="77777777" w:rsidR="00A75071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A75071">
        <w:rPr>
          <w:lang w:val="ru-RU"/>
        </w:rPr>
        <w:t>Проверка сетевых настроек (</w:t>
      </w:r>
      <w:r w:rsidRPr="00632FF3">
        <w:rPr>
          <w:lang w:val="ru-RU"/>
        </w:rPr>
        <w:t>IP</w:t>
      </w:r>
      <w:r w:rsidRPr="00A75071">
        <w:rPr>
          <w:lang w:val="ru-RU"/>
        </w:rPr>
        <w:t xml:space="preserve">, шлюз, </w:t>
      </w:r>
      <w:r w:rsidRPr="00632FF3">
        <w:rPr>
          <w:lang w:val="ru-RU"/>
        </w:rPr>
        <w:t>DNS</w:t>
      </w:r>
      <w:r w:rsidRPr="00A75071">
        <w:rPr>
          <w:lang w:val="ru-RU"/>
        </w:rPr>
        <w:t>), доступности по протоколам (</w:t>
      </w:r>
      <w:r w:rsidRPr="00632FF3">
        <w:rPr>
          <w:lang w:val="ru-RU"/>
        </w:rPr>
        <w:t>SMB</w:t>
      </w:r>
      <w:r w:rsidRPr="00A75071">
        <w:rPr>
          <w:lang w:val="ru-RU"/>
        </w:rPr>
        <w:t xml:space="preserve">, </w:t>
      </w:r>
      <w:r w:rsidRPr="00632FF3">
        <w:rPr>
          <w:lang w:val="ru-RU"/>
        </w:rPr>
        <w:t>FTP</w:t>
      </w:r>
      <w:r w:rsidRPr="00A75071">
        <w:rPr>
          <w:lang w:val="ru-RU"/>
        </w:rPr>
        <w:t xml:space="preserve">, </w:t>
      </w:r>
      <w:r w:rsidRPr="00632FF3">
        <w:rPr>
          <w:lang w:val="ru-RU"/>
        </w:rPr>
        <w:t>AirPrint</w:t>
      </w:r>
      <w:r w:rsidRPr="00A75071">
        <w:rPr>
          <w:lang w:val="ru-RU"/>
        </w:rPr>
        <w:t xml:space="preserve"> и др.);</w:t>
      </w:r>
    </w:p>
    <w:p w14:paraId="164E9AB3" w14:textId="77777777" w:rsidR="00A75071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A75071">
        <w:rPr>
          <w:lang w:val="ru-RU"/>
        </w:rPr>
        <w:t>Диагностика драйверов и взаимодействия с ОС (при необходимости на стороне клиента);</w:t>
      </w:r>
    </w:p>
    <w:p w14:paraId="6435D037" w14:textId="77777777" w:rsidR="00A75071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A75071">
        <w:rPr>
          <w:lang w:val="ru-RU"/>
        </w:rPr>
        <w:t>Проверка обновлений прошивки и рекомендации при необходимости перепрошивки.</w:t>
      </w:r>
    </w:p>
    <w:p w14:paraId="47FE900B" w14:textId="6B2DF557" w:rsidR="00A75071" w:rsidRPr="00A75071" w:rsidRDefault="00EA235A" w:rsidP="00A75071">
      <w:pPr>
        <w:pStyle w:val="ae"/>
        <w:numPr>
          <w:ilvl w:val="2"/>
          <w:numId w:val="13"/>
        </w:num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</w:t>
      </w:r>
      <w:r w:rsidR="003B0880">
        <w:t>Тестирование функционала</w:t>
      </w:r>
    </w:p>
    <w:p w14:paraId="0682A30F" w14:textId="77777777" w:rsidR="00A75071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A75071">
        <w:rPr>
          <w:lang w:val="ru-RU"/>
        </w:rPr>
        <w:t>Тестовая печать, копирование, сканирование, отправка факсов (при наличии);</w:t>
      </w:r>
    </w:p>
    <w:p w14:paraId="4DC39670" w14:textId="77777777" w:rsidR="00A75071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A75071">
        <w:rPr>
          <w:lang w:val="ru-RU"/>
        </w:rPr>
        <w:t>Проверка качества печати: равномерность, полосы, артефакты, пробелы;</w:t>
      </w:r>
    </w:p>
    <w:p w14:paraId="78486150" w14:textId="77777777" w:rsidR="00A75071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A75071">
        <w:rPr>
          <w:lang w:val="ru-RU"/>
        </w:rPr>
        <w:t>Проверка сканирования: равномерность, искажения, цветопередача;</w:t>
      </w:r>
    </w:p>
    <w:p w14:paraId="65DFBE63" w14:textId="77777777" w:rsidR="00A75071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A75071">
        <w:rPr>
          <w:lang w:val="ru-RU"/>
        </w:rPr>
        <w:t>Проверка функций двусторонней печати, автоподачи документов (</w:t>
      </w:r>
      <w:r w:rsidRPr="00632FF3">
        <w:rPr>
          <w:lang w:val="ru-RU"/>
        </w:rPr>
        <w:t>ADF</w:t>
      </w:r>
      <w:r w:rsidRPr="00A75071">
        <w:rPr>
          <w:lang w:val="ru-RU"/>
        </w:rPr>
        <w:t>), сетевой печати.</w:t>
      </w:r>
    </w:p>
    <w:p w14:paraId="71669F4D" w14:textId="5D2A0A35" w:rsidR="00A75071" w:rsidRPr="00A75071" w:rsidRDefault="00EA235A" w:rsidP="00A75071">
      <w:pPr>
        <w:pStyle w:val="ae"/>
        <w:numPr>
          <w:ilvl w:val="2"/>
          <w:numId w:val="13"/>
        </w:num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</w:t>
      </w:r>
      <w:r w:rsidR="003B0880">
        <w:t>Составление заключения</w:t>
      </w:r>
    </w:p>
    <w:p w14:paraId="6296F473" w14:textId="77777777" w:rsidR="00A75071" w:rsidRPr="00A75071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632FF3">
        <w:rPr>
          <w:lang w:val="ru-RU"/>
        </w:rPr>
        <w:t>Подробное описание выявленных неисправностей;</w:t>
      </w:r>
    </w:p>
    <w:p w14:paraId="5610BDC4" w14:textId="6E9851F2" w:rsidR="00A75071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A75071">
        <w:rPr>
          <w:lang w:val="ru-RU"/>
        </w:rPr>
        <w:t xml:space="preserve">Предварительная оценка причины неисправности (механика, электроника, расходники, </w:t>
      </w:r>
      <w:r w:rsidR="006F1D8F">
        <w:rPr>
          <w:lang w:val="ru-RU"/>
        </w:rPr>
        <w:t>программное обеспечение</w:t>
      </w:r>
      <w:r w:rsidRPr="00A75071">
        <w:rPr>
          <w:lang w:val="ru-RU"/>
        </w:rPr>
        <w:t>);</w:t>
      </w:r>
    </w:p>
    <w:p w14:paraId="7B64FE4B" w14:textId="77777777" w:rsidR="00A75071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A75071">
        <w:rPr>
          <w:lang w:val="ru-RU"/>
        </w:rPr>
        <w:t>Рекомендации по устранению выявленных проблем;</w:t>
      </w:r>
    </w:p>
    <w:p w14:paraId="21B38B5D" w14:textId="77777777" w:rsidR="00A75071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A75071">
        <w:rPr>
          <w:lang w:val="ru-RU"/>
        </w:rPr>
        <w:t>Рекомендации по профилактике и обслуживанию устройства;</w:t>
      </w:r>
    </w:p>
    <w:p w14:paraId="532092E2" w14:textId="36461568" w:rsidR="00A75071" w:rsidRDefault="003B0880" w:rsidP="00632FF3">
      <w:pPr>
        <w:pStyle w:val="ae"/>
        <w:numPr>
          <w:ilvl w:val="3"/>
          <w:numId w:val="13"/>
        </w:numPr>
        <w:spacing w:after="0" w:line="240" w:lineRule="auto"/>
        <w:ind w:left="1276" w:hanging="283"/>
        <w:jc w:val="both"/>
        <w:rPr>
          <w:lang w:val="ru-RU"/>
        </w:rPr>
      </w:pPr>
      <w:r w:rsidRPr="00A75071">
        <w:rPr>
          <w:lang w:val="ru-RU"/>
        </w:rPr>
        <w:t>Определение рентабельности дальнейшего ремонта (по согласованию с Заказчиком).</w:t>
      </w:r>
    </w:p>
    <w:p w14:paraId="39B003F5" w14:textId="77777777" w:rsidR="006F1D8F" w:rsidRPr="006F1D8F" w:rsidRDefault="006F1D8F" w:rsidP="006F1D8F">
      <w:pPr>
        <w:spacing w:after="0" w:line="240" w:lineRule="auto"/>
        <w:jc w:val="both"/>
        <w:rPr>
          <w:lang w:val="ru-RU"/>
        </w:rPr>
      </w:pPr>
    </w:p>
    <w:p w14:paraId="00FC48D8" w14:textId="77777777" w:rsidR="0004263D" w:rsidRPr="00632FF3" w:rsidRDefault="003B0880" w:rsidP="00632FF3">
      <w:pPr>
        <w:pStyle w:val="ae"/>
        <w:numPr>
          <w:ilvl w:val="0"/>
          <w:numId w:val="13"/>
        </w:numPr>
        <w:spacing w:before="240" w:after="0" w:line="240" w:lineRule="auto"/>
        <w:ind w:left="357" w:firstLine="720"/>
        <w:jc w:val="both"/>
        <w:rPr>
          <w:b/>
          <w:bCs/>
          <w:lang w:val="ru-RU"/>
        </w:rPr>
      </w:pPr>
      <w:r w:rsidRPr="00632FF3">
        <w:rPr>
          <w:b/>
          <w:bCs/>
          <w:lang w:val="ru-RU"/>
        </w:rPr>
        <w:t>Требования к Исполнителю</w:t>
      </w:r>
    </w:p>
    <w:p w14:paraId="73140F50" w14:textId="77777777" w:rsidR="0004263D" w:rsidRDefault="003B0880" w:rsidP="0004263D">
      <w:pPr>
        <w:pStyle w:val="ae"/>
        <w:numPr>
          <w:ilvl w:val="1"/>
          <w:numId w:val="13"/>
        </w:numPr>
        <w:spacing w:after="0" w:line="240" w:lineRule="auto"/>
        <w:jc w:val="both"/>
        <w:rPr>
          <w:lang w:val="ru-RU"/>
        </w:rPr>
      </w:pPr>
      <w:r w:rsidRPr="0004263D">
        <w:rPr>
          <w:lang w:val="ru-RU"/>
        </w:rPr>
        <w:t>Наличие необходимого инструментария, тестовых материалов (бумага, картриджи и пр.);</w:t>
      </w:r>
    </w:p>
    <w:p w14:paraId="6B33C290" w14:textId="0485F278" w:rsidR="0004263D" w:rsidRDefault="003B0880" w:rsidP="0004263D">
      <w:pPr>
        <w:pStyle w:val="ae"/>
        <w:numPr>
          <w:ilvl w:val="1"/>
          <w:numId w:val="13"/>
        </w:numPr>
        <w:spacing w:after="0" w:line="240" w:lineRule="auto"/>
        <w:jc w:val="both"/>
        <w:rPr>
          <w:lang w:val="ru-RU"/>
        </w:rPr>
      </w:pPr>
      <w:r w:rsidRPr="0004263D">
        <w:rPr>
          <w:lang w:val="ru-RU"/>
        </w:rPr>
        <w:t xml:space="preserve">Специалист с опытом не менее </w:t>
      </w:r>
      <w:r w:rsidR="00BF242D" w:rsidRPr="00BF242D">
        <w:rPr>
          <w:lang w:val="ru-RU"/>
        </w:rPr>
        <w:t>3</w:t>
      </w:r>
      <w:r w:rsidRPr="0004263D">
        <w:rPr>
          <w:lang w:val="ru-RU"/>
        </w:rPr>
        <w:t xml:space="preserve"> </w:t>
      </w:r>
      <w:r w:rsidR="00BF242D">
        <w:rPr>
          <w:lang w:val="ru-RU"/>
        </w:rPr>
        <w:t>лет</w:t>
      </w:r>
      <w:r w:rsidRPr="0004263D">
        <w:rPr>
          <w:lang w:val="ru-RU"/>
        </w:rPr>
        <w:t xml:space="preserve"> по ремонту и обслуживанию МФУ</w:t>
      </w:r>
      <w:r w:rsidR="000449D2">
        <w:rPr>
          <w:lang w:val="ru-RU"/>
        </w:rPr>
        <w:t xml:space="preserve"> и принтеров</w:t>
      </w:r>
      <w:r w:rsidRPr="0004263D">
        <w:rPr>
          <w:lang w:val="ru-RU"/>
        </w:rPr>
        <w:t>;</w:t>
      </w:r>
    </w:p>
    <w:p w14:paraId="163AED41" w14:textId="78C4C0C5" w:rsidR="0004263D" w:rsidRDefault="003B0880" w:rsidP="0004263D">
      <w:pPr>
        <w:pStyle w:val="ae"/>
        <w:numPr>
          <w:ilvl w:val="1"/>
          <w:numId w:val="13"/>
        </w:numPr>
        <w:spacing w:after="0" w:line="240" w:lineRule="auto"/>
        <w:jc w:val="both"/>
        <w:rPr>
          <w:lang w:val="ru-RU"/>
        </w:rPr>
      </w:pPr>
      <w:r w:rsidRPr="0004263D">
        <w:rPr>
          <w:lang w:val="ru-RU"/>
        </w:rPr>
        <w:t>Соблюдение техники безопасности и сохранности имущества Заказчика.</w:t>
      </w:r>
    </w:p>
    <w:p w14:paraId="3BF0EBD8" w14:textId="77777777" w:rsidR="006F1D8F" w:rsidRPr="006F1D8F" w:rsidRDefault="006F1D8F" w:rsidP="006F1D8F">
      <w:pPr>
        <w:spacing w:after="0" w:line="240" w:lineRule="auto"/>
        <w:jc w:val="both"/>
        <w:rPr>
          <w:lang w:val="ru-RU"/>
        </w:rPr>
      </w:pPr>
    </w:p>
    <w:p w14:paraId="0796EC6B" w14:textId="77777777" w:rsidR="0004263D" w:rsidRPr="00632FF3" w:rsidRDefault="003B0880" w:rsidP="006F1D8F">
      <w:pPr>
        <w:pStyle w:val="ae"/>
        <w:numPr>
          <w:ilvl w:val="0"/>
          <w:numId w:val="13"/>
        </w:numPr>
        <w:spacing w:before="240" w:after="0" w:line="240" w:lineRule="auto"/>
        <w:ind w:left="357" w:firstLine="720"/>
        <w:jc w:val="both"/>
        <w:rPr>
          <w:b/>
          <w:bCs/>
          <w:lang w:val="ru-RU"/>
        </w:rPr>
      </w:pPr>
      <w:r w:rsidRPr="00632FF3">
        <w:rPr>
          <w:b/>
          <w:bCs/>
          <w:lang w:val="ru-RU"/>
        </w:rPr>
        <w:t>Условия проведения работ</w:t>
      </w:r>
    </w:p>
    <w:p w14:paraId="5F972218" w14:textId="360D42E9" w:rsidR="0004263D" w:rsidRPr="003B0880" w:rsidRDefault="003B0880" w:rsidP="003B0880">
      <w:pPr>
        <w:spacing w:after="0" w:line="240" w:lineRule="auto"/>
        <w:ind w:left="360"/>
        <w:jc w:val="both"/>
        <w:rPr>
          <w:lang w:val="ru-RU"/>
        </w:rPr>
      </w:pPr>
      <w:r w:rsidRPr="003B0880">
        <w:rPr>
          <w:lang w:val="ru-RU"/>
        </w:rPr>
        <w:t xml:space="preserve">Диагностика </w:t>
      </w:r>
      <w:r w:rsidR="000449D2">
        <w:rPr>
          <w:lang w:val="ru-RU"/>
        </w:rPr>
        <w:t xml:space="preserve">и техническое обслуживание </w:t>
      </w:r>
      <w:r w:rsidRPr="003B0880">
        <w:rPr>
          <w:lang w:val="ru-RU"/>
        </w:rPr>
        <w:t>провод</w:t>
      </w:r>
      <w:r w:rsidR="000449D2">
        <w:rPr>
          <w:lang w:val="ru-RU"/>
        </w:rPr>
        <w:t>я</w:t>
      </w:r>
      <w:r w:rsidRPr="003B0880">
        <w:rPr>
          <w:lang w:val="ru-RU"/>
        </w:rPr>
        <w:t>тся на территории Заказчика;</w:t>
      </w:r>
    </w:p>
    <w:p w14:paraId="5E1E73ED" w14:textId="021C8E44" w:rsidR="0004263D" w:rsidRDefault="003B0880" w:rsidP="003B0880">
      <w:pPr>
        <w:pStyle w:val="ae"/>
        <w:numPr>
          <w:ilvl w:val="1"/>
          <w:numId w:val="13"/>
        </w:numPr>
        <w:spacing w:after="0" w:line="240" w:lineRule="auto"/>
        <w:jc w:val="both"/>
        <w:rPr>
          <w:lang w:val="ru-RU"/>
        </w:rPr>
      </w:pPr>
      <w:r w:rsidRPr="0004263D">
        <w:rPr>
          <w:lang w:val="ru-RU"/>
        </w:rPr>
        <w:t xml:space="preserve">Срок выполнения диагностики: не более </w:t>
      </w:r>
      <w:r w:rsidR="00CD5722" w:rsidRPr="00CD5722">
        <w:rPr>
          <w:lang w:val="ru-RU"/>
        </w:rPr>
        <w:t>1</w:t>
      </w:r>
      <w:r w:rsidRPr="0004263D">
        <w:rPr>
          <w:lang w:val="ru-RU"/>
        </w:rPr>
        <w:t xml:space="preserve"> рабоч</w:t>
      </w:r>
      <w:r w:rsidR="00CD5722">
        <w:rPr>
          <w:lang w:val="ru-RU"/>
        </w:rPr>
        <w:t>его</w:t>
      </w:r>
      <w:r w:rsidRPr="0004263D">
        <w:rPr>
          <w:lang w:val="ru-RU"/>
        </w:rPr>
        <w:t xml:space="preserve"> дн</w:t>
      </w:r>
      <w:r w:rsidR="00CD5722">
        <w:rPr>
          <w:lang w:val="ru-RU"/>
        </w:rPr>
        <w:t>я</w:t>
      </w:r>
      <w:r w:rsidRPr="0004263D">
        <w:rPr>
          <w:lang w:val="ru-RU"/>
        </w:rPr>
        <w:t xml:space="preserve"> с момента </w:t>
      </w:r>
      <w:r w:rsidR="000449D2">
        <w:rPr>
          <w:lang w:val="ru-RU"/>
        </w:rPr>
        <w:t>заключения договора</w:t>
      </w:r>
      <w:r w:rsidRPr="0004263D">
        <w:rPr>
          <w:lang w:val="ru-RU"/>
        </w:rPr>
        <w:t>;</w:t>
      </w:r>
    </w:p>
    <w:p w14:paraId="7672775B" w14:textId="43AD80F2" w:rsidR="0004263D" w:rsidRDefault="003B0880" w:rsidP="003B0880">
      <w:pPr>
        <w:pStyle w:val="ae"/>
        <w:numPr>
          <w:ilvl w:val="1"/>
          <w:numId w:val="13"/>
        </w:numPr>
        <w:spacing w:after="0" w:line="240" w:lineRule="auto"/>
        <w:jc w:val="both"/>
        <w:rPr>
          <w:lang w:val="ru-RU"/>
        </w:rPr>
      </w:pPr>
      <w:r w:rsidRPr="0004263D">
        <w:rPr>
          <w:lang w:val="ru-RU"/>
        </w:rPr>
        <w:t>В случае невозможности диагностики без разборки устройства, Исполнитель обязан согласовать дальнейшие действия с Заказчиком</w:t>
      </w:r>
      <w:r w:rsidR="00BF242D">
        <w:rPr>
          <w:lang w:val="ru-RU"/>
        </w:rPr>
        <w:t xml:space="preserve"> (без изменения стоимости диагностики)</w:t>
      </w:r>
      <w:r w:rsidRPr="0004263D">
        <w:rPr>
          <w:lang w:val="ru-RU"/>
        </w:rPr>
        <w:t>.</w:t>
      </w:r>
    </w:p>
    <w:p w14:paraId="7238AE9C" w14:textId="77777777" w:rsidR="006F1D8F" w:rsidRPr="006F1D8F" w:rsidRDefault="006F1D8F" w:rsidP="006F1D8F">
      <w:pPr>
        <w:spacing w:after="0" w:line="240" w:lineRule="auto"/>
        <w:ind w:left="360"/>
        <w:jc w:val="both"/>
        <w:rPr>
          <w:lang w:val="ru-RU"/>
        </w:rPr>
      </w:pPr>
    </w:p>
    <w:p w14:paraId="74911A77" w14:textId="77777777" w:rsidR="00887782" w:rsidRPr="006F1D8F" w:rsidRDefault="003B0880" w:rsidP="006F1D8F">
      <w:pPr>
        <w:pStyle w:val="ae"/>
        <w:numPr>
          <w:ilvl w:val="0"/>
          <w:numId w:val="13"/>
        </w:numPr>
        <w:spacing w:before="240" w:after="0" w:line="240" w:lineRule="auto"/>
        <w:ind w:left="357" w:firstLine="720"/>
        <w:jc w:val="both"/>
        <w:rPr>
          <w:b/>
          <w:bCs/>
          <w:lang w:val="ru-RU"/>
        </w:rPr>
      </w:pPr>
      <w:r w:rsidRPr="006F1D8F">
        <w:rPr>
          <w:b/>
          <w:bCs/>
          <w:lang w:val="ru-RU"/>
        </w:rPr>
        <w:t>Результаты и отчетность</w:t>
      </w:r>
    </w:p>
    <w:p w14:paraId="55D612E0" w14:textId="77777777" w:rsidR="00887782" w:rsidRDefault="003B0880" w:rsidP="00F458FE">
      <w:pPr>
        <w:pStyle w:val="ae"/>
        <w:spacing w:after="0" w:line="240" w:lineRule="auto"/>
        <w:ind w:left="0" w:firstLine="567"/>
        <w:jc w:val="both"/>
        <w:rPr>
          <w:lang w:val="ru-RU"/>
        </w:rPr>
      </w:pPr>
      <w:r w:rsidRPr="00887782">
        <w:rPr>
          <w:lang w:val="ru-RU"/>
        </w:rPr>
        <w:t>По результатам диагностики Исполнитель предоставляет Заказчику Акт выполненных работ и Диагностическое заключение, содержащее:</w:t>
      </w:r>
    </w:p>
    <w:p w14:paraId="441A5890" w14:textId="77777777" w:rsidR="00887782" w:rsidRDefault="003B0880" w:rsidP="00F458FE">
      <w:pPr>
        <w:pStyle w:val="ae"/>
        <w:numPr>
          <w:ilvl w:val="1"/>
          <w:numId w:val="13"/>
        </w:numPr>
        <w:spacing w:after="0" w:line="240" w:lineRule="auto"/>
        <w:jc w:val="both"/>
        <w:rPr>
          <w:lang w:val="ru-RU"/>
        </w:rPr>
      </w:pPr>
      <w:r w:rsidRPr="00887782">
        <w:rPr>
          <w:lang w:val="ru-RU"/>
        </w:rPr>
        <w:t>Перечень выполненных проверок;</w:t>
      </w:r>
    </w:p>
    <w:p w14:paraId="2720495F" w14:textId="77777777" w:rsidR="00887782" w:rsidRDefault="003B0880" w:rsidP="00F458FE">
      <w:pPr>
        <w:pStyle w:val="ae"/>
        <w:numPr>
          <w:ilvl w:val="1"/>
          <w:numId w:val="13"/>
        </w:numPr>
        <w:spacing w:after="0" w:line="240" w:lineRule="auto"/>
        <w:jc w:val="both"/>
        <w:rPr>
          <w:lang w:val="ru-RU"/>
        </w:rPr>
      </w:pPr>
      <w:r w:rsidRPr="00887782">
        <w:rPr>
          <w:lang w:val="ru-RU"/>
        </w:rPr>
        <w:t>Описание выявленных проблем;</w:t>
      </w:r>
    </w:p>
    <w:p w14:paraId="6C55FE3C" w14:textId="1301FA3A" w:rsidR="00887782" w:rsidRDefault="003B0880" w:rsidP="00F458FE">
      <w:pPr>
        <w:pStyle w:val="ae"/>
        <w:numPr>
          <w:ilvl w:val="1"/>
          <w:numId w:val="13"/>
        </w:numPr>
        <w:spacing w:after="0" w:line="240" w:lineRule="auto"/>
        <w:jc w:val="both"/>
        <w:rPr>
          <w:lang w:val="ru-RU"/>
        </w:rPr>
      </w:pPr>
      <w:r w:rsidRPr="00887782">
        <w:rPr>
          <w:lang w:val="ru-RU"/>
        </w:rPr>
        <w:t>Фотографии/скриншоты;</w:t>
      </w:r>
    </w:p>
    <w:p w14:paraId="37BD386B" w14:textId="09CED362" w:rsidR="00887782" w:rsidRDefault="003B0880" w:rsidP="00F458FE">
      <w:pPr>
        <w:pStyle w:val="ae"/>
        <w:numPr>
          <w:ilvl w:val="1"/>
          <w:numId w:val="13"/>
        </w:numPr>
        <w:spacing w:after="0" w:line="240" w:lineRule="auto"/>
        <w:jc w:val="both"/>
        <w:rPr>
          <w:lang w:val="ru-RU"/>
        </w:rPr>
      </w:pPr>
      <w:r w:rsidRPr="00887782">
        <w:rPr>
          <w:lang w:val="ru-RU"/>
        </w:rPr>
        <w:t>Рекомендации по ремонту или утилизации</w:t>
      </w:r>
      <w:r w:rsidR="00E22235" w:rsidRPr="00E22235">
        <w:rPr>
          <w:lang w:val="ru-RU"/>
        </w:rPr>
        <w:t>;</w:t>
      </w:r>
    </w:p>
    <w:p w14:paraId="573AE565" w14:textId="32CB8350" w:rsidR="00E22235" w:rsidRDefault="00E22235" w:rsidP="00F458FE">
      <w:pPr>
        <w:pStyle w:val="ae"/>
        <w:numPr>
          <w:ilvl w:val="1"/>
          <w:numId w:val="13"/>
        </w:numPr>
        <w:spacing w:after="0" w:line="240" w:lineRule="auto"/>
        <w:jc w:val="both"/>
        <w:rPr>
          <w:lang w:val="ru-RU"/>
        </w:rPr>
      </w:pPr>
      <w:r w:rsidRPr="00E22235">
        <w:rPr>
          <w:lang w:val="ru-RU"/>
        </w:rPr>
        <w:t xml:space="preserve">Список запасных частей, </w:t>
      </w:r>
      <w:r>
        <w:rPr>
          <w:lang w:val="ru-RU"/>
        </w:rPr>
        <w:t xml:space="preserve">необходимых </w:t>
      </w:r>
      <w:r w:rsidRPr="00E22235">
        <w:rPr>
          <w:lang w:val="ru-RU"/>
        </w:rPr>
        <w:t>для ремонта</w:t>
      </w:r>
    </w:p>
    <w:p w14:paraId="71B757CD" w14:textId="77777777" w:rsidR="006F1D8F" w:rsidRPr="006F1D8F" w:rsidRDefault="006F1D8F" w:rsidP="006F1D8F">
      <w:pPr>
        <w:spacing w:after="0" w:line="240" w:lineRule="auto"/>
        <w:ind w:left="360"/>
        <w:jc w:val="both"/>
        <w:rPr>
          <w:lang w:val="ru-RU"/>
        </w:rPr>
      </w:pPr>
    </w:p>
    <w:p w14:paraId="4A79B02B" w14:textId="77777777" w:rsidR="00887782" w:rsidRPr="006F1D8F" w:rsidRDefault="003B0880" w:rsidP="006F1D8F">
      <w:pPr>
        <w:pStyle w:val="ae"/>
        <w:numPr>
          <w:ilvl w:val="0"/>
          <w:numId w:val="13"/>
        </w:numPr>
        <w:spacing w:before="240" w:after="0" w:line="240" w:lineRule="auto"/>
        <w:ind w:left="357" w:firstLine="720"/>
        <w:jc w:val="both"/>
        <w:rPr>
          <w:b/>
          <w:bCs/>
          <w:lang w:val="ru-RU"/>
        </w:rPr>
      </w:pPr>
      <w:r w:rsidRPr="006F1D8F">
        <w:rPr>
          <w:b/>
          <w:bCs/>
          <w:lang w:val="ru-RU"/>
        </w:rPr>
        <w:t>Прочие условия</w:t>
      </w:r>
    </w:p>
    <w:p w14:paraId="669C02E4" w14:textId="03167A53" w:rsidR="00CA7954" w:rsidRPr="00F458FE" w:rsidRDefault="003B0880" w:rsidP="00BF242D">
      <w:pPr>
        <w:spacing w:after="0" w:line="240" w:lineRule="auto"/>
        <w:ind w:firstLine="567"/>
        <w:jc w:val="both"/>
        <w:rPr>
          <w:lang w:val="ru-RU"/>
        </w:rPr>
      </w:pPr>
      <w:r w:rsidRPr="00F458FE">
        <w:rPr>
          <w:lang w:val="ru-RU"/>
        </w:rPr>
        <w:t>Заказчик подтверждает, что устройство не имеет несогласованных доработок или вмешательств, способных исказить результаты диагностики.</w:t>
      </w:r>
    </w:p>
    <w:sectPr w:rsidR="00CA7954" w:rsidRPr="00F458FE" w:rsidSect="00BF242D">
      <w:pgSz w:w="12240" w:h="15840"/>
      <w:pgMar w:top="1440" w:right="758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853509"/>
    <w:multiLevelType w:val="hybridMultilevel"/>
    <w:tmpl w:val="B6BE44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A52683"/>
    <w:multiLevelType w:val="hybridMultilevel"/>
    <w:tmpl w:val="38BAA9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28D779D"/>
    <w:multiLevelType w:val="hybridMultilevel"/>
    <w:tmpl w:val="128E15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7E403A"/>
    <w:multiLevelType w:val="multilevel"/>
    <w:tmpl w:val="21DAF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06F1E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9"/>
  </w:num>
  <w:num w:numId="12">
    <w:abstractNumId w:val="1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63D"/>
    <w:rsid w:val="000449D2"/>
    <w:rsid w:val="0006063C"/>
    <w:rsid w:val="000D3FDA"/>
    <w:rsid w:val="00107B15"/>
    <w:rsid w:val="0015074B"/>
    <w:rsid w:val="001E3B37"/>
    <w:rsid w:val="0029639D"/>
    <w:rsid w:val="00326F90"/>
    <w:rsid w:val="00381E2C"/>
    <w:rsid w:val="003B0880"/>
    <w:rsid w:val="003F23B4"/>
    <w:rsid w:val="00413BDB"/>
    <w:rsid w:val="005B6E6C"/>
    <w:rsid w:val="005E33CB"/>
    <w:rsid w:val="00617122"/>
    <w:rsid w:val="00632FF3"/>
    <w:rsid w:val="006F1D8F"/>
    <w:rsid w:val="008465AF"/>
    <w:rsid w:val="008468C0"/>
    <w:rsid w:val="00887782"/>
    <w:rsid w:val="008B6505"/>
    <w:rsid w:val="00987AC9"/>
    <w:rsid w:val="009B0787"/>
    <w:rsid w:val="00A75071"/>
    <w:rsid w:val="00AA1D8D"/>
    <w:rsid w:val="00B47730"/>
    <w:rsid w:val="00BE28C0"/>
    <w:rsid w:val="00BF242D"/>
    <w:rsid w:val="00C54875"/>
    <w:rsid w:val="00CA7954"/>
    <w:rsid w:val="00CB0664"/>
    <w:rsid w:val="00CD5722"/>
    <w:rsid w:val="00D17485"/>
    <w:rsid w:val="00E22235"/>
    <w:rsid w:val="00E25030"/>
    <w:rsid w:val="00EA235A"/>
    <w:rsid w:val="00F458FE"/>
    <w:rsid w:val="00F8770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FFF9D0"/>
  <w14:defaultImageDpi w14:val="300"/>
  <w15:docId w15:val="{0FC930F4-E87A-414A-9D8B-BDC8DC6F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680</Words>
  <Characters>3876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Болобон Сергей Алексеевич</cp:lastModifiedBy>
  <cp:revision>17</cp:revision>
  <dcterms:created xsi:type="dcterms:W3CDTF">2025-07-10T13:55:00Z</dcterms:created>
  <dcterms:modified xsi:type="dcterms:W3CDTF">2026-07-08T09:07:00Z</dcterms:modified>
  <cp:category/>
</cp:coreProperties>
</file>