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27" w:rsidRPr="005932BE" w:rsidRDefault="005932BE">
      <w:pPr>
        <w:spacing w:after="40" w:line="252" w:lineRule="auto"/>
        <w:jc w:val="center"/>
        <w:rPr>
          <w:lang w:val="ru-RU"/>
        </w:rPr>
      </w:pPr>
      <w:r w:rsidRPr="005932BE">
        <w:rPr>
          <w:b/>
          <w:sz w:val="24"/>
          <w:lang w:val="ru-RU"/>
        </w:rPr>
        <w:t>КОНТРАКТ (ДОГОВОР) № ______</w:t>
      </w:r>
    </w:p>
    <w:p w:rsidR="00DB5A27" w:rsidRPr="005932BE" w:rsidRDefault="005932BE">
      <w:pPr>
        <w:spacing w:after="40" w:line="252" w:lineRule="auto"/>
        <w:jc w:val="center"/>
        <w:rPr>
          <w:lang w:val="ru-RU"/>
        </w:rPr>
      </w:pPr>
      <w:r w:rsidRPr="005932BE">
        <w:rPr>
          <w:b/>
          <w:lang w:val="ru-RU"/>
        </w:rPr>
        <w:t>на оказание услуг по обязательному страхованию гражданской ответственности владельца опасного объекта</w:t>
      </w:r>
    </w:p>
    <w:p w:rsidR="00DB5A27" w:rsidRPr="005932BE" w:rsidRDefault="005932BE">
      <w:pPr>
        <w:spacing w:after="40" w:line="252" w:lineRule="auto"/>
        <w:jc w:val="center"/>
        <w:rPr>
          <w:lang w:val="ru-RU"/>
        </w:rPr>
      </w:pPr>
      <w:r w:rsidRPr="005932BE">
        <w:rPr>
          <w:b/>
          <w:lang w:val="ru-RU"/>
        </w:rPr>
        <w:t>за причинение вреда в результате аварии на опасном объекте</w:t>
      </w:r>
    </w:p>
    <w:p w:rsidR="00DB5A27" w:rsidRDefault="005932BE">
      <w:pPr>
        <w:spacing w:after="40" w:line="252" w:lineRule="auto"/>
        <w:jc w:val="center"/>
      </w:pPr>
      <w:proofErr w:type="gramStart"/>
      <w:r w:rsidRPr="005932BE">
        <w:rPr>
          <w:b/>
          <w:sz w:val="20"/>
          <w:lang w:val="ru-RU"/>
        </w:rPr>
        <w:t xml:space="preserve">опасные объекты: лифты, расположенные по адресу: г. Москва, ул. </w:t>
      </w:r>
      <w:proofErr w:type="spellStart"/>
      <w:r>
        <w:rPr>
          <w:b/>
          <w:sz w:val="20"/>
        </w:rPr>
        <w:t>Гиляровского</w:t>
      </w:r>
      <w:proofErr w:type="spellEnd"/>
      <w:r>
        <w:rPr>
          <w:b/>
          <w:sz w:val="20"/>
        </w:rPr>
        <w:t>, д. 31, стр. 1</w:t>
      </w:r>
      <w:proofErr w:type="gramEnd"/>
    </w:p>
    <w:p w:rsidR="00DB5A27" w:rsidRDefault="005932BE">
      <w:pPr>
        <w:spacing w:after="40" w:line="252" w:lineRule="auto"/>
        <w:jc w:val="center"/>
      </w:pPr>
      <w:r>
        <w:rPr>
          <w:b/>
          <w:sz w:val="20"/>
        </w:rPr>
        <w:t>ИКЗ 261770279292077020100100780000000000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DB5A27">
        <w:trPr>
          <w:jc w:val="center"/>
        </w:trPr>
        <w:tc>
          <w:tcPr>
            <w:tcW w:w="4535" w:type="dxa"/>
            <w:vAlign w:val="center"/>
          </w:tcPr>
          <w:p w:rsidR="00DB5A27" w:rsidRDefault="005932BE">
            <w:r>
              <w:rPr>
                <w:sz w:val="20"/>
              </w:rPr>
              <w:t>г. Москва</w:t>
            </w:r>
          </w:p>
        </w:tc>
        <w:tc>
          <w:tcPr>
            <w:tcW w:w="4535" w:type="dxa"/>
            <w:vAlign w:val="center"/>
          </w:tcPr>
          <w:p w:rsidR="00DB5A27" w:rsidRDefault="005932BE">
            <w:r>
              <w:rPr>
                <w:sz w:val="20"/>
              </w:rPr>
              <w:t>«___» ____________ 2026 г.</w:t>
            </w:r>
          </w:p>
        </w:tc>
      </w:tr>
    </w:tbl>
    <w:p w:rsidR="00DB5A27" w:rsidRDefault="00DB5A27">
      <w:pPr>
        <w:spacing w:after="40"/>
      </w:pP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proofErr w:type="gramStart"/>
      <w:r w:rsidRPr="005932BE">
        <w:rPr>
          <w:lang w:val="ru-RU"/>
        </w:rPr>
        <w:t xml:space="preserve">__________________________________________, именуемое в дальнейшем «Страховщик» («Исполнитель»), в лице __________________________________________, действующего на основании ____________________________, с одной стороны, и Федеральное государственное бюджетное учреждение «Информационно-аналитический центр поддержки ГАС «Правосудие» (ФГБУ ИАЦ Судебного департамента), именуемое в дальнейшем «Страхователь» («Заказчик»), в лице начальника административно-хозяйственного отдела </w:t>
      </w:r>
      <w:proofErr w:type="spellStart"/>
      <w:r w:rsidRPr="005932BE">
        <w:rPr>
          <w:lang w:val="ru-RU"/>
        </w:rPr>
        <w:t>Буробиной</w:t>
      </w:r>
      <w:proofErr w:type="spellEnd"/>
      <w:r w:rsidRPr="005932BE">
        <w:rPr>
          <w:lang w:val="ru-RU"/>
        </w:rPr>
        <w:t xml:space="preserve"> Екатерины Владимировны, действующей на основании доверенности от 12 ноября 2025 года № 298, с другой стороны, вместе именуемые «Стороны», на основании пункта 4</w:t>
      </w:r>
      <w:proofErr w:type="gramEnd"/>
      <w:r w:rsidRPr="005932BE">
        <w:rPr>
          <w:lang w:val="ru-RU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- Договор) о нижеследующем.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1. ПРЕДМЕТ ДОГОВОРА И ОБЩИЕ УСЛОВИЯ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1.1. Страховщик обязуется оказать Страхователю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(далее - ОС ОПО), а Страхователь обязуется уплатить страховую премию в порядке и сроки, предусмотренные настоящим Договором.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1.2. Договор заключен в отношении опасных объектов, владельцем которых является Страхователь: трех пассажирских лифтов, расположенных по адресу: 129090, г. Москва, ул. Гиляровского, д. 31, стр. 1.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 xml:space="preserve">1.3. </w:t>
      </w:r>
      <w:proofErr w:type="gramStart"/>
      <w:r w:rsidRPr="005932BE">
        <w:rPr>
          <w:lang w:val="ru-RU"/>
        </w:rPr>
        <w:t>ОС ОПО осуществляется в соответствии с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(далее - Федеральный закон № 225-ФЗ), Положением Банка России от 28.12.2016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(далее - Правила ОС ОПО</w:t>
      </w:r>
      <w:proofErr w:type="gramEnd"/>
      <w:r w:rsidRPr="005932BE">
        <w:rPr>
          <w:lang w:val="ru-RU"/>
        </w:rPr>
        <w:t>), Федеральным законом от 05.04.2013 № 44-ФЗ (далее - Закон № 44-ФЗ) и настоящим Договором.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1.4. Заключение договора обязательного страхования подтверждается страховым полисом ОС ОПО, оформленным по установленной форме. Полис выдается Страхователю после уплаты страховой премии в полном размере и представления документов, необходимых для заключения договора обязательного страхования.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1.5. Результатом оказания услуги является выданный Страхователю страховой полис ОС ОПО и иные документы, предусмотренные Федеральным законом № 225-ФЗ и Правилами ОС ОПО при заключении договора обязательного страхования.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1.6. Страховые выплаты по полису ОС ОПО осуществляются потерпевшим лицам в пределах страховой суммы в порядке, установленном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1.7. В случае противоречия условий настоящего Договора обязательным положениям Федерального закона № 225-ФЗ, Правил ОС ОПО, Закона № 44-ФЗ или иных обязательных норм законодательства применяются такие обязательные положения.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2. ОБЪЕКТ СТРАХОВАНИЯ, СТРАХОВОЙ РИСК И СТРАХОВОЙ СЛУЧАЙ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2.1. Объектом обязательного страхования являются имущественные интересы Страхователя как владельца опасного объекта, связанные с его обязанностью возместить вред, причиненный потерпевшим в результате аварии на опасном объекте.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lastRenderedPageBreak/>
        <w:t>2.2. Страховым риском является возможность наступления гражданской ответственности Страхователя по обязательствам, возникающим вследствие причинения вреда потерпевшим в результате аварии на опасном объекте.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2.3. Страховым случаем признается наступление гражданской ответственности Страхователя по обязательствам, возникшим вследствие причинения вреда потерпевшим в период действия полиса ОС ОПО, которое влечет обязанность Страховщика произвести страховую выплату потерпевшим.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2.4. Вред, причиненный нескольким потерпевшим в результате одной аварии на опасном объекте, относится к одному страховому случаю. Вред, являющийся результатом последствий или продолжающегося воздействия аварии, произошедшей в период действия полиса ОС ОПО, возмещается в порядке, установленном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2.5. Случаи, не являющиеся страховыми, основания освобождения Страховщика от страховой выплаты, основания отказа в страховой выплате и порядок определения размера страховой выплаты устанавливаются Федеральным законом № 225-ФЗ и Правилами ОС ОПО.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3. ОПАСНЫЕ ОБЪЕКТЫ, СТРАХОВАЯ СУММА И ЦЕНА ДОГОВОРА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3.1. Страховая сумма определяется в соответствии с Федеральным законом № 225-ФЗ и указывается в полисе ОС ОПО.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2835"/>
        <w:gridCol w:w="1701"/>
        <w:gridCol w:w="1701"/>
      </w:tblGrid>
      <w:tr w:rsidR="00DB5A2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402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Опасный объект</w:t>
            </w:r>
          </w:p>
        </w:tc>
        <w:tc>
          <w:tcPr>
            <w:tcW w:w="2835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Место нахождения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Страховая сумма, руб.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Страховая премия, руб.</w:t>
            </w:r>
          </w:p>
        </w:tc>
      </w:tr>
      <w:tr w:rsidR="00DB5A27">
        <w:trPr>
          <w:jc w:val="center"/>
        </w:trPr>
        <w:tc>
          <w:tcPr>
            <w:tcW w:w="567" w:type="dxa"/>
            <w:vAlign w:val="center"/>
          </w:tcPr>
          <w:p w:rsidR="00DB5A27" w:rsidRDefault="005932BE">
            <w:r>
              <w:rPr>
                <w:sz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Страхование гражданской ответственности владельца опасных объектов: лифты пассажирские - 3 шт.</w:t>
            </w:r>
          </w:p>
        </w:tc>
        <w:tc>
          <w:tcPr>
            <w:tcW w:w="2835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г. Москва, ул. Гиляровского, д. 31, стр. 1</w:t>
            </w:r>
          </w:p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8"/>
              </w:rPr>
              <w:t>20 000 000,00</w:t>
            </w:r>
          </w:p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8"/>
              </w:rPr>
              <w:t>__________</w:t>
            </w:r>
          </w:p>
        </w:tc>
      </w:tr>
      <w:tr w:rsidR="00DB5A27">
        <w:trPr>
          <w:jc w:val="center"/>
        </w:trPr>
        <w:tc>
          <w:tcPr>
            <w:tcW w:w="567" w:type="dxa"/>
            <w:vAlign w:val="center"/>
          </w:tcPr>
          <w:p w:rsidR="00DB5A27" w:rsidRDefault="00DB5A27"/>
        </w:tc>
        <w:tc>
          <w:tcPr>
            <w:tcW w:w="3402" w:type="dxa"/>
            <w:vAlign w:val="center"/>
          </w:tcPr>
          <w:p w:rsidR="00DB5A27" w:rsidRDefault="005932BE">
            <w:r>
              <w:rPr>
                <w:sz w:val="18"/>
              </w:rPr>
              <w:t>Итого по Договору</w:t>
            </w:r>
          </w:p>
        </w:tc>
        <w:tc>
          <w:tcPr>
            <w:tcW w:w="2835" w:type="dxa"/>
            <w:vAlign w:val="center"/>
          </w:tcPr>
          <w:p w:rsidR="00DB5A27" w:rsidRDefault="00DB5A27"/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8"/>
              </w:rPr>
              <w:t>20 000 000,00</w:t>
            </w:r>
          </w:p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8"/>
              </w:rPr>
              <w:t>__________</w:t>
            </w:r>
          </w:p>
        </w:tc>
      </w:tr>
    </w:tbl>
    <w:p w:rsidR="00DB5A27" w:rsidRDefault="00DB5A27">
      <w:pPr>
        <w:spacing w:after="40"/>
      </w:pP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3.2. Цена Договора составляет</w:t>
      </w:r>
      <w:proofErr w:type="gramStart"/>
      <w:r w:rsidRPr="005932BE">
        <w:rPr>
          <w:lang w:val="ru-RU"/>
        </w:rPr>
        <w:t xml:space="preserve"> ____________ (______________________________) </w:t>
      </w:r>
      <w:proofErr w:type="gramEnd"/>
      <w:r w:rsidRPr="005932BE">
        <w:rPr>
          <w:lang w:val="ru-RU"/>
        </w:rPr>
        <w:t>рублей ___ ко</w:t>
      </w:r>
      <w:r w:rsidR="00805A8C">
        <w:rPr>
          <w:lang w:val="ru-RU"/>
        </w:rPr>
        <w:t>пеек</w:t>
      </w:r>
      <w:r w:rsidRPr="005932BE">
        <w:rPr>
          <w:lang w:val="ru-RU"/>
        </w:rPr>
        <w:t>, и равна общей страховой премии по полису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3.3. Цена Договора является твердой, определяется на весь срок исполнения Договора и включает все расходы Страховщика, связанные с исполнением настоящего Договора. Изменение цены Договора допускается только в случаях и порядке, предусмотренных законодательством Российской Федерации.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3.4. Страховая премия по полису ОС ОПО определяется в соответствии с Федеральным законом № 225-ФЗ и действующими на дату заключения договора обязательного страхования страховыми тарифами, установленными Банком России.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3.5. Оказание услуг по страхованию не подлежит налогообложению налогом на добавленную стоимость на основании подпункта 7 пункта 3 статьи 149 Налогового кодекса Российской Федерации.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3.6. Финансирование по Договору осуществляется за счет субсидии из федерального бюджета Российской Федерации.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4. СРОК ДЕЙСТВИЯ ДОГОВОРА И СРОК СТРАХОВАНИЯ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 xml:space="preserve">4.1. Настоящий Договор заключен на срок 12 месяцев </w:t>
      </w:r>
      <w:proofErr w:type="gramStart"/>
      <w:r w:rsidRPr="005932BE">
        <w:rPr>
          <w:lang w:val="ru-RU"/>
        </w:rPr>
        <w:t>с даты</w:t>
      </w:r>
      <w:proofErr w:type="gramEnd"/>
      <w:r w:rsidRPr="005932BE">
        <w:rPr>
          <w:lang w:val="ru-RU"/>
        </w:rPr>
        <w:t xml:space="preserve"> его заключения. Обязательства Сторон по расчетам, приемке, ответственности, урегулированию страховых случаев, конфиденциальности и хранению документов действуют до их полного исполнения в части, возникшей в период действия настоящего Договора или полиса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4.2. Срок страхования по полису ОС ОПО составляет 12 месяцев и указывается в полисе ОС ОПО.</w:t>
      </w:r>
    </w:p>
    <w:p w:rsidR="005932BE" w:rsidRPr="00805A8C" w:rsidRDefault="005932BE" w:rsidP="005932BE">
      <w:pPr>
        <w:spacing w:after="60" w:line="252" w:lineRule="auto"/>
        <w:ind w:firstLine="709"/>
        <w:rPr>
          <w:lang w:val="ru-RU"/>
        </w:rPr>
      </w:pPr>
      <w:r w:rsidRPr="0075729F">
        <w:rPr>
          <w:lang w:val="ru-RU"/>
        </w:rPr>
        <w:t>4.3. Договор обязательного страхования вступает в силу со дня исполнения Страхователем обязанности по уплате страховой премии либо с иной даты, указанной в полисе ОС ОПО, при условии, что страховая премия уплачена до указанной даты. Страховое покрытие распространяется на страховые случаи, произошедшие в течение срока страхования, указанного в полисе ОС ОПО, и действует до даты окончания указанного срока.</w:t>
      </w:r>
    </w:p>
    <w:p w:rsidR="00DB5A27" w:rsidRPr="005932BE" w:rsidRDefault="005932BE" w:rsidP="005932BE">
      <w:pPr>
        <w:spacing w:after="60" w:line="252" w:lineRule="auto"/>
        <w:ind w:firstLine="709"/>
        <w:rPr>
          <w:lang w:val="ru-RU"/>
        </w:rPr>
      </w:pPr>
      <w:r>
        <w:rPr>
          <w:lang w:val="ru-RU"/>
        </w:rPr>
        <w:lastRenderedPageBreak/>
        <w:t>4.</w:t>
      </w:r>
      <w:r w:rsidRPr="005932BE">
        <w:rPr>
          <w:lang w:val="ru-RU"/>
        </w:rPr>
        <w:t>4. Страховщик выдает Страхова</w:t>
      </w:r>
      <w:r w:rsidR="0075729F">
        <w:rPr>
          <w:lang w:val="ru-RU"/>
        </w:rPr>
        <w:t>телю полис ОС ОПО</w:t>
      </w:r>
      <w:r w:rsidR="007627BE">
        <w:rPr>
          <w:lang w:val="ru-RU"/>
        </w:rPr>
        <w:t xml:space="preserve"> на каждый опасный объект</w:t>
      </w:r>
      <w:r w:rsidR="0075729F">
        <w:rPr>
          <w:lang w:val="ru-RU"/>
        </w:rPr>
        <w:t xml:space="preserve"> не позднее</w:t>
      </w:r>
      <w:r w:rsidR="009A2C9E" w:rsidRPr="009A2C9E">
        <w:rPr>
          <w:lang w:val="ru-RU"/>
        </w:rPr>
        <w:t xml:space="preserve">          </w:t>
      </w:r>
      <w:r w:rsidR="009A2C9E">
        <w:rPr>
          <w:lang w:val="ru-RU"/>
        </w:rPr>
        <w:t xml:space="preserve"> 3 (трех</w:t>
      </w:r>
      <w:r w:rsidR="0075729F">
        <w:rPr>
          <w:lang w:val="ru-RU"/>
        </w:rPr>
        <w:t>)</w:t>
      </w:r>
      <w:r w:rsidRPr="005932BE">
        <w:rPr>
          <w:lang w:val="ru-RU"/>
        </w:rPr>
        <w:t xml:space="preserve"> рабочих дней со дня поступления страховой премии на расчетный счет Страховщика и получения полного комплекта документов, необходимых для заключения договора обязательного страхования.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>
        <w:rPr>
          <w:lang w:val="ru-RU"/>
        </w:rPr>
        <w:t>4.</w:t>
      </w:r>
      <w:r w:rsidRPr="005932BE">
        <w:rPr>
          <w:lang w:val="ru-RU"/>
        </w:rPr>
        <w:t xml:space="preserve">5. </w:t>
      </w:r>
      <w:proofErr w:type="gramStart"/>
      <w:r w:rsidRPr="005932BE">
        <w:rPr>
          <w:lang w:val="ru-RU"/>
        </w:rPr>
        <w:t>Место оказания услуг: 129090, Российская Федерация, г. Москва, ул. Гиляровского, д. 31, стр. 1.</w:t>
      </w:r>
      <w:proofErr w:type="gramEnd"/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5. ПОРЯДОК ЗАКЛЮЧЕНИЯ ПОЛИСА, ПРЕДОСТАВЛЕНИЯ ДОКУМЕНТОВ И ПРИЕМКИ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5.1. Страхователь представляет Страховщику заявление о заключении договора обязательного страхования по форме согласно Приложению № 2 к настоящему Договору, сведения об опасных объектах и иные документы, необходимые в соответствии с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5.2. Страховщик проверяет представленные сведения, рассчитывает страховую премию, выставляет счет на оплату страховой премии и после поступления страховой премии выдает Страхователю полис ОС ОПО, оформленный в соответствии с законодательством Российской Федерации.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5.3. Приемка оказанной услуги осуществляется после выдачи полиса ОС ОПО и документов, подтверждающих заключение договора обязательного страхования.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5.4. Если приемка в электронной форме является обязательной в соответствии с Законом № 44-ФЗ или применяемым порядком закупки, документы о приемке оформляются и подписываются в электронной форме с использованием усиленной квалифицированной электронной подписи.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 xml:space="preserve">5.5. Страхователь </w:t>
      </w:r>
      <w:r w:rsidR="004B287F">
        <w:rPr>
          <w:lang w:val="ru-RU"/>
        </w:rPr>
        <w:t xml:space="preserve">в течение 5 (пяти) рабочих дней </w:t>
      </w:r>
      <w:r w:rsidRPr="005932BE">
        <w:rPr>
          <w:lang w:val="ru-RU"/>
        </w:rPr>
        <w:t>проводит проверку выданного полиса и документов на соответствие условиям настоящего Договора и Приложения № 1 к нему. При отсутствии замечаний Страхователь подписывает документ о приемке. При наличии замечаний Страхователь направляет Страховщику мотивированный отказ от приемки с указанием выявленных несоответствий.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5.6. Передача бумажного экземпляра полиса, если она требуется Правилами ОС ОПО или условиями Страховщика, не заменяет электронную приемку в случаях, когда электронная приемка обязательна по Закону № 44-ФЗ или применяемому порядку закупки.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6. ПОРЯДОК РАСЧЕТОВ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6.1. Страховая премия уплачивается Страхователем единовременно в размере цены Договора на основании счета Страховщика.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6.2. Срок оплаты</w:t>
      </w:r>
      <w:r w:rsidR="0075729F">
        <w:rPr>
          <w:lang w:val="ru-RU"/>
        </w:rPr>
        <w:t xml:space="preserve"> страховой премии: в течение 10 (десяти)</w:t>
      </w:r>
      <w:r w:rsidRPr="005932BE">
        <w:rPr>
          <w:lang w:val="ru-RU"/>
        </w:rPr>
        <w:t xml:space="preserve"> раб</w:t>
      </w:r>
      <w:r w:rsidR="0075729F">
        <w:rPr>
          <w:lang w:val="ru-RU"/>
        </w:rPr>
        <w:t>очих дней со дня заключения Договора</w:t>
      </w:r>
      <w:r w:rsidRPr="005932BE">
        <w:rPr>
          <w:lang w:val="ru-RU"/>
        </w:rPr>
        <w:t>, но до даты начала срока страхования, указанной в полисе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6.3. Оплата страховой премии по настоящему Договору является условием выдачи полиса ОС ОПО и начала страхового покрытия в порядке, предусмотренном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6.4. Оплата производится путем безналичного перечисления денежных средств на расчетный счет Страховщика, указанный в разделе 13 настоящего Договора.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6.5. Датой уплаты страховой премии для целей ОС ОПО считается дата поступления денежных средств на расчетный счет Страховщика, если иное не предусмотрено обязательными нормами законодательства.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 xml:space="preserve">6.6. В случае изменения банковских реквизитов Страховщик обязан письменно уведомить Страхователя до выставления счета либо незамедлительно после такого изменения. Риск неблагоприятных последствий, вызванных </w:t>
      </w:r>
      <w:proofErr w:type="spellStart"/>
      <w:r w:rsidRPr="005932BE">
        <w:rPr>
          <w:lang w:val="ru-RU"/>
        </w:rPr>
        <w:t>непредоставлением</w:t>
      </w:r>
      <w:proofErr w:type="spellEnd"/>
      <w:r w:rsidRPr="005932BE">
        <w:rPr>
          <w:lang w:val="ru-RU"/>
        </w:rPr>
        <w:t xml:space="preserve"> актуальных реквизитов, несет Страховщик.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7. ПРАВА И ОБЯЗАННОСТИ СТОРОН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7.1. Страховщик обязан: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7.1.1. Иметь действующую лицензию на осуществление соответствующего вида обязательного страхования на дату заключения Договора и в период выдачи полиса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7.1.2. Выдать Страхователю полис ОС ОПО, оформленный в соответствии с законодательством Российской Федерации, при условии выполнения Страхователем обязанностей по представлению документов и уплате страховой премии.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lastRenderedPageBreak/>
        <w:t>7.1.3. Предоставить Страхователю сведения о способах связи для уведомления о событии, имеющем признаки страхового случая.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7.1.4. Осуществлять страховые выплаты потерпевшим в случаях, порядке и размерах, предусмотренных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7.1.5. Соблюдать требования законодательства о защите информации, коммерческой тайне, персональных данных и финансовых услугах в части, применимой к настоящему Договору.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7.2. Страхователь обязан: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7.2.1. Представить Страховщику достоверные сведения и документы, необходимые для заключения полиса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7.2.2. Уплатить страховую премию в порядке и сроки, предусмотренные настоящим Договором.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7.2.3. Сообщать Страховщику об изменении обстоятельств, имеющих существенное значение для оценки страхового риска, в случаях и порядке, предусмотренных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7.2.4. При наступлении события, имеющего признаки страхового случая, выполнить действия, предусмотренные разделом 8 настоящего Договора,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7.3. Стороны имеют иные права и обязанности, предусмотренные Федеральным законом № 225-ФЗ, Правилами ОС ОПО, Законом № 44-ФЗ и настоящим Договором.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8. ДЕЙСТВИЯ ПРИ НАСТУПЛЕНИИ СОБЫТИЯ, ИМЕЮЩЕГО ПРИЗНАКИ СТРАХОВОГО СЛУЧАЯ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8.1. При наступлении события, имеющего признаки страхового случая, Страхователь обязан в течение 24 часов с момента аварии на опасном объекте сообщить об этом Страховщику в письменной форме, в том числе по электронной почте, факсу или путем непосредственного вручения сообщения.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8.2. Страхователь обязан принять разумные и доступные меры для уменьшения возможного вреда, сохранения жизни и здоровья потерпевших и уменьшения последствий аварии.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8.3. Страхователь представляет Страховщику заявление о наступлении события, имеющего признаки страхового случая, с указанием даты аварии, предполагаемой причины, характера и предполагаемого размера вреда, сведений о потерпевших и контактного лица.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8.4. Страхователь обязан в течение 5 рабочих дней со дня получения акта о причинах и обстоятельствах аварии на опасном объекте и иных документов о видах и размерах причиненного вреда направить Страховщику копии указанных документов.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8.5. В случае предъявления потерпевшими требований непосредственно к Страхователю Страхователь обязан незамедлительно уведомить Страховщика и действовать в порядке, предусмотренном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8.6. Контактные данные Страховщика для уведомления о событии, имеющем признаки страхового случая: телефон ____________________, электронная почта ____________________, адрес ____________________. Изменение таких данных доводится Страховщиком до Страхователя письменно.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9. ОТВЕТСТВЕННОСТЬ СТОРОН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9.1.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9.2. Страховщик несет ответственность за надлежащее и своевременное оформление и выдачу Страхователю полиса ОС ОПО при условии уплаты Страхователем страховой премии и представления необходимых документов.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9.3. Страхователь несет ответственность за своевременную уплату страховой премии и достоверность сведений, представленных для заключения договора обязательного страхования.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9.4. Сторона освобождается от ответственности, если докажет, что нарушение обязательства произошло вследствие обстоятельств непреодолимой силы или по вине другой Стороны.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lastRenderedPageBreak/>
        <w:t>10. ИЗМЕНЕНИЕ И ПРЕКРАЩЕНИЕ ДОГОВОРА И ПОЛИСА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10.1. Изменение существенных условий настоящего Договора допускается только в случаях и порядке, предусмотренных законодательством Российской Федерации, включая Закон № 44-ФЗ, Федеральный закон № 225-ФЗ и Правила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10.2. Все изменения и дополнения к настоящему Договору оформляются дополнительным соглашением Сторон, если иная форма не предусмотрена Законом № 44-ФЗ или обязательными правилами заключения и исполнения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10.3. Порядок досрочного прекращения полиса ОС ОПО, возврата страховой премии или ее части, а также последствия прекращения полиса определяются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10.4. Досрочное прекращение действия полиса ОС ОПО не освобождает Страховщика от обязанности осуществить страховые выплаты по страховым случаям, произошедшим в период действия полиса, если такая обязанность предусмотрена Федеральным законом № 225-ФЗ и Правилами ОС ОПО.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10.5. Расторжение настоящего Договора допускается по соглашению Сторон, по решению суда либо по основаниям, предусмотренным гражданским законодательством Российской Федерации, Законом № 44-ФЗ и законодательством об ОС ОПО.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11. КОНФИДЕНЦИАЛЬНОСТЬ, ПЕРСОНАЛЬНЫЕ ДАННЫЕ И ЭЛЕКТРОННОЕ ВЗАИМОДЕЙСТВИЕ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11.1. Информация, полученная Сторонами при исполнении настоящего Договора, используется только для целей исполнения настоящего Договора и не подлежит разглашению, за исключением случаев, когда раскрытие обязательно в силу закона или необходимо для исполнения договора обязательного страхования.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11.2. Обработка персональных данных осуществляется Сторонами в соответствии с Федеральным законом от 27.07.2006 № 152-ФЗ «О персональных данных» и только в объеме, необходимом для заключения и исполнения настоящего Договора, урегулирования страховых случаев и исполнения требований законодательства.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11.3. Документы в рамках настоящего Договора могут подписываться усиленной квалифицированной электронной подписью в случаях и порядке, предусмотренных законодательством Российской Федерации, Законом № 44-ФЗ, правилами работы ЕИС и электронной площадки.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12. ПОРЯДОК РАЗРЕШЕНИЯ СПОРОВ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12.1. Споры и разногласия, возникающие из настоящего Договора или в связи с ним, Стороны стремятся урегулировать путем переговоров и направления претензии.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12.2. Срок рассмотрения претензии составляет 10 рабочих дней со дня ее получения, если иной срок не установлен законодательством Российской Федерации.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 xml:space="preserve">12.3. При </w:t>
      </w:r>
      <w:proofErr w:type="spellStart"/>
      <w:r w:rsidRPr="005932BE">
        <w:rPr>
          <w:lang w:val="ru-RU"/>
        </w:rPr>
        <w:t>недостижении</w:t>
      </w:r>
      <w:proofErr w:type="spellEnd"/>
      <w:r w:rsidRPr="005932BE">
        <w:rPr>
          <w:lang w:val="ru-RU"/>
        </w:rPr>
        <w:t xml:space="preserve"> соглашения спор подлежит рассмотрению в Арбитражном суде города Москвы, если иная подсудность не установлена обязательными нормами законодательства Российской Федерации.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12.4. Во всем, что не урегулировано настоящим Договором, Стороны руководствуются законодательством Российской Федерации, Законом № 44-ФЗ, Федеральным законом № 225-ФЗ и Правилами ОС ОПО.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13. ПРИЛОЖЕНИЯ, АДРЕСА, РЕКВИЗИТЫ И ПОДПИСИ СТОРОН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lang w:val="ru-RU"/>
        </w:rPr>
        <w:t>13.1. К настоящему Договору прилагаются и являются его неотъемлемой частью:</w:t>
      </w:r>
    </w:p>
    <w:p w:rsidR="00DB5A27" w:rsidRPr="005932BE" w:rsidRDefault="005932BE">
      <w:pPr>
        <w:spacing w:after="60" w:line="252" w:lineRule="auto"/>
        <w:rPr>
          <w:lang w:val="ru-RU"/>
        </w:rPr>
      </w:pPr>
      <w:r w:rsidRPr="005932BE">
        <w:rPr>
          <w:lang w:val="ru-RU"/>
        </w:rPr>
        <w:t>Приложение № 1 - Описание объекта закупки (техническое задание);</w:t>
      </w:r>
    </w:p>
    <w:p w:rsidR="00DB5A27" w:rsidRPr="005932BE" w:rsidRDefault="005932BE">
      <w:pPr>
        <w:spacing w:after="60" w:line="252" w:lineRule="auto"/>
        <w:rPr>
          <w:lang w:val="ru-RU"/>
        </w:rPr>
      </w:pPr>
      <w:r w:rsidRPr="005932BE">
        <w:rPr>
          <w:lang w:val="ru-RU"/>
        </w:rPr>
        <w:t>Приложение № 2 - Заявление об обязательном страховании гражданской ответственности владельца опасного объекта;</w:t>
      </w:r>
    </w:p>
    <w:p w:rsidR="00DB5A27" w:rsidRPr="005932BE" w:rsidRDefault="005932BE">
      <w:pPr>
        <w:spacing w:after="60" w:line="252" w:lineRule="auto"/>
        <w:rPr>
          <w:lang w:val="ru-RU"/>
        </w:rPr>
      </w:pPr>
      <w:r w:rsidRPr="005932BE">
        <w:rPr>
          <w:lang w:val="ru-RU"/>
        </w:rPr>
        <w:lastRenderedPageBreak/>
        <w:t>Приложение № 3 - Подтверждение ознакомления получателя страховых услуг с информацией, предоставляемой Страховщиком.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DB5A27">
        <w:trPr>
          <w:jc w:val="center"/>
        </w:trPr>
        <w:tc>
          <w:tcPr>
            <w:tcW w:w="4819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proofErr w:type="spellStart"/>
            <w:r>
              <w:rPr>
                <w:b/>
                <w:sz w:val="18"/>
              </w:rPr>
              <w:t>Страховщик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Исполнитель</w:t>
            </w:r>
            <w:proofErr w:type="spellEnd"/>
          </w:p>
        </w:tc>
        <w:tc>
          <w:tcPr>
            <w:tcW w:w="4819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Страхователь / Заказчик</w:t>
            </w:r>
          </w:p>
        </w:tc>
      </w:tr>
      <w:tr w:rsidR="00DB5A27" w:rsidRPr="000F030E">
        <w:trPr>
          <w:jc w:val="center"/>
        </w:trPr>
        <w:tc>
          <w:tcPr>
            <w:tcW w:w="4819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Наименование: ______________________________</w:t>
            </w:r>
            <w:r w:rsidRPr="005932BE">
              <w:rPr>
                <w:sz w:val="18"/>
                <w:lang w:val="ru-RU"/>
              </w:rPr>
              <w:br/>
              <w:t>Адрес места нахождения: _____________________</w:t>
            </w:r>
            <w:r w:rsidRPr="005932BE">
              <w:rPr>
                <w:sz w:val="18"/>
                <w:lang w:val="ru-RU"/>
              </w:rPr>
              <w:br/>
              <w:t>ИНН/КПП: _________________________________</w:t>
            </w:r>
            <w:r w:rsidRPr="005932BE">
              <w:rPr>
                <w:sz w:val="18"/>
                <w:lang w:val="ru-RU"/>
              </w:rPr>
              <w:br/>
              <w:t>ОГРН: _____________________________________</w:t>
            </w:r>
            <w:r w:rsidRPr="005932BE">
              <w:rPr>
                <w:sz w:val="18"/>
                <w:lang w:val="ru-RU"/>
              </w:rPr>
              <w:br/>
            </w:r>
            <w:proofErr w:type="gramStart"/>
            <w:r w:rsidRPr="005932BE">
              <w:rPr>
                <w:sz w:val="18"/>
                <w:lang w:val="ru-RU"/>
              </w:rPr>
              <w:t>р</w:t>
            </w:r>
            <w:proofErr w:type="gramEnd"/>
            <w:r w:rsidRPr="005932BE">
              <w:rPr>
                <w:sz w:val="18"/>
                <w:lang w:val="ru-RU"/>
              </w:rPr>
              <w:t>/с: _______________________________________</w:t>
            </w:r>
            <w:r w:rsidRPr="005932BE">
              <w:rPr>
                <w:sz w:val="18"/>
                <w:lang w:val="ru-RU"/>
              </w:rPr>
              <w:br/>
              <w:t>Банк: ______________________________________</w:t>
            </w:r>
            <w:r w:rsidRPr="005932BE">
              <w:rPr>
                <w:sz w:val="18"/>
                <w:lang w:val="ru-RU"/>
              </w:rPr>
              <w:br/>
              <w:t>к/с: _______________________________________</w:t>
            </w:r>
            <w:r w:rsidRPr="005932BE">
              <w:rPr>
                <w:sz w:val="18"/>
                <w:lang w:val="ru-RU"/>
              </w:rPr>
              <w:br/>
              <w:t>БИК: ______________________________________</w:t>
            </w:r>
            <w:r w:rsidRPr="005932BE">
              <w:rPr>
                <w:sz w:val="18"/>
                <w:lang w:val="ru-RU"/>
              </w:rPr>
              <w:br/>
              <w:t>Телефон: __________________________________</w:t>
            </w:r>
            <w:r w:rsidRPr="005932BE">
              <w:rPr>
                <w:sz w:val="18"/>
                <w:lang w:val="ru-RU"/>
              </w:rPr>
              <w:br/>
            </w:r>
            <w:r>
              <w:rPr>
                <w:sz w:val="18"/>
              </w:rPr>
              <w:t>E</w:t>
            </w:r>
            <w:r w:rsidRPr="005932BE">
              <w:rPr>
                <w:sz w:val="18"/>
                <w:lang w:val="ru-RU"/>
              </w:rPr>
              <w:t>-</w:t>
            </w:r>
            <w:r>
              <w:rPr>
                <w:sz w:val="18"/>
              </w:rPr>
              <w:t>mail</w:t>
            </w:r>
            <w:r w:rsidRPr="005932BE">
              <w:rPr>
                <w:sz w:val="18"/>
                <w:lang w:val="ru-RU"/>
              </w:rPr>
              <w:t>: ____________________________________</w:t>
            </w:r>
          </w:p>
        </w:tc>
        <w:tc>
          <w:tcPr>
            <w:tcW w:w="4819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ФГБУ ИАЦ Судебного департамента</w:t>
            </w:r>
            <w:r w:rsidRPr="005932BE">
              <w:rPr>
                <w:sz w:val="18"/>
                <w:lang w:val="ru-RU"/>
              </w:rPr>
              <w:br/>
              <w:t xml:space="preserve">Юридический адрес: 129090, г. Москва, </w:t>
            </w:r>
            <w:proofErr w:type="spellStart"/>
            <w:r w:rsidRPr="005932BE">
              <w:rPr>
                <w:sz w:val="18"/>
                <w:lang w:val="ru-RU"/>
              </w:rPr>
              <w:t>вн</w:t>
            </w:r>
            <w:proofErr w:type="gramStart"/>
            <w:r w:rsidRPr="005932BE">
              <w:rPr>
                <w:sz w:val="18"/>
                <w:lang w:val="ru-RU"/>
              </w:rPr>
              <w:t>.т</w:t>
            </w:r>
            <w:proofErr w:type="gramEnd"/>
            <w:r w:rsidRPr="005932BE">
              <w:rPr>
                <w:sz w:val="18"/>
                <w:lang w:val="ru-RU"/>
              </w:rPr>
              <w:t>ер.г</w:t>
            </w:r>
            <w:proofErr w:type="spellEnd"/>
            <w:r w:rsidRPr="005932BE">
              <w:rPr>
                <w:sz w:val="18"/>
                <w:lang w:val="ru-RU"/>
              </w:rPr>
              <w:t>. Муниципальный округ Мещанский, ул. Гиляровского, д. 31, стр. 1.</w:t>
            </w:r>
            <w:r w:rsidRPr="005932BE">
              <w:rPr>
                <w:sz w:val="18"/>
                <w:lang w:val="ru-RU"/>
              </w:rPr>
              <w:br/>
              <w:t>Почтовый адрес: 107996, г. Москва, ГСП-6, ул. Гиляровского, дом № 31, строение 1</w:t>
            </w:r>
            <w:proofErr w:type="gramStart"/>
            <w:r w:rsidRPr="005932BE">
              <w:rPr>
                <w:sz w:val="18"/>
                <w:lang w:val="ru-RU"/>
              </w:rPr>
              <w:br/>
              <w:t>Т</w:t>
            </w:r>
            <w:proofErr w:type="gramEnd"/>
            <w:r w:rsidRPr="005932BE">
              <w:rPr>
                <w:sz w:val="18"/>
                <w:lang w:val="ru-RU"/>
              </w:rPr>
              <w:t xml:space="preserve">ел.: 8-495-684-70-71; </w:t>
            </w:r>
            <w:r>
              <w:rPr>
                <w:sz w:val="18"/>
              </w:rPr>
              <w:t>E</w:t>
            </w:r>
            <w:r w:rsidRPr="005932BE">
              <w:rPr>
                <w:sz w:val="18"/>
                <w:lang w:val="ru-RU"/>
              </w:rPr>
              <w:t>-</w:t>
            </w:r>
            <w:r>
              <w:rPr>
                <w:sz w:val="18"/>
              </w:rPr>
              <w:t>mail</w:t>
            </w:r>
            <w:r w:rsidRPr="005932BE">
              <w:rPr>
                <w:sz w:val="18"/>
                <w:lang w:val="ru-RU"/>
              </w:rPr>
              <w:t xml:space="preserve">: </w:t>
            </w:r>
            <w:r>
              <w:rPr>
                <w:sz w:val="18"/>
              </w:rPr>
              <w:t>info</w:t>
            </w:r>
            <w:r w:rsidRPr="005932BE">
              <w:rPr>
                <w:sz w:val="18"/>
                <w:lang w:val="ru-RU"/>
              </w:rPr>
              <w:t>@</w:t>
            </w:r>
            <w:proofErr w:type="spellStart"/>
            <w:r>
              <w:rPr>
                <w:sz w:val="18"/>
              </w:rPr>
              <w:t>iac</w:t>
            </w:r>
            <w:proofErr w:type="spellEnd"/>
            <w:r w:rsidRPr="005932BE">
              <w:rPr>
                <w:sz w:val="18"/>
                <w:lang w:val="ru-RU"/>
              </w:rPr>
              <w:t>.</w:t>
            </w:r>
            <w:proofErr w:type="spellStart"/>
            <w:r>
              <w:rPr>
                <w:sz w:val="18"/>
              </w:rPr>
              <w:t>cdep</w:t>
            </w:r>
            <w:proofErr w:type="spellEnd"/>
            <w:r w:rsidRPr="005932BE">
              <w:rPr>
                <w:sz w:val="18"/>
                <w:lang w:val="ru-RU"/>
              </w:rPr>
              <w:t>.</w:t>
            </w:r>
            <w:proofErr w:type="spellStart"/>
            <w:r>
              <w:rPr>
                <w:sz w:val="18"/>
              </w:rPr>
              <w:t>ru</w:t>
            </w:r>
            <w:proofErr w:type="spellEnd"/>
            <w:r w:rsidRPr="005932BE">
              <w:rPr>
                <w:sz w:val="18"/>
                <w:lang w:val="ru-RU"/>
              </w:rPr>
              <w:br/>
              <w:t>ОГРН 1127746510704</w:t>
            </w:r>
            <w:r w:rsidRPr="005932BE">
              <w:rPr>
                <w:sz w:val="18"/>
                <w:lang w:val="ru-RU"/>
              </w:rPr>
              <w:br/>
              <w:t>ИНН 7702792920; КПП 770201001</w:t>
            </w:r>
            <w:r w:rsidRPr="005932BE">
              <w:rPr>
                <w:sz w:val="18"/>
                <w:lang w:val="ru-RU"/>
              </w:rPr>
              <w:br/>
              <w:t>ОКТМО 45379000</w:t>
            </w:r>
            <w:r w:rsidRPr="005932BE">
              <w:rPr>
                <w:sz w:val="18"/>
                <w:lang w:val="ru-RU"/>
              </w:rPr>
              <w:br/>
              <w:t xml:space="preserve">УФК по г. Москве (ФГБУ ИАЦ Судебного департамента, </w:t>
            </w:r>
            <w:proofErr w:type="gramStart"/>
            <w:r w:rsidRPr="005932BE">
              <w:rPr>
                <w:sz w:val="18"/>
                <w:lang w:val="ru-RU"/>
              </w:rPr>
              <w:t>л</w:t>
            </w:r>
            <w:proofErr w:type="gramEnd"/>
            <w:r w:rsidRPr="005932BE">
              <w:rPr>
                <w:sz w:val="18"/>
                <w:lang w:val="ru-RU"/>
              </w:rPr>
              <w:t>/с 20736Ш77500)</w:t>
            </w:r>
            <w:r w:rsidRPr="005932BE">
              <w:rPr>
                <w:sz w:val="18"/>
                <w:lang w:val="ru-RU"/>
              </w:rPr>
              <w:br/>
              <w:t>Казначейский счет 03214643000000017300</w:t>
            </w:r>
            <w:r w:rsidRPr="005932BE">
              <w:rPr>
                <w:sz w:val="18"/>
                <w:lang w:val="ru-RU"/>
              </w:rPr>
              <w:br/>
              <w:t>ОКЦ № 1 ГУ БАНКА РОССИИ ПО ЦФО / УФК ПО Г. МОСКВЕ, г. Москва</w:t>
            </w:r>
            <w:r w:rsidRPr="005932BE">
              <w:rPr>
                <w:sz w:val="18"/>
                <w:lang w:val="ru-RU"/>
              </w:rPr>
              <w:br/>
              <w:t>БИК 004525988</w:t>
            </w:r>
            <w:r w:rsidRPr="005932BE">
              <w:rPr>
                <w:sz w:val="18"/>
                <w:lang w:val="ru-RU"/>
              </w:rPr>
              <w:br/>
              <w:t>Банковский счет, входящий в состав ЕКС 40102810545370000003</w:t>
            </w:r>
            <w:r w:rsidRPr="005932BE">
              <w:rPr>
                <w:sz w:val="18"/>
                <w:lang w:val="ru-RU"/>
              </w:rPr>
              <w:br/>
              <w:t>Контактное лицо: О.А. Воронков, 8 (495) 647-70-99 доб. 511</w:t>
            </w:r>
          </w:p>
        </w:tc>
      </w:tr>
      <w:tr w:rsidR="00DB5A27" w:rsidRPr="000F030E">
        <w:trPr>
          <w:jc w:val="center"/>
        </w:trPr>
        <w:tc>
          <w:tcPr>
            <w:tcW w:w="4819" w:type="dxa"/>
            <w:vAlign w:val="center"/>
          </w:tcPr>
          <w:p w:rsidR="00DB5A27" w:rsidRDefault="005932BE">
            <w:r>
              <w:rPr>
                <w:sz w:val="18"/>
              </w:rPr>
              <w:t>____________________ /________________/</w:t>
            </w:r>
            <w:r>
              <w:rPr>
                <w:sz w:val="18"/>
              </w:rPr>
              <w:br/>
              <w:t xml:space="preserve">М.П. 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наличии</w:t>
            </w:r>
            <w:proofErr w:type="spellEnd"/>
          </w:p>
        </w:tc>
        <w:tc>
          <w:tcPr>
            <w:tcW w:w="4819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Начальник административно-хозяйственного отдела</w:t>
            </w:r>
            <w:r w:rsidRPr="005932BE">
              <w:rPr>
                <w:sz w:val="18"/>
                <w:lang w:val="ru-RU"/>
              </w:rPr>
              <w:br/>
              <w:t xml:space="preserve">____________________ /Е.В. </w:t>
            </w:r>
            <w:proofErr w:type="spellStart"/>
            <w:r w:rsidRPr="005932BE">
              <w:rPr>
                <w:sz w:val="18"/>
                <w:lang w:val="ru-RU"/>
              </w:rPr>
              <w:t>Буробина</w:t>
            </w:r>
            <w:proofErr w:type="spellEnd"/>
            <w:r w:rsidRPr="005932BE">
              <w:rPr>
                <w:sz w:val="18"/>
                <w:lang w:val="ru-RU"/>
              </w:rPr>
              <w:t>/</w:t>
            </w:r>
            <w:r w:rsidRPr="005932BE">
              <w:rPr>
                <w:sz w:val="18"/>
                <w:lang w:val="ru-RU"/>
              </w:rPr>
              <w:br/>
              <w:t>М.П. при наличии</w:t>
            </w:r>
          </w:p>
        </w:tc>
      </w:tr>
    </w:tbl>
    <w:p w:rsidR="00DB5A27" w:rsidRPr="005932BE" w:rsidRDefault="00DB5A27">
      <w:pPr>
        <w:spacing w:after="40"/>
        <w:rPr>
          <w:lang w:val="ru-RU"/>
        </w:rPr>
      </w:pPr>
    </w:p>
    <w:p w:rsidR="00DB5A27" w:rsidRPr="005932BE" w:rsidRDefault="005932BE">
      <w:pPr>
        <w:rPr>
          <w:lang w:val="ru-RU"/>
        </w:rPr>
      </w:pPr>
      <w:r w:rsidRPr="005932BE">
        <w:rPr>
          <w:lang w:val="ru-RU"/>
        </w:rPr>
        <w:br w:type="page"/>
      </w:r>
    </w:p>
    <w:p w:rsidR="00DB5A27" w:rsidRPr="005932BE" w:rsidRDefault="005932BE">
      <w:pPr>
        <w:spacing w:after="0" w:line="252" w:lineRule="auto"/>
        <w:jc w:val="right"/>
        <w:rPr>
          <w:lang w:val="ru-RU"/>
        </w:rPr>
      </w:pPr>
      <w:r w:rsidRPr="005932BE">
        <w:rPr>
          <w:sz w:val="20"/>
          <w:lang w:val="ru-RU"/>
        </w:rPr>
        <w:lastRenderedPageBreak/>
        <w:t>Приложение № 1</w:t>
      </w:r>
    </w:p>
    <w:p w:rsidR="00DB5A27" w:rsidRPr="005932BE" w:rsidRDefault="005932BE">
      <w:pPr>
        <w:spacing w:after="60" w:line="252" w:lineRule="auto"/>
        <w:jc w:val="right"/>
        <w:rPr>
          <w:lang w:val="ru-RU"/>
        </w:rPr>
      </w:pPr>
      <w:r w:rsidRPr="005932BE">
        <w:rPr>
          <w:sz w:val="20"/>
          <w:lang w:val="ru-RU"/>
        </w:rPr>
        <w:t>к Договору № ____ от «___» ____________ 2026 г.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ОПИСАНИЕ ОБЪЕКТА ЗАКУПКИ (ТЕХНИЧЕСКОЕ ЗАДАНИЕ)</w:t>
      </w:r>
    </w:p>
    <w:p w:rsidR="001210AD" w:rsidRPr="00050BCD" w:rsidRDefault="001210AD" w:rsidP="001210AD">
      <w:pPr>
        <w:spacing w:after="60" w:line="252" w:lineRule="auto"/>
        <w:jc w:val="center"/>
        <w:rPr>
          <w:lang w:val="ru-RU"/>
        </w:rPr>
      </w:pPr>
      <w:proofErr w:type="gramStart"/>
      <w:r w:rsidRPr="00050BCD">
        <w:rPr>
          <w:sz w:val="20"/>
          <w:lang w:val="ru-RU"/>
        </w:rPr>
        <w:t>на 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  <w:proofErr w:type="gram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1"/>
        <w:gridCol w:w="6803"/>
      </w:tblGrid>
      <w:tr w:rsidR="001210AD" w:rsidTr="00585AAE">
        <w:trPr>
          <w:jc w:val="center"/>
        </w:trPr>
        <w:tc>
          <w:tcPr>
            <w:tcW w:w="2551" w:type="dxa"/>
            <w:shd w:val="clear" w:color="auto" w:fill="D9EAF7"/>
            <w:vAlign w:val="center"/>
          </w:tcPr>
          <w:p w:rsidR="001210AD" w:rsidRDefault="001210AD" w:rsidP="00585AAE">
            <w:pPr>
              <w:jc w:val="center"/>
            </w:pPr>
            <w:proofErr w:type="spellStart"/>
            <w:r>
              <w:rPr>
                <w:b/>
                <w:sz w:val="18"/>
              </w:rPr>
              <w:t>Показатель</w:t>
            </w:r>
            <w:proofErr w:type="spellEnd"/>
          </w:p>
        </w:tc>
        <w:tc>
          <w:tcPr>
            <w:tcW w:w="6803" w:type="dxa"/>
            <w:shd w:val="clear" w:color="auto" w:fill="D9EAF7"/>
            <w:vAlign w:val="center"/>
          </w:tcPr>
          <w:p w:rsidR="001210AD" w:rsidRDefault="001210AD" w:rsidP="00585AAE">
            <w:pPr>
              <w:jc w:val="center"/>
            </w:pPr>
            <w:proofErr w:type="spellStart"/>
            <w:r>
              <w:rPr>
                <w:b/>
                <w:sz w:val="18"/>
              </w:rPr>
              <w:t>Содержание</w:t>
            </w:r>
            <w:proofErr w:type="spellEnd"/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Наименование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>Оказание услуг по обязательному страхованию гражданской ответственности владельца опасных объектов (лифты) за причинение вреда в результате аварии на опасном объекте.</w:t>
            </w:r>
          </w:p>
        </w:tc>
      </w:tr>
      <w:tr w:rsidR="001210AD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Код</w:t>
            </w:r>
            <w:proofErr w:type="spellEnd"/>
            <w:r>
              <w:rPr>
                <w:sz w:val="18"/>
              </w:rPr>
              <w:t xml:space="preserve"> ОКПД2 / КТРУ</w:t>
            </w:r>
          </w:p>
        </w:tc>
        <w:tc>
          <w:tcPr>
            <w:tcW w:w="6803" w:type="dxa"/>
            <w:vAlign w:val="center"/>
          </w:tcPr>
          <w:p w:rsidR="001210AD" w:rsidRDefault="001210AD" w:rsidP="00585AAE">
            <w:r w:rsidRPr="00050BCD">
              <w:rPr>
                <w:sz w:val="18"/>
                <w:lang w:val="ru-RU"/>
              </w:rPr>
              <w:t>ОКПД</w:t>
            </w:r>
            <w:proofErr w:type="gramStart"/>
            <w:r w:rsidRPr="00050BCD">
              <w:rPr>
                <w:sz w:val="18"/>
                <w:lang w:val="ru-RU"/>
              </w:rPr>
              <w:t>2</w:t>
            </w:r>
            <w:proofErr w:type="gramEnd"/>
            <w:r w:rsidRPr="00050BCD">
              <w:rPr>
                <w:sz w:val="18"/>
                <w:lang w:val="ru-RU"/>
              </w:rPr>
              <w:t>: 65.12.50.000 - услуги по страхованию общей ответственности.</w:t>
            </w:r>
            <w:r w:rsidRPr="00050BCD">
              <w:rPr>
                <w:sz w:val="18"/>
                <w:lang w:val="ru-RU"/>
              </w:rPr>
              <w:br/>
            </w:r>
            <w:r>
              <w:rPr>
                <w:sz w:val="18"/>
              </w:rPr>
              <w:t xml:space="preserve">КТРУ: 65.12.50.000-00000001 -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страхованию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общей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ответственности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Место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оказания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>129090, г. Москва, ул. Гиляровского, д. 31, стр. 1.</w:t>
            </w:r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Цель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оказания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 xml:space="preserve">Исполнение обязанности владельца опасного объекта </w:t>
            </w:r>
            <w:proofErr w:type="gramStart"/>
            <w:r w:rsidRPr="00050BCD">
              <w:rPr>
                <w:sz w:val="18"/>
                <w:lang w:val="ru-RU"/>
              </w:rPr>
              <w:t>по обязательному страхованию гражданской ответственности за причинение вреда потерпевшим в результате аварии на опасном объекте в соответствии</w:t>
            </w:r>
            <w:proofErr w:type="gramEnd"/>
            <w:r w:rsidRPr="00050BCD">
              <w:rPr>
                <w:sz w:val="18"/>
                <w:lang w:val="ru-RU"/>
              </w:rPr>
              <w:t xml:space="preserve"> с Федеральным законом № 225-ФЗ и Правилами ОС ОПО.</w:t>
            </w:r>
          </w:p>
        </w:tc>
      </w:tr>
      <w:tr w:rsidR="001210AD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Перечень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опасных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объектов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Default="001210AD" w:rsidP="00585AAE">
            <w:r w:rsidRPr="00050BCD">
              <w:rPr>
                <w:sz w:val="18"/>
                <w:lang w:val="ru-RU"/>
              </w:rPr>
              <w:t>1. Лифт пассажирский - 1 шт., заводской номер № 25833.</w:t>
            </w:r>
            <w:r w:rsidRPr="00050BCD">
              <w:rPr>
                <w:sz w:val="18"/>
                <w:lang w:val="ru-RU"/>
              </w:rPr>
              <w:br/>
              <w:t>2. Лифт пассажирский - 1 шт., заводской номер № 318Н.</w:t>
            </w:r>
            <w:r w:rsidRPr="00050BCD">
              <w:rPr>
                <w:sz w:val="18"/>
                <w:lang w:val="ru-RU"/>
              </w:rPr>
              <w:br/>
            </w: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Лифт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пассажирский</w:t>
            </w:r>
            <w:proofErr w:type="spellEnd"/>
            <w:r>
              <w:rPr>
                <w:sz w:val="18"/>
              </w:rPr>
              <w:t xml:space="preserve"> - 1 </w:t>
            </w: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r>
              <w:rPr>
                <w:sz w:val="18"/>
              </w:rPr>
              <w:t>.,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заводской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номер</w:t>
            </w:r>
            <w:proofErr w:type="spellEnd"/>
            <w:r>
              <w:rPr>
                <w:sz w:val="18"/>
              </w:rPr>
              <w:t xml:space="preserve"> № 202Н.</w:t>
            </w:r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Требования</w:t>
            </w:r>
            <w:proofErr w:type="spellEnd"/>
            <w:r>
              <w:rPr>
                <w:sz w:val="18"/>
              </w:rPr>
              <w:t xml:space="preserve"> к </w:t>
            </w:r>
            <w:proofErr w:type="spellStart"/>
            <w:r>
              <w:rPr>
                <w:sz w:val="18"/>
              </w:rPr>
              <w:t>результату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>Выдача страхового полиса ОС ОПО, оформленного в соответствии с действующим законодательством Российской Федерации, и иных обязательных документов, предусмотренных Правилами ОС ОПО.</w:t>
            </w:r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Срок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оказания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>Полис ОС ОПО выдается в срок, предусмотренный Договором, после уплаты страховой премии и представления необходимых документов.</w:t>
            </w:r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Срок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страхования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>12 месяцев. Конкретные даты начала и окончания срока страхования указываются в полисе ОС ОПО.</w:t>
            </w:r>
          </w:p>
        </w:tc>
      </w:tr>
      <w:tr w:rsidR="001210AD" w:rsidRPr="000F030E" w:rsidTr="00585AAE">
        <w:trPr>
          <w:jc w:val="center"/>
        </w:trPr>
        <w:tc>
          <w:tcPr>
            <w:tcW w:w="2551" w:type="dxa"/>
            <w:vAlign w:val="center"/>
          </w:tcPr>
          <w:p w:rsidR="001210AD" w:rsidRDefault="001210AD" w:rsidP="00585AAE">
            <w:proofErr w:type="spellStart"/>
            <w:r>
              <w:rPr>
                <w:sz w:val="18"/>
              </w:rPr>
              <w:t>Требования</w:t>
            </w:r>
            <w:proofErr w:type="spellEnd"/>
            <w:r>
              <w:rPr>
                <w:sz w:val="18"/>
              </w:rPr>
              <w:t xml:space="preserve"> к </w:t>
            </w:r>
            <w:proofErr w:type="spellStart"/>
            <w:r>
              <w:rPr>
                <w:sz w:val="18"/>
              </w:rPr>
              <w:t>Страховщику</w:t>
            </w:r>
            <w:proofErr w:type="spellEnd"/>
          </w:p>
        </w:tc>
        <w:tc>
          <w:tcPr>
            <w:tcW w:w="6803" w:type="dxa"/>
            <w:vAlign w:val="center"/>
          </w:tcPr>
          <w:p w:rsidR="001210AD" w:rsidRPr="00050BCD" w:rsidRDefault="001210AD" w:rsidP="00585AAE">
            <w:pPr>
              <w:rPr>
                <w:lang w:val="ru-RU"/>
              </w:rPr>
            </w:pPr>
            <w:r w:rsidRPr="00050BCD">
              <w:rPr>
                <w:sz w:val="18"/>
                <w:lang w:val="ru-RU"/>
              </w:rPr>
              <w:t>Наличие действующей лицензии на осуществление соответствующего вида обязательного страхования, выданной в соответствии с законодательством Российской Федерации.</w:t>
            </w:r>
          </w:p>
        </w:tc>
      </w:tr>
    </w:tbl>
    <w:p w:rsidR="001210AD" w:rsidRPr="00C12605" w:rsidRDefault="001210AD" w:rsidP="001210AD">
      <w:pPr>
        <w:spacing w:after="40"/>
        <w:rPr>
          <w:lang w:val="ru-RU"/>
        </w:rPr>
      </w:pPr>
    </w:p>
    <w:p w:rsidR="004B287F" w:rsidRDefault="001210AD" w:rsidP="001210AD">
      <w:pPr>
        <w:spacing w:after="60" w:line="252" w:lineRule="auto"/>
        <w:jc w:val="center"/>
        <w:rPr>
          <w:sz w:val="20"/>
          <w:lang w:val="ru-RU"/>
        </w:rPr>
      </w:pPr>
      <w:r w:rsidRPr="00050BCD">
        <w:rPr>
          <w:sz w:val="20"/>
          <w:lang w:val="ru-RU"/>
        </w:rPr>
        <w:t>Заказчик: ___</w:t>
      </w:r>
      <w:r>
        <w:rPr>
          <w:sz w:val="20"/>
          <w:lang w:val="ru-RU"/>
        </w:rPr>
        <w:t xml:space="preserve">_________________ Е.В. </w:t>
      </w:r>
      <w:proofErr w:type="spellStart"/>
      <w:r>
        <w:rPr>
          <w:sz w:val="20"/>
          <w:lang w:val="ru-RU"/>
        </w:rPr>
        <w:t>Буробина</w:t>
      </w:r>
      <w:proofErr w:type="spellEnd"/>
      <w:r w:rsidRPr="00050BCD">
        <w:rPr>
          <w:sz w:val="20"/>
          <w:lang w:val="ru-RU"/>
        </w:rPr>
        <w:t xml:space="preserve">      Страховщик: ____________________ /_____________/</w:t>
      </w:r>
      <w:r>
        <w:rPr>
          <w:sz w:val="20"/>
          <w:lang w:val="ru-RU"/>
        </w:rPr>
        <w:t xml:space="preserve"> </w:t>
      </w:r>
    </w:p>
    <w:p w:rsidR="004B287F" w:rsidRDefault="004B287F" w:rsidP="004B287F">
      <w:pPr>
        <w:jc w:val="center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DB5A27" w:rsidRPr="005932BE" w:rsidRDefault="00DB5A27" w:rsidP="004B287F">
      <w:pPr>
        <w:spacing w:after="60" w:line="252" w:lineRule="auto"/>
        <w:jc w:val="center"/>
        <w:rPr>
          <w:lang w:val="ru-RU"/>
        </w:rPr>
      </w:pPr>
    </w:p>
    <w:p w:rsidR="00DB5A27" w:rsidRPr="005932BE" w:rsidRDefault="005932BE">
      <w:pPr>
        <w:spacing w:after="0" w:line="252" w:lineRule="auto"/>
        <w:jc w:val="right"/>
        <w:rPr>
          <w:lang w:val="ru-RU"/>
        </w:rPr>
      </w:pPr>
      <w:r w:rsidRPr="005932BE">
        <w:rPr>
          <w:sz w:val="20"/>
          <w:lang w:val="ru-RU"/>
        </w:rPr>
        <w:t>Приложение № 2</w:t>
      </w:r>
    </w:p>
    <w:p w:rsidR="00DB5A27" w:rsidRPr="005932BE" w:rsidRDefault="005932BE">
      <w:pPr>
        <w:spacing w:after="60" w:line="252" w:lineRule="auto"/>
        <w:jc w:val="right"/>
        <w:rPr>
          <w:lang w:val="ru-RU"/>
        </w:rPr>
      </w:pPr>
      <w:r w:rsidRPr="005932BE">
        <w:rPr>
          <w:sz w:val="20"/>
          <w:lang w:val="ru-RU"/>
        </w:rPr>
        <w:t>к Договору № ____ от «___» ____________ 2026 г.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ЗАЯВЛЕНИЕ</w:t>
      </w:r>
    </w:p>
    <w:p w:rsidR="00DB5A27" w:rsidRPr="005932BE" w:rsidRDefault="005932BE">
      <w:pPr>
        <w:spacing w:after="60" w:line="252" w:lineRule="auto"/>
        <w:jc w:val="center"/>
        <w:rPr>
          <w:lang w:val="ru-RU"/>
        </w:rPr>
      </w:pPr>
      <w:r w:rsidRPr="005932BE">
        <w:rPr>
          <w:sz w:val="20"/>
          <w:lang w:val="ru-RU"/>
        </w:rPr>
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</w:p>
    <w:p w:rsidR="00DB5A27" w:rsidRDefault="005932BE">
      <w:pPr>
        <w:spacing w:after="60" w:line="252" w:lineRule="auto"/>
        <w:ind w:firstLine="709"/>
      </w:pPr>
      <w:proofErr w:type="spellStart"/>
      <w:r>
        <w:rPr>
          <w:sz w:val="20"/>
        </w:rPr>
        <w:t>Дата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заявления</w:t>
      </w:r>
      <w:proofErr w:type="spellEnd"/>
      <w:r>
        <w:rPr>
          <w:sz w:val="20"/>
        </w:rPr>
        <w:t>: «___» ____________ 2026 г.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721"/>
        <w:gridCol w:w="6803"/>
      </w:tblGrid>
      <w:tr w:rsidR="00DB5A27">
        <w:trPr>
          <w:jc w:val="center"/>
        </w:trPr>
        <w:tc>
          <w:tcPr>
            <w:tcW w:w="2721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3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Сведения</w:t>
            </w:r>
          </w:p>
        </w:tc>
      </w:tr>
      <w:tr w:rsidR="00DB5A27" w:rsidRPr="000F030E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1. Страхователь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Федеральное государственное бюджетное учреждение «Информационно-аналитический центр поддержки ГАС «Правосудие» (ФГБУ ИАЦ Судебного департамента).</w:t>
            </w:r>
          </w:p>
        </w:tc>
      </w:tr>
      <w:tr w:rsidR="00DB5A27" w:rsidRPr="000F030E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2. Адрес страхователя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129090, г. Москва, ул. Гиляровского, д. 31, стр. 1.</w:t>
            </w:r>
          </w:p>
        </w:tc>
      </w:tr>
      <w:tr w:rsidR="00DB5A27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3. Реквизиты страхователя</w:t>
            </w:r>
          </w:p>
        </w:tc>
        <w:tc>
          <w:tcPr>
            <w:tcW w:w="6803" w:type="dxa"/>
            <w:vAlign w:val="center"/>
          </w:tcPr>
          <w:p w:rsidR="00DB5A27" w:rsidRDefault="005932BE">
            <w:r>
              <w:rPr>
                <w:sz w:val="18"/>
              </w:rPr>
              <w:t>ОГРН 1127746510704; ИНН 7702792920; КПП 770201001; ОКТМО 45379000.</w:t>
            </w:r>
          </w:p>
        </w:tc>
      </w:tr>
      <w:tr w:rsidR="00DB5A27" w:rsidRPr="000F030E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4. Представитель страхователя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 xml:space="preserve">Начальник административно-хозяйственного отдела </w:t>
            </w:r>
            <w:proofErr w:type="spellStart"/>
            <w:r w:rsidRPr="005932BE">
              <w:rPr>
                <w:sz w:val="18"/>
                <w:lang w:val="ru-RU"/>
              </w:rPr>
              <w:t>Буробина</w:t>
            </w:r>
            <w:proofErr w:type="spellEnd"/>
            <w:r w:rsidRPr="005932BE">
              <w:rPr>
                <w:sz w:val="18"/>
                <w:lang w:val="ru-RU"/>
              </w:rPr>
              <w:t xml:space="preserve"> Екатерина Владимировна, доверенность от 12 ноября 2025 года № 298.</w:t>
            </w:r>
          </w:p>
        </w:tc>
      </w:tr>
      <w:tr w:rsidR="00DB5A27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5. Наименование опасного объекта</w:t>
            </w:r>
          </w:p>
        </w:tc>
        <w:tc>
          <w:tcPr>
            <w:tcW w:w="6803" w:type="dxa"/>
            <w:vAlign w:val="center"/>
          </w:tcPr>
          <w:p w:rsidR="00DB5A27" w:rsidRDefault="005932BE">
            <w:r>
              <w:rPr>
                <w:sz w:val="18"/>
              </w:rPr>
              <w:t>Лифты пассажирские - 3 шт.</w:t>
            </w:r>
          </w:p>
        </w:tc>
      </w:tr>
      <w:tr w:rsidR="00DB5A27" w:rsidRPr="000F030E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6. Адрес опасного объекта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г. Москва, ул. Гиляровского, д. 31, стр. 1.</w:t>
            </w:r>
          </w:p>
        </w:tc>
      </w:tr>
      <w:tr w:rsidR="00DB5A27" w:rsidRPr="000F030E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7. Срок страхования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12 месяцев, с даты, указанной в полисе ОС ОПО.</w:t>
            </w:r>
          </w:p>
        </w:tc>
      </w:tr>
      <w:tr w:rsidR="00DB5A27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8. Порядок уплаты страховой премии</w:t>
            </w:r>
          </w:p>
        </w:tc>
        <w:tc>
          <w:tcPr>
            <w:tcW w:w="6803" w:type="dxa"/>
            <w:vAlign w:val="center"/>
          </w:tcPr>
          <w:p w:rsidR="00DB5A27" w:rsidRDefault="005932BE">
            <w:r>
              <w:rPr>
                <w:sz w:val="18"/>
              </w:rPr>
              <w:t>Единовременно.</w:t>
            </w:r>
          </w:p>
        </w:tc>
      </w:tr>
      <w:tr w:rsidR="00DB5A27" w:rsidRPr="000F030E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9. Сведения о претензиях / убытках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Да / нет. При наличии указать подробности: ________________________________.</w:t>
            </w:r>
          </w:p>
        </w:tc>
      </w:tr>
      <w:tr w:rsidR="00DB5A27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10. Предыдущий полис ОС ОПО</w:t>
            </w:r>
          </w:p>
        </w:tc>
        <w:tc>
          <w:tcPr>
            <w:tcW w:w="6803" w:type="dxa"/>
            <w:vAlign w:val="center"/>
          </w:tcPr>
          <w:p w:rsidR="00DB5A27" w:rsidRDefault="005932BE">
            <w:r>
              <w:rPr>
                <w:sz w:val="18"/>
              </w:rPr>
              <w:t>Серия ______ № ______, Страховщик ________________________.</w:t>
            </w:r>
          </w:p>
        </w:tc>
      </w:tr>
      <w:tr w:rsidR="00DB5A27">
        <w:trPr>
          <w:jc w:val="center"/>
        </w:trPr>
        <w:tc>
          <w:tcPr>
            <w:tcW w:w="2721" w:type="dxa"/>
            <w:vAlign w:val="center"/>
          </w:tcPr>
          <w:p w:rsidR="00DB5A27" w:rsidRDefault="005932BE">
            <w:r>
              <w:rPr>
                <w:sz w:val="18"/>
              </w:rPr>
              <w:t>11. Дополнительные сведения</w:t>
            </w:r>
          </w:p>
        </w:tc>
        <w:tc>
          <w:tcPr>
            <w:tcW w:w="6803" w:type="dxa"/>
            <w:vAlign w:val="center"/>
          </w:tcPr>
          <w:p w:rsidR="00DB5A27" w:rsidRDefault="005932BE">
            <w:r>
              <w:rPr>
                <w:sz w:val="18"/>
              </w:rPr>
              <w:t>______________________________________________________________.</w:t>
            </w:r>
          </w:p>
        </w:tc>
      </w:tr>
    </w:tbl>
    <w:p w:rsidR="00DB5A27" w:rsidRDefault="00DB5A27">
      <w:pPr>
        <w:spacing w:after="40"/>
      </w:pPr>
    </w:p>
    <w:p w:rsidR="00DB5A27" w:rsidRDefault="005932BE">
      <w:pPr>
        <w:spacing w:after="60" w:line="252" w:lineRule="auto"/>
      </w:pPr>
      <w:r>
        <w:rPr>
          <w:b/>
          <w:sz w:val="20"/>
        </w:rPr>
        <w:t>Перечень грузоподъемных механизмов: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"/>
        <w:gridCol w:w="1701"/>
        <w:gridCol w:w="1304"/>
        <w:gridCol w:w="1701"/>
        <w:gridCol w:w="1814"/>
        <w:gridCol w:w="2268"/>
      </w:tblGrid>
      <w:tr w:rsidR="00DB5A2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6"/>
              </w:rPr>
              <w:t>Наименование ГПМ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6"/>
              </w:rPr>
              <w:t>Заводской номер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6"/>
              </w:rPr>
              <w:t>Учетный номер (при наличии)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6"/>
              </w:rPr>
              <w:t>Организация-изготовитель (при наличии)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6"/>
              </w:rPr>
              <w:t>Адрес места нахождения</w:t>
            </w:r>
          </w:p>
        </w:tc>
      </w:tr>
      <w:tr w:rsidR="00DB5A27" w:rsidRPr="000F030E">
        <w:trPr>
          <w:jc w:val="center"/>
        </w:trPr>
        <w:tc>
          <w:tcPr>
            <w:tcW w:w="567" w:type="dxa"/>
            <w:vAlign w:val="center"/>
          </w:tcPr>
          <w:p w:rsidR="00DB5A27" w:rsidRDefault="005932BE">
            <w:r>
              <w:rPr>
                <w:sz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6"/>
              </w:rPr>
              <w:t>Лифт пассажирский</w:t>
            </w:r>
          </w:p>
        </w:tc>
        <w:tc>
          <w:tcPr>
            <w:tcW w:w="1304" w:type="dxa"/>
            <w:vAlign w:val="center"/>
          </w:tcPr>
          <w:p w:rsidR="00DB5A27" w:rsidRDefault="005932BE">
            <w:r>
              <w:rPr>
                <w:sz w:val="16"/>
              </w:rPr>
              <w:t>25833</w:t>
            </w:r>
          </w:p>
        </w:tc>
        <w:tc>
          <w:tcPr>
            <w:tcW w:w="1701" w:type="dxa"/>
            <w:vAlign w:val="center"/>
          </w:tcPr>
          <w:p w:rsidR="00DB5A27" w:rsidRPr="00805A8C" w:rsidRDefault="00805A8C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нет</w:t>
            </w:r>
          </w:p>
        </w:tc>
        <w:tc>
          <w:tcPr>
            <w:tcW w:w="1814" w:type="dxa"/>
            <w:vAlign w:val="center"/>
          </w:tcPr>
          <w:p w:rsidR="00DB5A27" w:rsidRPr="00805A8C" w:rsidRDefault="00805A8C">
            <w:pPr>
              <w:rPr>
                <w:lang w:val="ru-RU"/>
              </w:rPr>
            </w:pPr>
            <w:r w:rsidRPr="0008160D">
              <w:rPr>
                <w:sz w:val="16"/>
                <w:lang w:val="ru-RU"/>
              </w:rPr>
              <w:t>ОАО «</w:t>
            </w:r>
            <w:proofErr w:type="spellStart"/>
            <w:r w:rsidRPr="0008160D">
              <w:rPr>
                <w:sz w:val="16"/>
                <w:lang w:val="ru-RU"/>
              </w:rPr>
              <w:t>Могилевлифтмаш</w:t>
            </w:r>
            <w:proofErr w:type="spellEnd"/>
          </w:p>
        </w:tc>
        <w:tc>
          <w:tcPr>
            <w:tcW w:w="2268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6"/>
                <w:lang w:val="ru-RU"/>
              </w:rPr>
              <w:t>г. Москва, ул. Гиляровского, д. 31, стр. 1</w:t>
            </w:r>
          </w:p>
        </w:tc>
      </w:tr>
      <w:tr w:rsidR="00DB5A27" w:rsidRPr="000F030E">
        <w:trPr>
          <w:jc w:val="center"/>
        </w:trPr>
        <w:tc>
          <w:tcPr>
            <w:tcW w:w="567" w:type="dxa"/>
            <w:vAlign w:val="center"/>
          </w:tcPr>
          <w:p w:rsidR="00DB5A27" w:rsidRDefault="005932BE">
            <w:r>
              <w:rPr>
                <w:sz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6"/>
              </w:rPr>
              <w:t>Лифт пассажирский</w:t>
            </w:r>
          </w:p>
        </w:tc>
        <w:tc>
          <w:tcPr>
            <w:tcW w:w="1304" w:type="dxa"/>
            <w:vAlign w:val="center"/>
          </w:tcPr>
          <w:p w:rsidR="00DB5A27" w:rsidRDefault="005932BE">
            <w:r>
              <w:rPr>
                <w:sz w:val="16"/>
              </w:rPr>
              <w:t>318Н</w:t>
            </w:r>
          </w:p>
        </w:tc>
        <w:tc>
          <w:tcPr>
            <w:tcW w:w="1701" w:type="dxa"/>
            <w:vAlign w:val="center"/>
          </w:tcPr>
          <w:p w:rsidR="00DB5A27" w:rsidRPr="00805A8C" w:rsidRDefault="00805A8C">
            <w:pPr>
              <w:rPr>
                <w:lang w:val="ru-RU"/>
              </w:rPr>
            </w:pPr>
            <w:r w:rsidRPr="0008160D">
              <w:rPr>
                <w:sz w:val="16"/>
                <w:lang w:val="ru-RU"/>
              </w:rPr>
              <w:t>12028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1814" w:type="dxa"/>
            <w:vAlign w:val="center"/>
          </w:tcPr>
          <w:p w:rsidR="00DB5A27" w:rsidRPr="00805A8C" w:rsidRDefault="00805A8C">
            <w:pPr>
              <w:rPr>
                <w:lang w:val="ru-RU"/>
              </w:rPr>
            </w:pPr>
            <w:r w:rsidRPr="0008160D">
              <w:rPr>
                <w:sz w:val="16"/>
                <w:lang w:val="ru-RU"/>
              </w:rPr>
              <w:t xml:space="preserve">Киевский завод лифтов и </w:t>
            </w:r>
            <w:proofErr w:type="spellStart"/>
            <w:r w:rsidRPr="0008160D">
              <w:rPr>
                <w:sz w:val="16"/>
                <w:lang w:val="ru-RU"/>
              </w:rPr>
              <w:t>сантехизделий</w:t>
            </w:r>
            <w:proofErr w:type="spellEnd"/>
          </w:p>
        </w:tc>
        <w:tc>
          <w:tcPr>
            <w:tcW w:w="2268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6"/>
                <w:lang w:val="ru-RU"/>
              </w:rPr>
              <w:t>г. Москва, ул. Гиляровского, д. 31, стр. 1</w:t>
            </w:r>
          </w:p>
        </w:tc>
      </w:tr>
      <w:tr w:rsidR="00805A8C" w:rsidRPr="000F030E">
        <w:trPr>
          <w:jc w:val="center"/>
        </w:trPr>
        <w:tc>
          <w:tcPr>
            <w:tcW w:w="567" w:type="dxa"/>
            <w:vAlign w:val="center"/>
          </w:tcPr>
          <w:p w:rsidR="00805A8C" w:rsidRDefault="00805A8C">
            <w:r>
              <w:rPr>
                <w:sz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805A8C" w:rsidRDefault="00805A8C">
            <w:r>
              <w:rPr>
                <w:sz w:val="16"/>
              </w:rPr>
              <w:t>Лифт пассажирский</w:t>
            </w:r>
          </w:p>
        </w:tc>
        <w:tc>
          <w:tcPr>
            <w:tcW w:w="1304" w:type="dxa"/>
            <w:vAlign w:val="center"/>
          </w:tcPr>
          <w:p w:rsidR="00805A8C" w:rsidRDefault="00805A8C">
            <w:r>
              <w:rPr>
                <w:sz w:val="16"/>
              </w:rPr>
              <w:t>202Н</w:t>
            </w:r>
          </w:p>
        </w:tc>
        <w:tc>
          <w:tcPr>
            <w:tcW w:w="1701" w:type="dxa"/>
            <w:vAlign w:val="center"/>
          </w:tcPr>
          <w:p w:rsidR="00805A8C" w:rsidRPr="00805A8C" w:rsidRDefault="00805A8C">
            <w:pPr>
              <w:rPr>
                <w:lang w:val="ru-RU"/>
              </w:rPr>
            </w:pPr>
            <w:r w:rsidRPr="0008160D">
              <w:rPr>
                <w:sz w:val="16"/>
                <w:lang w:val="ru-RU"/>
              </w:rPr>
              <w:t>120294</w:t>
            </w:r>
          </w:p>
        </w:tc>
        <w:tc>
          <w:tcPr>
            <w:tcW w:w="1814" w:type="dxa"/>
            <w:vAlign w:val="center"/>
          </w:tcPr>
          <w:p w:rsidR="00805A8C" w:rsidRPr="0008160D" w:rsidRDefault="00805A8C" w:rsidP="00A15550">
            <w:pPr>
              <w:rPr>
                <w:lang w:val="ru-RU"/>
              </w:rPr>
            </w:pPr>
            <w:r w:rsidRPr="0008160D">
              <w:rPr>
                <w:sz w:val="16"/>
                <w:lang w:val="ru-RU"/>
              </w:rPr>
              <w:t xml:space="preserve">Киевский завод лифтов и </w:t>
            </w:r>
            <w:proofErr w:type="spellStart"/>
            <w:r w:rsidRPr="0008160D">
              <w:rPr>
                <w:sz w:val="16"/>
                <w:lang w:val="ru-RU"/>
              </w:rPr>
              <w:t>сантехизделий</w:t>
            </w:r>
            <w:proofErr w:type="spellEnd"/>
            <w:r w:rsidRPr="0008160D"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805A8C" w:rsidRPr="005932BE" w:rsidRDefault="00805A8C">
            <w:pPr>
              <w:rPr>
                <w:lang w:val="ru-RU"/>
              </w:rPr>
            </w:pPr>
            <w:r w:rsidRPr="005932BE">
              <w:rPr>
                <w:sz w:val="16"/>
                <w:lang w:val="ru-RU"/>
              </w:rPr>
              <w:t>г. Москва, ул. Гиляровского, д. 31, стр. 1</w:t>
            </w:r>
          </w:p>
        </w:tc>
      </w:tr>
    </w:tbl>
    <w:p w:rsidR="00DB5A27" w:rsidRPr="005932BE" w:rsidRDefault="00DB5A27">
      <w:pPr>
        <w:spacing w:after="40"/>
        <w:rPr>
          <w:lang w:val="ru-RU"/>
        </w:rPr>
      </w:pPr>
    </w:p>
    <w:p w:rsidR="000F030E" w:rsidRDefault="000F030E">
      <w:pPr>
        <w:spacing w:after="60" w:line="252" w:lineRule="auto"/>
        <w:rPr>
          <w:b/>
          <w:sz w:val="20"/>
          <w:lang w:val="ru-RU"/>
        </w:rPr>
      </w:pPr>
    </w:p>
    <w:p w:rsidR="000F030E" w:rsidRDefault="000F030E">
      <w:pPr>
        <w:spacing w:after="60" w:line="252" w:lineRule="auto"/>
        <w:rPr>
          <w:b/>
          <w:sz w:val="20"/>
          <w:lang w:val="ru-RU"/>
        </w:rPr>
      </w:pPr>
    </w:p>
    <w:p w:rsidR="00DB5A27" w:rsidRDefault="005932BE">
      <w:pPr>
        <w:spacing w:after="60" w:line="252" w:lineRule="auto"/>
      </w:pPr>
      <w:bookmarkStart w:id="0" w:name="_GoBack"/>
      <w:bookmarkEnd w:id="0"/>
      <w:proofErr w:type="spellStart"/>
      <w:r>
        <w:rPr>
          <w:b/>
          <w:sz w:val="20"/>
        </w:rPr>
        <w:lastRenderedPageBreak/>
        <w:t>Приложения</w:t>
      </w:r>
      <w:proofErr w:type="spellEnd"/>
      <w:r>
        <w:rPr>
          <w:b/>
          <w:sz w:val="20"/>
        </w:rPr>
        <w:t xml:space="preserve"> к </w:t>
      </w:r>
      <w:proofErr w:type="spellStart"/>
      <w:r>
        <w:rPr>
          <w:b/>
          <w:sz w:val="20"/>
        </w:rPr>
        <w:t>заявлению</w:t>
      </w:r>
      <w:proofErr w:type="spellEnd"/>
      <w:r>
        <w:rPr>
          <w:b/>
          <w:sz w:val="20"/>
        </w:rPr>
        <w:t>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"/>
        <w:gridCol w:w="6803"/>
        <w:gridCol w:w="1701"/>
      </w:tblGrid>
      <w:tr w:rsidR="00DB5A2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6803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Наименование документа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DB5A27" w:rsidRDefault="005932BE">
            <w:pPr>
              <w:jc w:val="center"/>
            </w:pPr>
            <w:r>
              <w:rPr>
                <w:b/>
                <w:sz w:val="18"/>
              </w:rPr>
              <w:t>Отметка о наличии</w:t>
            </w:r>
          </w:p>
        </w:tc>
      </w:tr>
      <w:tr w:rsidR="00DB5A27">
        <w:trPr>
          <w:jc w:val="center"/>
        </w:trPr>
        <w:tc>
          <w:tcPr>
            <w:tcW w:w="567" w:type="dxa"/>
            <w:vAlign w:val="center"/>
          </w:tcPr>
          <w:p w:rsidR="00DB5A27" w:rsidRDefault="005932BE">
            <w:r>
              <w:rPr>
                <w:sz w:val="18"/>
              </w:rPr>
              <w:t>1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Документы, подтверждающие право владения опасными объектами либо иные документы, необходимые для заключения договора обязательного страхования</w:t>
            </w:r>
          </w:p>
        </w:tc>
        <w:tc>
          <w:tcPr>
            <w:tcW w:w="1701" w:type="dxa"/>
            <w:vAlign w:val="center"/>
          </w:tcPr>
          <w:p w:rsidR="00DB5A27" w:rsidRDefault="005932BE">
            <w:proofErr w:type="spellStart"/>
            <w:r>
              <w:rPr>
                <w:sz w:val="18"/>
              </w:rPr>
              <w:t>да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</w:tr>
      <w:tr w:rsidR="00DB5A27">
        <w:trPr>
          <w:jc w:val="center"/>
        </w:trPr>
        <w:tc>
          <w:tcPr>
            <w:tcW w:w="567" w:type="dxa"/>
            <w:vAlign w:val="center"/>
          </w:tcPr>
          <w:p w:rsidR="00DB5A27" w:rsidRDefault="005932BE">
            <w:r>
              <w:rPr>
                <w:sz w:val="18"/>
              </w:rPr>
              <w:t>2</w:t>
            </w:r>
          </w:p>
        </w:tc>
        <w:tc>
          <w:tcPr>
            <w:tcW w:w="6803" w:type="dxa"/>
            <w:vAlign w:val="center"/>
          </w:tcPr>
          <w:p w:rsidR="00DB5A27" w:rsidRDefault="005932BE">
            <w:r>
              <w:rPr>
                <w:sz w:val="18"/>
              </w:rPr>
              <w:t>Сведения по грузоподъемным механизмам</w:t>
            </w:r>
          </w:p>
        </w:tc>
        <w:tc>
          <w:tcPr>
            <w:tcW w:w="1701" w:type="dxa"/>
            <w:vAlign w:val="center"/>
          </w:tcPr>
          <w:p w:rsidR="00DB5A27" w:rsidRDefault="005932BE">
            <w:r>
              <w:rPr>
                <w:sz w:val="18"/>
              </w:rPr>
              <w:t>да / нет</w:t>
            </w:r>
          </w:p>
        </w:tc>
      </w:tr>
      <w:tr w:rsidR="00DB5A27">
        <w:trPr>
          <w:jc w:val="center"/>
        </w:trPr>
        <w:tc>
          <w:tcPr>
            <w:tcW w:w="567" w:type="dxa"/>
            <w:vAlign w:val="center"/>
          </w:tcPr>
          <w:p w:rsidR="00DB5A27" w:rsidRDefault="005932BE">
            <w:r>
              <w:rPr>
                <w:sz w:val="18"/>
              </w:rPr>
              <w:t>3</w:t>
            </w:r>
          </w:p>
        </w:tc>
        <w:tc>
          <w:tcPr>
            <w:tcW w:w="6803" w:type="dxa"/>
            <w:vAlign w:val="center"/>
          </w:tcPr>
          <w:p w:rsidR="00DB5A27" w:rsidRPr="005932BE" w:rsidRDefault="005932BE">
            <w:pPr>
              <w:rPr>
                <w:lang w:val="ru-RU"/>
              </w:rPr>
            </w:pPr>
            <w:r w:rsidRPr="005932BE">
              <w:rPr>
                <w:sz w:val="18"/>
                <w:lang w:val="ru-RU"/>
              </w:rPr>
              <w:t>Иные документы по запросу Страховщика в пределах Правил ОС ОПО</w:t>
            </w:r>
          </w:p>
        </w:tc>
        <w:tc>
          <w:tcPr>
            <w:tcW w:w="1701" w:type="dxa"/>
            <w:vAlign w:val="center"/>
          </w:tcPr>
          <w:p w:rsidR="00DB5A27" w:rsidRDefault="005932BE">
            <w:proofErr w:type="spellStart"/>
            <w:r>
              <w:rPr>
                <w:sz w:val="18"/>
              </w:rPr>
              <w:t>да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</w:tr>
    </w:tbl>
    <w:p w:rsidR="00DB5A27" w:rsidRDefault="00DB5A27">
      <w:pPr>
        <w:spacing w:after="40"/>
      </w:pP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Страхователь подтверждает полноту и достоверность сведений, указанных в настоящем заявлении, и обязуется сообщать Страховщику об изменении обстоятельств, имеющих значение для оценки страхового риска, в случаях и порядке, предусмотренных законодательством Российской Федерации и Правилами ОС ОПО.</w:t>
      </w:r>
    </w:p>
    <w:p w:rsidR="00DB5A27" w:rsidRPr="005932BE" w:rsidRDefault="005932BE">
      <w:pPr>
        <w:spacing w:after="60" w:line="252" w:lineRule="auto"/>
        <w:rPr>
          <w:lang w:val="ru-RU"/>
        </w:rPr>
      </w:pPr>
      <w:r w:rsidRPr="005932BE">
        <w:rPr>
          <w:sz w:val="20"/>
          <w:lang w:val="ru-RU"/>
        </w:rPr>
        <w:t>Страхователь: _____</w:t>
      </w:r>
      <w:r w:rsidR="001210AD">
        <w:rPr>
          <w:sz w:val="20"/>
          <w:lang w:val="ru-RU"/>
        </w:rPr>
        <w:t xml:space="preserve">_______________ Е.В. </w:t>
      </w:r>
      <w:proofErr w:type="spellStart"/>
      <w:r w:rsidR="001210AD">
        <w:rPr>
          <w:sz w:val="20"/>
          <w:lang w:val="ru-RU"/>
        </w:rPr>
        <w:t>Буробина</w:t>
      </w:r>
      <w:proofErr w:type="spellEnd"/>
      <w:r w:rsidRPr="005932BE">
        <w:rPr>
          <w:sz w:val="20"/>
          <w:lang w:val="ru-RU"/>
        </w:rPr>
        <w:t xml:space="preserve">   </w:t>
      </w:r>
      <w:r w:rsidR="001210AD">
        <w:rPr>
          <w:sz w:val="20"/>
          <w:lang w:val="ru-RU"/>
        </w:rPr>
        <w:t xml:space="preserve">   </w:t>
      </w:r>
      <w:r w:rsidRPr="005932BE">
        <w:rPr>
          <w:sz w:val="20"/>
          <w:lang w:val="ru-RU"/>
        </w:rPr>
        <w:t xml:space="preserve">  «___» ____________ 2026 г.      М.П. при наличии</w:t>
      </w:r>
    </w:p>
    <w:p w:rsidR="00DB5A27" w:rsidRPr="005932BE" w:rsidRDefault="005932BE">
      <w:pPr>
        <w:rPr>
          <w:lang w:val="ru-RU"/>
        </w:rPr>
      </w:pPr>
      <w:r w:rsidRPr="005932BE">
        <w:rPr>
          <w:lang w:val="ru-RU"/>
        </w:rPr>
        <w:br w:type="page"/>
      </w:r>
    </w:p>
    <w:p w:rsidR="00DB5A27" w:rsidRPr="005932BE" w:rsidRDefault="005932BE">
      <w:pPr>
        <w:spacing w:after="0" w:line="252" w:lineRule="auto"/>
        <w:jc w:val="right"/>
        <w:rPr>
          <w:lang w:val="ru-RU"/>
        </w:rPr>
      </w:pPr>
      <w:r w:rsidRPr="005932BE">
        <w:rPr>
          <w:sz w:val="20"/>
          <w:lang w:val="ru-RU"/>
        </w:rPr>
        <w:lastRenderedPageBreak/>
        <w:t>Приложение № 3</w:t>
      </w:r>
    </w:p>
    <w:p w:rsidR="00DB5A27" w:rsidRPr="005932BE" w:rsidRDefault="005932BE">
      <w:pPr>
        <w:spacing w:after="60" w:line="252" w:lineRule="auto"/>
        <w:jc w:val="right"/>
        <w:rPr>
          <w:lang w:val="ru-RU"/>
        </w:rPr>
      </w:pPr>
      <w:r w:rsidRPr="005932BE">
        <w:rPr>
          <w:sz w:val="20"/>
          <w:lang w:val="ru-RU"/>
        </w:rPr>
        <w:t>к Договору № ____ от «___» ____________ 2026 г.</w:t>
      </w:r>
    </w:p>
    <w:p w:rsidR="00DB5A27" w:rsidRPr="005932BE" w:rsidRDefault="005932BE">
      <w:pPr>
        <w:spacing w:before="160" w:after="80"/>
        <w:jc w:val="center"/>
        <w:rPr>
          <w:lang w:val="ru-RU"/>
        </w:rPr>
      </w:pPr>
      <w:r w:rsidRPr="005932BE">
        <w:rPr>
          <w:b/>
          <w:lang w:val="ru-RU"/>
        </w:rPr>
        <w:t>ПОДТВЕРЖДЕНИЕ</w:t>
      </w:r>
    </w:p>
    <w:p w:rsidR="00DB5A27" w:rsidRPr="005932BE" w:rsidRDefault="005932BE">
      <w:pPr>
        <w:spacing w:after="60" w:line="252" w:lineRule="auto"/>
        <w:jc w:val="center"/>
        <w:rPr>
          <w:lang w:val="ru-RU"/>
        </w:rPr>
      </w:pPr>
      <w:r w:rsidRPr="005932BE">
        <w:rPr>
          <w:sz w:val="20"/>
          <w:lang w:val="ru-RU"/>
        </w:rPr>
        <w:t>ознакомления получателя страховых услуг с информацией, предоставляемой Страховщиком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 xml:space="preserve">Я, </w:t>
      </w:r>
      <w:proofErr w:type="spellStart"/>
      <w:r w:rsidRPr="005932BE">
        <w:rPr>
          <w:sz w:val="20"/>
          <w:lang w:val="ru-RU"/>
        </w:rPr>
        <w:t>Буробина</w:t>
      </w:r>
      <w:proofErr w:type="spellEnd"/>
      <w:r w:rsidRPr="005932BE">
        <w:rPr>
          <w:sz w:val="20"/>
          <w:lang w:val="ru-RU"/>
        </w:rPr>
        <w:t xml:space="preserve"> Екатерина Владимировна, начальник административно-хозяйственного отдела ФГБУ ИАЦ Судебного департамента, действующая на основании доверенности от 12 ноября 2025 года № 298, подтверждаю, что до заключения Договора Страховщиком предоставлена информация, необходимая для заключения договора обязательного страхования ОС ОПО: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1. об условиях договора обязательного страхования, включая объе</w:t>
      </w:r>
      <w:proofErr w:type="gramStart"/>
      <w:r w:rsidRPr="005932BE">
        <w:rPr>
          <w:sz w:val="20"/>
          <w:lang w:val="ru-RU"/>
        </w:rPr>
        <w:t>кт стр</w:t>
      </w:r>
      <w:proofErr w:type="gramEnd"/>
      <w:r w:rsidRPr="005932BE">
        <w:rPr>
          <w:sz w:val="20"/>
          <w:lang w:val="ru-RU"/>
        </w:rPr>
        <w:t>ахования, страховой риск, страховую сумму, страховую премию и порядок ее определения;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2. о порядке заключения договора обязательного страхования и выдачи полиса ОС ОПО;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3. о способах и сроках уплаты страховой премии, а также последствиях ее неуплаты или несвоевременной уплаты;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4. об исключениях из страхового покрытия, основаниях отказа в страховой выплате и основаниях освобождения Страховщика от страховой выплаты;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5. о действиях Страхователя при наступлении события, имеющего признаки страхового случая;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6. о перечне документов, необходимых для обращения за страховой выплатой, и порядке урегулирования страхового случая;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7. о порядке досрочного прекращения полиса ОС ОПО и возврата страховой премии или ее части в случаях, предусмотренных законодательством;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8. о способах направления обращений и претензий Страховщику.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Контактные данные Страховщика для обращений: телефон ____________________, электронная почта ____________________, адрес ____________________, сайт ____________________.</w:t>
      </w:r>
    </w:p>
    <w:p w:rsidR="00DB5A27" w:rsidRPr="005932BE" w:rsidRDefault="005932BE">
      <w:pPr>
        <w:spacing w:after="60" w:line="252" w:lineRule="auto"/>
        <w:ind w:firstLine="709"/>
        <w:rPr>
          <w:lang w:val="ru-RU"/>
        </w:rPr>
      </w:pPr>
      <w:r w:rsidRPr="005932BE">
        <w:rPr>
          <w:sz w:val="20"/>
          <w:lang w:val="ru-RU"/>
        </w:rPr>
        <w:t>Подтверждение подписано представителем Страхователя без изменения условий Договора и не заменяет полис ОС ОПО, Правила ОС ОПО и документы приемки по Договору.</w:t>
      </w:r>
    </w:p>
    <w:p w:rsidR="00DB5A27" w:rsidRDefault="005932BE">
      <w:pPr>
        <w:spacing w:after="60" w:line="252" w:lineRule="auto"/>
      </w:pPr>
      <w:r w:rsidRPr="005932BE">
        <w:rPr>
          <w:sz w:val="20"/>
          <w:lang w:val="ru-RU"/>
        </w:rPr>
        <w:t xml:space="preserve">Страхователь: ____________________ /Е.В. </w:t>
      </w:r>
      <w:proofErr w:type="spellStart"/>
      <w:r w:rsidRPr="005932BE">
        <w:rPr>
          <w:sz w:val="20"/>
          <w:lang w:val="ru-RU"/>
        </w:rPr>
        <w:t>Буробина</w:t>
      </w:r>
      <w:proofErr w:type="spellEnd"/>
      <w:r w:rsidRPr="005932BE">
        <w:rPr>
          <w:sz w:val="20"/>
          <w:lang w:val="ru-RU"/>
        </w:rPr>
        <w:t xml:space="preserve">/      «___» ____________ 2026 г.      </w:t>
      </w:r>
      <w:r>
        <w:rPr>
          <w:sz w:val="20"/>
        </w:rPr>
        <w:t>М.П. при наличии</w:t>
      </w:r>
    </w:p>
    <w:p w:rsidR="00DB5A27" w:rsidRDefault="005932BE">
      <w:pPr>
        <w:spacing w:after="60" w:line="252" w:lineRule="auto"/>
      </w:pPr>
      <w:r>
        <w:rPr>
          <w:sz w:val="20"/>
        </w:rPr>
        <w:t>Страховщик: ____________________ /_____________/      «___» ____________ 2026 г.      М.П. при наличии</w:t>
      </w:r>
    </w:p>
    <w:sectPr w:rsidR="00DB5A27" w:rsidSect="00034616">
      <w:pgSz w:w="12240" w:h="15840"/>
      <w:pgMar w:top="907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030E"/>
    <w:rsid w:val="001210AD"/>
    <w:rsid w:val="0015074B"/>
    <w:rsid w:val="0029639D"/>
    <w:rsid w:val="00326F90"/>
    <w:rsid w:val="00374A76"/>
    <w:rsid w:val="004B287F"/>
    <w:rsid w:val="005932BE"/>
    <w:rsid w:val="0075729F"/>
    <w:rsid w:val="007627BE"/>
    <w:rsid w:val="00805A8C"/>
    <w:rsid w:val="009A2C9E"/>
    <w:rsid w:val="00AA1D8D"/>
    <w:rsid w:val="00B47730"/>
    <w:rsid w:val="00CB0664"/>
    <w:rsid w:val="00DB5A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504E5A-4550-4F1C-9B58-1EE7310D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3696</Words>
  <Characters>21070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Воронков Олег Анатольевич</cp:lastModifiedBy>
  <cp:revision>10</cp:revision>
  <dcterms:created xsi:type="dcterms:W3CDTF">2026-07-15T08:15:00Z</dcterms:created>
  <dcterms:modified xsi:type="dcterms:W3CDTF">2026-07-20T07:31:00Z</dcterms:modified>
</cp:coreProperties>
</file>