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0244" w:rsidRPr="00516083" w:rsidRDefault="002A7D85">
      <w:pPr>
        <w:spacing w:after="40" w:line="240" w:lineRule="auto"/>
        <w:jc w:val="center"/>
        <w:rPr>
          <w:rFonts w:cs="Times New Roman"/>
          <w:lang w:val="ru-RU"/>
        </w:rPr>
      </w:pPr>
      <w:r w:rsidRPr="00516083">
        <w:rPr>
          <w:rFonts w:cs="Times New Roman"/>
          <w:lang w:val="ru-RU"/>
        </w:rPr>
        <w:t>Договор № _________________</w:t>
      </w:r>
    </w:p>
    <w:p w:rsidR="00840244" w:rsidRDefault="002A7D85">
      <w:pPr>
        <w:spacing w:after="120" w:line="240" w:lineRule="auto"/>
        <w:jc w:val="center"/>
        <w:rPr>
          <w:rFonts w:cs="Times New Roman"/>
          <w:b/>
          <w:lang w:val="ru-RU"/>
        </w:rPr>
      </w:pPr>
      <w:r w:rsidRPr="00516083">
        <w:rPr>
          <w:rFonts w:cs="Times New Roman"/>
          <w:b/>
          <w:lang w:val="ru-RU"/>
        </w:rPr>
        <w:t>ДОГОВОР ОБ ОКАЗАНИИ УСЛУГ ПО ОРГАНИЗАЦИИ УЧАСТИЯ В МЕРОПРИЯТИИ</w:t>
      </w:r>
    </w:p>
    <w:p w:rsidR="00AA4412" w:rsidRPr="00516083" w:rsidRDefault="00AA4412">
      <w:pPr>
        <w:spacing w:after="120" w:line="240" w:lineRule="auto"/>
        <w:jc w:val="center"/>
        <w:rPr>
          <w:rFonts w:cs="Times New Roman"/>
          <w:lang w:val="ru-RU"/>
        </w:rPr>
      </w:pPr>
      <w:r>
        <w:rPr>
          <w:rFonts w:cs="Times New Roman"/>
          <w:b/>
          <w:lang w:val="ru-RU"/>
        </w:rPr>
        <w:t xml:space="preserve">ИКЗ </w:t>
      </w:r>
      <w:r w:rsidRPr="00AA4412">
        <w:rPr>
          <w:rFonts w:cs="Times New Roman"/>
          <w:b/>
          <w:lang w:val="ru-RU"/>
        </w:rPr>
        <w:t>26.17804161723780401001.0001.000.0000.244</w:t>
      </w:r>
    </w:p>
    <w:tbl>
      <w:tblPr>
        <w:tblW w:w="0" w:type="auto"/>
        <w:jc w:val="center"/>
        <w:tblLook w:val="04A0" w:firstRow="1" w:lastRow="0" w:firstColumn="1" w:lastColumn="0" w:noHBand="0" w:noVBand="1"/>
      </w:tblPr>
      <w:tblGrid>
        <w:gridCol w:w="5128"/>
        <w:gridCol w:w="5128"/>
      </w:tblGrid>
      <w:tr w:rsidR="00840244" w:rsidRPr="00516083">
        <w:trPr>
          <w:jc w:val="center"/>
        </w:trPr>
        <w:tc>
          <w:tcPr>
            <w:tcW w:w="5128" w:type="dxa"/>
            <w:vAlign w:val="center"/>
          </w:tcPr>
          <w:p w:rsidR="00840244" w:rsidRPr="00516083" w:rsidRDefault="002A7D85">
            <w:pPr>
              <w:rPr>
                <w:rFonts w:cs="Times New Roman"/>
              </w:rPr>
            </w:pPr>
            <w:r w:rsidRPr="00516083">
              <w:rPr>
                <w:rFonts w:cs="Times New Roman"/>
              </w:rPr>
              <w:t>г. Москва</w:t>
            </w:r>
          </w:p>
        </w:tc>
        <w:tc>
          <w:tcPr>
            <w:tcW w:w="5128" w:type="dxa"/>
            <w:vAlign w:val="center"/>
          </w:tcPr>
          <w:p w:rsidR="00840244" w:rsidRPr="00516083" w:rsidRDefault="002A7D85" w:rsidP="00727C5E">
            <w:pPr>
              <w:jc w:val="right"/>
              <w:rPr>
                <w:rFonts w:cs="Times New Roman"/>
              </w:rPr>
            </w:pPr>
            <w:r w:rsidRPr="00516083">
              <w:rPr>
                <w:rFonts w:cs="Times New Roman"/>
              </w:rPr>
              <w:t xml:space="preserve">«____» </w:t>
            </w:r>
            <w:r w:rsidR="00727C5E">
              <w:rPr>
                <w:rFonts w:cs="Times New Roman"/>
                <w:lang w:val="ru-RU"/>
              </w:rPr>
              <w:t>июля</w:t>
            </w:r>
            <w:r w:rsidRPr="00516083">
              <w:rPr>
                <w:rFonts w:cs="Times New Roman"/>
              </w:rPr>
              <w:t xml:space="preserve"> 2026 </w:t>
            </w:r>
            <w:proofErr w:type="spellStart"/>
            <w:r w:rsidRPr="00516083">
              <w:rPr>
                <w:rFonts w:cs="Times New Roman"/>
              </w:rPr>
              <w:t>года</w:t>
            </w:r>
            <w:proofErr w:type="spellEnd"/>
          </w:p>
        </w:tc>
      </w:tr>
    </w:tbl>
    <w:p w:rsidR="00840244" w:rsidRPr="00516083" w:rsidRDefault="00840244">
      <w:pPr>
        <w:rPr>
          <w:rFonts w:cs="Times New Roman"/>
        </w:rPr>
      </w:pPr>
    </w:p>
    <w:p w:rsidR="00840244" w:rsidRDefault="00AA4412" w:rsidP="00516083">
      <w:pPr>
        <w:spacing w:after="40" w:line="240" w:lineRule="auto"/>
        <w:ind w:firstLine="709"/>
        <w:jc w:val="both"/>
        <w:rPr>
          <w:rFonts w:cs="Times New Roman"/>
          <w:lang w:val="ru-RU"/>
        </w:rPr>
      </w:pPr>
      <w:r>
        <w:rPr>
          <w:rFonts w:cs="Times New Roman"/>
          <w:lang w:val="ru-RU"/>
        </w:rPr>
        <w:t>___</w:t>
      </w:r>
      <w:r w:rsidR="002A7D85" w:rsidRPr="00E01830">
        <w:rPr>
          <w:rFonts w:cs="Times New Roman"/>
          <w:lang w:val="ru-RU"/>
        </w:rPr>
        <w:t xml:space="preserve">, с одной стороны, и </w:t>
      </w:r>
      <w:r w:rsidR="00A9636A" w:rsidRPr="00E01830">
        <w:rPr>
          <w:lang w:val="ru-RU"/>
        </w:rP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 (</w:t>
      </w:r>
      <w:proofErr w:type="spellStart"/>
      <w:r w:rsidR="00A9636A" w:rsidRPr="00E01830">
        <w:rPr>
          <w:lang w:val="ru-RU"/>
        </w:rPr>
        <w:t>СПбАУ</w:t>
      </w:r>
      <w:proofErr w:type="spellEnd"/>
      <w:r w:rsidR="00A9636A" w:rsidRPr="00E01830">
        <w:rPr>
          <w:lang w:val="ru-RU"/>
        </w:rPr>
        <w:t xml:space="preserve"> РАН им. Ж.И. Алферова), именуемое в дальнейшем «Заказчик», в лице </w:t>
      </w:r>
      <w:r w:rsidR="00E01830" w:rsidRPr="00E01830">
        <w:rPr>
          <w:color w:val="000000"/>
          <w:lang w:val="ru-RU"/>
        </w:rPr>
        <w:t xml:space="preserve">проректора по науке </w:t>
      </w:r>
      <w:r w:rsidR="00E01830" w:rsidRPr="00E01830">
        <w:rPr>
          <w:lang w:val="ru-RU"/>
        </w:rPr>
        <w:t>Мухина Ивана Сергеевича</w:t>
      </w:r>
      <w:r w:rsidR="00A9636A" w:rsidRPr="00E01830">
        <w:rPr>
          <w:color w:val="000000"/>
          <w:lang w:val="ru-RU"/>
        </w:rPr>
        <w:t xml:space="preserve">, действующего на основании </w:t>
      </w:r>
      <w:r w:rsidR="00E01830" w:rsidRPr="00E01830">
        <w:rPr>
          <w:lang w:val="ru-RU"/>
        </w:rPr>
        <w:t>доверенности № 2 от 12.01.2026г.</w:t>
      </w:r>
      <w:r w:rsidR="00A9636A" w:rsidRPr="00E01830">
        <w:rPr>
          <w:color w:val="000000"/>
          <w:lang w:val="ru-RU"/>
        </w:rPr>
        <w:t xml:space="preserve">, </w:t>
      </w:r>
      <w:r w:rsidR="00A9636A" w:rsidRPr="00E01830">
        <w:rPr>
          <w:rFonts w:cs="Times New Roman"/>
          <w:lang w:val="ru-RU"/>
        </w:rPr>
        <w:t>именуемое</w:t>
      </w:r>
      <w:r w:rsidR="002A7D85" w:rsidRPr="00E01830">
        <w:rPr>
          <w:rFonts w:cs="Times New Roman"/>
          <w:lang w:val="ru-RU"/>
        </w:rPr>
        <w:t xml:space="preserve"> в дальнейшем «Заказчик», с другой стороны, совместно именуемые «Стороны», а по отдельности — «Сторона», </w:t>
      </w:r>
      <w:r w:rsidR="00A9636A" w:rsidRPr="00E01830">
        <w:rPr>
          <w:lang w:val="ru-RU"/>
        </w:rPr>
        <w:t xml:space="preserve">в соответствии с Гражданским Кодексом Российской Федерации, на основании </w:t>
      </w:r>
      <w:r w:rsidR="00026CB4">
        <w:rPr>
          <w:lang w:val="ru-RU"/>
        </w:rPr>
        <w:t>пункта 5</w:t>
      </w:r>
      <w:r w:rsidR="00A9636A" w:rsidRPr="00E01830">
        <w:rPr>
          <w:lang w:val="ru-RU"/>
        </w:rPr>
        <w:t xml:space="preserve"> </w:t>
      </w:r>
      <w:r w:rsidR="00026CB4">
        <w:rPr>
          <w:lang w:val="ru-RU"/>
        </w:rPr>
        <w:t>части 1 статьи 93 Федерального закона от 05.04.2013 «О контрактной системе в сфере закупок товаров, работ, услуг для государственных и муниципальных нужд» № 44-ФЗ</w:t>
      </w:r>
      <w:r w:rsidR="00A9636A" w:rsidRPr="00E01830">
        <w:rPr>
          <w:lang w:val="ru-RU"/>
        </w:rPr>
        <w:t xml:space="preserve">, </w:t>
      </w:r>
      <w:r w:rsidR="002A7D85" w:rsidRPr="00E01830">
        <w:rPr>
          <w:rFonts w:cs="Times New Roman"/>
          <w:lang w:val="ru-RU"/>
        </w:rPr>
        <w:t>заключили</w:t>
      </w:r>
      <w:r w:rsidR="002A7D85" w:rsidRPr="00516083">
        <w:rPr>
          <w:rFonts w:cs="Times New Roman"/>
          <w:lang w:val="ru-RU"/>
        </w:rPr>
        <w:t xml:space="preserve"> настоящий Договор об оказании услуг по организации участия в мероприятии (далее — Договор) о нижеследующем:</w:t>
      </w:r>
    </w:p>
    <w:p w:rsidR="00A9636A" w:rsidRPr="00516083" w:rsidRDefault="00A9636A" w:rsidP="00516083">
      <w:pPr>
        <w:spacing w:after="40" w:line="240" w:lineRule="auto"/>
        <w:ind w:firstLine="709"/>
        <w:jc w:val="both"/>
        <w:rPr>
          <w:rFonts w:cs="Times New Roman"/>
          <w:lang w:val="ru-RU"/>
        </w:rPr>
      </w:pPr>
    </w:p>
    <w:p w:rsidR="00840244" w:rsidRPr="00516083" w:rsidRDefault="002A7D85">
      <w:pPr>
        <w:spacing w:after="80" w:line="240" w:lineRule="auto"/>
        <w:jc w:val="center"/>
        <w:rPr>
          <w:rFonts w:cs="Times New Roman"/>
          <w:lang w:val="ru-RU"/>
        </w:rPr>
      </w:pPr>
      <w:r w:rsidRPr="00516083">
        <w:rPr>
          <w:rFonts w:cs="Times New Roman"/>
          <w:b/>
          <w:lang w:val="ru-RU"/>
        </w:rPr>
        <w:t>1. ПРЕДМЕТ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1.1. Исполнитель по заданию Заказчика обязуется оказать услуги по организации участия представителей Заказчика в Х</w:t>
      </w:r>
      <w:r w:rsidRPr="00516083">
        <w:rPr>
          <w:rFonts w:cs="Times New Roman"/>
        </w:rPr>
        <w:t>VII</w:t>
      </w:r>
      <w:r w:rsidRPr="00516083">
        <w:rPr>
          <w:rFonts w:cs="Times New Roman"/>
          <w:lang w:val="ru-RU"/>
        </w:rPr>
        <w:t xml:space="preserve"> Российск</w:t>
      </w:r>
      <w:r w:rsidR="00C764CE">
        <w:rPr>
          <w:rFonts w:cs="Times New Roman"/>
          <w:lang w:val="ru-RU"/>
        </w:rPr>
        <w:t>ой</w:t>
      </w:r>
      <w:r w:rsidRPr="00516083">
        <w:rPr>
          <w:rFonts w:cs="Times New Roman"/>
          <w:lang w:val="ru-RU"/>
        </w:rPr>
        <w:t xml:space="preserve"> конференци</w:t>
      </w:r>
      <w:r w:rsidR="003A0925">
        <w:rPr>
          <w:rFonts w:cs="Times New Roman"/>
          <w:lang w:val="ru-RU"/>
        </w:rPr>
        <w:t>и</w:t>
      </w:r>
      <w:r w:rsidRPr="00516083">
        <w:rPr>
          <w:rFonts w:cs="Times New Roman"/>
          <w:lang w:val="ru-RU"/>
        </w:rPr>
        <w:t xml:space="preserve"> по физике полупроводников (РКФП-</w:t>
      </w:r>
      <w:r w:rsidRPr="00516083">
        <w:rPr>
          <w:rFonts w:cs="Times New Roman"/>
        </w:rPr>
        <w:t>XVII</w:t>
      </w:r>
      <w:r w:rsidRPr="00516083">
        <w:rPr>
          <w:rFonts w:cs="Times New Roman"/>
          <w:lang w:val="ru-RU"/>
        </w:rPr>
        <w:t xml:space="preserve">), проводимой </w:t>
      </w:r>
      <w:r w:rsidR="007D775E">
        <w:rPr>
          <w:rFonts w:cs="Times New Roman"/>
          <w:lang w:val="ru-RU"/>
        </w:rPr>
        <w:t>____</w:t>
      </w:r>
      <w:bookmarkStart w:id="0" w:name="_GoBack"/>
      <w:bookmarkEnd w:id="0"/>
      <w:r w:rsidRPr="00516083">
        <w:rPr>
          <w:rFonts w:cs="Times New Roman"/>
          <w:lang w:val="ru-RU"/>
        </w:rPr>
        <w:t xml:space="preserve"> (далее — Мероприятие, Услуги), а Заказчик обязуется принять и оплатить оказанные Услуги на условиях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1.2. Перечень представителей Заказчика, категории участия, место и даты проведения Мероприятия, объем Услуг и стоимость Услуг указаны в Техническом задании (Приложение № 1 к Договору), являющемся неотъемлемой частью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1.3. Даты проведения Мероприятия: с 05 октября 2026 г. по 09 октября 2026 г. Подготовительный период к Мероприятию: с 01 марта 2026 г. по 09 октября 2026 г. Срок оказания Услуг: с даты заключения Договора до 09 октября 2026 г. включительно.</w:t>
      </w:r>
    </w:p>
    <w:p w:rsidR="00840244" w:rsidRPr="00516083" w:rsidRDefault="002A7D85">
      <w:pPr>
        <w:spacing w:after="80" w:line="240" w:lineRule="auto"/>
        <w:jc w:val="center"/>
        <w:rPr>
          <w:rFonts w:cs="Times New Roman"/>
          <w:lang w:val="ru-RU"/>
        </w:rPr>
      </w:pPr>
      <w:r w:rsidRPr="00516083">
        <w:rPr>
          <w:rFonts w:cs="Times New Roman"/>
          <w:b/>
          <w:lang w:val="ru-RU"/>
        </w:rPr>
        <w:t>2. ТЕХНИЧЕСКИЕ УСЛОВИЯ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2.1. Исполнитель оказывает Услуги в соответствии с программой проведения Мероприятия и Техническим заданием (Приложение № 1 к Договору).</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2.2. Регламент проведения Мероприятия может быть изменен Исполнителем в одностороннем порядке в случае введения санитарно-эпидемиологических или иных ограничений, режима повышенной готовности, чрезвычайного положения либо иных обстоятельств, препятствующих проведению Мероприятия на первоначально запланированных условиях. Исполнитель уведомляет Заказчика об изменениях любым способом с использованием контактных данных, указанных в разделе 10 Договора, и/или путем размещения информации на сайте Мероприятия.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2.3. Услуги считаются оказанными надлежащим образом при обеспечении Исполнителем возможности участия представителей Заказчика в Мероприятии в выбранном формате, независимо от их фактической явки, за исключением случаев, когда невозможность участия вызвана виновными действиями Исполнителя.</w:t>
      </w:r>
    </w:p>
    <w:p w:rsidR="00840244" w:rsidRPr="00516083" w:rsidRDefault="002A7D85">
      <w:pPr>
        <w:spacing w:after="80" w:line="240" w:lineRule="auto"/>
        <w:jc w:val="center"/>
        <w:rPr>
          <w:rFonts w:cs="Times New Roman"/>
          <w:lang w:val="ru-RU"/>
        </w:rPr>
      </w:pPr>
      <w:r w:rsidRPr="00516083">
        <w:rPr>
          <w:rFonts w:cs="Times New Roman"/>
          <w:b/>
          <w:lang w:val="ru-RU"/>
        </w:rPr>
        <w:t>3. ПРАВА И ОБЯЗАННОСТИ СТОРОН</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3.1. Исполнитель обязуется: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3.1.1. надлежащим образом оказать Услуги, предусмотренные Договором и Техническим заданием;</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3.1.2. обеспечить возможность участия представителей Заказчика в пленарных и секционных заседаниях Мероприятия в выбранном формате;</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3.1.3. при наличии принятых докладов и своевременном представлении материалов обеспечить включение соответствующих сведений в научную программу и/или сборник тезисов Мероприятия по правилам, установленным организационным и/или программным комитетом Мероприятия;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lastRenderedPageBreak/>
        <w:t>3.1.4. предоставить оборудование и технические средства, необходимые для устных и/или стендовых докладов, в пределах технических возможностей и регламента Мероприятия;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 xml:space="preserve">3.1.5. предоставить </w:t>
      </w:r>
      <w:proofErr w:type="spellStart"/>
      <w:r w:rsidRPr="00516083">
        <w:rPr>
          <w:rFonts w:cs="Times New Roman"/>
          <w:lang w:val="ru-RU"/>
        </w:rPr>
        <w:t>конференционные</w:t>
      </w:r>
      <w:proofErr w:type="spellEnd"/>
      <w:r w:rsidRPr="00516083">
        <w:rPr>
          <w:rFonts w:cs="Times New Roman"/>
          <w:lang w:val="ru-RU"/>
        </w:rPr>
        <w:t xml:space="preserve"> наборы участника представителям Заказчика, участвующим в Мероприятии в качестве участников;</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3.1.6. обеспечить возможность участия в банкете тем представителям Заказчика, для которых выбран и оплачен тариф с банкетом;</w:t>
      </w:r>
    </w:p>
    <w:p w:rsidR="009D3E32" w:rsidRPr="00516083" w:rsidRDefault="002A7D85" w:rsidP="009D3E32">
      <w:pPr>
        <w:spacing w:after="40" w:line="240" w:lineRule="auto"/>
        <w:ind w:firstLine="709"/>
        <w:jc w:val="both"/>
        <w:rPr>
          <w:rFonts w:cs="Times New Roman"/>
          <w:lang w:val="ru-RU"/>
        </w:rPr>
      </w:pPr>
      <w:r w:rsidRPr="00516083">
        <w:rPr>
          <w:rFonts w:cs="Times New Roman"/>
          <w:lang w:val="ru-RU"/>
        </w:rPr>
        <w:t>3.1.7. по результатам оказания Услуг оформить и передать Заказчику Акт сдачи-приемки услуг (далее — Акт) в 2 (двух) экземплярах, подписанных со стороны Исполнителя</w:t>
      </w:r>
      <w:r w:rsidR="009D3E32" w:rsidRPr="00516083">
        <w:rPr>
          <w:rFonts w:cs="Times New Roman"/>
          <w:lang w:val="ru-RU"/>
        </w:rPr>
        <w:t>.</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3.2. Заказчик обязуется: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3.2.1. своевременно представить Исполнителю достоверные сведения о представителях Заказчика, необходимые для регистрации и организации участия в Мероприятии;</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3.2.2. оплатить Услуги в размере и в порядке, предусмотренных Договором;</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3.2.3. обеспечить соблюдение представителями Заказчика регламента Мероприятия и требований Исполнителя, связанных с доступом к площадке проведения Мероприятия и организацией участия;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 xml:space="preserve">3.2.4. подписать Акт и передать Исполнителю один экземпляр Акта либо направить мотивированный отказ от подписания Акта. При </w:t>
      </w:r>
      <w:proofErr w:type="spellStart"/>
      <w:r w:rsidRPr="00516083">
        <w:rPr>
          <w:rFonts w:cs="Times New Roman"/>
          <w:lang w:val="ru-RU"/>
        </w:rPr>
        <w:t>неподписании</w:t>
      </w:r>
      <w:proofErr w:type="spellEnd"/>
      <w:r w:rsidRPr="00516083">
        <w:rPr>
          <w:rFonts w:cs="Times New Roman"/>
          <w:lang w:val="ru-RU"/>
        </w:rPr>
        <w:t xml:space="preserve"> Акта и непредставлении мотивированного отказа в течение 5 (пяти) рабочих дней с даты получения Акта либо даты, когда Акт должен был быть получен, Услуги считаются оказанными и принятыми без замечаний;</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3.2.5. в случае одностороннего отказа от Договора письменно уведомить об этом Исполнителя в порядке, предусмотренном Договором;</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 xml:space="preserve">3.2.6. при применении тарифа участника до 35 лет по запросу Исполнителя представить документ, подтверждающий возраст соответствующего представителя Заказчика. Тариф участника до 35 лет применяется при условии, что на дату начала Мероприятия — 05 октября 2026 г. — соответствующему представителю Заказчика не исполнилось 36 лет. При </w:t>
      </w:r>
      <w:proofErr w:type="spellStart"/>
      <w:r w:rsidRPr="00516083">
        <w:rPr>
          <w:rFonts w:cs="Times New Roman"/>
          <w:lang w:val="ru-RU"/>
        </w:rPr>
        <w:t>неподтверждении</w:t>
      </w:r>
      <w:proofErr w:type="spellEnd"/>
      <w:r w:rsidRPr="00516083">
        <w:rPr>
          <w:rFonts w:cs="Times New Roman"/>
          <w:lang w:val="ru-RU"/>
        </w:rPr>
        <w:t xml:space="preserve"> права на льготный тариф Заказчик обязан оплатить разницу до стоимости соответствующего тарифа участника без льготы.</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3.3. Заказчик подтверждает, что материалы докладов и/или тезисов, представленные его представителями для участия в Мероприятии, переданы Исполнителю правомерно и их использование Исполнителем в целях подготовки программы, сборника тезисов и информационных материалов Мероприятия не нарушает права третьих лиц.</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3.4. Заказчик обеспечивает наличие у Исполнителя права использовать представленные материалы, сведения о докладах, фамилии, имена, отчества, места работы или учебы, должности, ученые степени и ученые звания представителей Заказчика в составе программы Мероприятия, сборника тезисов, информационных материалов Мероприятия, в том числе путем воспроизведения, распространения, доведения до всеобщего сведения и размещения в сети Интернет, в пределах целей организации и проведения Мероприятия.</w:t>
      </w:r>
    </w:p>
    <w:p w:rsidR="00840244" w:rsidRPr="00516083" w:rsidRDefault="002A7D85">
      <w:pPr>
        <w:spacing w:after="80" w:line="240" w:lineRule="auto"/>
        <w:jc w:val="center"/>
        <w:rPr>
          <w:rFonts w:cs="Times New Roman"/>
          <w:lang w:val="ru-RU"/>
        </w:rPr>
      </w:pPr>
      <w:r w:rsidRPr="00516083">
        <w:rPr>
          <w:rFonts w:cs="Times New Roman"/>
          <w:b/>
          <w:lang w:val="ru-RU"/>
        </w:rPr>
        <w:t>4. СТОИМОСТЬ УСЛУГ И ПОРЯДОК РАСЧЕТОВ</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4.1. Общая стоимость Услуг составляет сумму стоимостей участия всех представителей Заказчика, указанных в Техническом задании, и определяется исходя из категории участия, выбранного формата участия и даты поступления оплаты на лицевой счет Исполнителя. Стоимость Услуг указывается в счете Исполнителя и включает НДС</w:t>
      </w:r>
      <w:r w:rsidR="00AF3229" w:rsidRPr="00AF3229">
        <w:rPr>
          <w:lang w:val="ru-RU"/>
        </w:rPr>
        <w:t xml:space="preserve"> </w:t>
      </w:r>
      <w:r w:rsidR="00AF3229" w:rsidRPr="00AF3229">
        <w:rPr>
          <w:rFonts w:cs="Times New Roman"/>
          <w:lang w:val="ru-RU"/>
        </w:rPr>
        <w:t>в соответствии с действующим законодательством Российской Федерации</w:t>
      </w:r>
      <w:r w:rsidRPr="00516083">
        <w:rPr>
          <w:rFonts w:cs="Times New Roman"/>
          <w:lang w:val="ru-RU"/>
        </w:rPr>
        <w:t>.</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4.2. Заказчик производит оплату в течение 3 (трех) рабочих дней с даты заключения Договора и/или выставления счета Исполнителем путем перечисления денежных средств на лицевой счет Исполнителя. При поступлении оплаты по 01 августа 2026 г. включительно применяются тарифы «до 01 августа 2026 г.»; при поступлении оплаты после 01 августа 2026 г. применяются тарифы «после 01 августа 2026 г.»</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Тарифы по категориям участия приведены в Техническом задании (Приложение № 1 к Договору).</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4.3. До поступления оплаты Исполнитель вправе не подтверждать регистрацию представителей Заказчика на Мероприятие и не приступать к оказанию Услуг, за исключением действий, которые Исполнитель сочтет необходимыми для предварительной организационной подготовки.</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4.4. Документы, оформляемые в связи с исполнением Договора, включая счет, акт, счет-фактуру и иные документы, оформляются Исполнителем в случаях и порядке, предусмотренных законодательством Российской Федерации.</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lastRenderedPageBreak/>
        <w:t xml:space="preserve">4.5. Если представитель Заказчика не планирует участвовать в банкете и Заказчик письменно уведомил об этом Исполнителя до выставления счета и/или оплаты, стоимость участия соответствующего представителя уменьшается на 5 000 (пять тысяч) рублей 00 копеек, включая </w:t>
      </w:r>
      <w:r w:rsidRPr="0008111F">
        <w:rPr>
          <w:rFonts w:cs="Times New Roman"/>
          <w:lang w:val="ru-RU"/>
        </w:rPr>
        <w:t>НДС</w:t>
      </w:r>
      <w:r w:rsidR="0008111F" w:rsidRPr="0008111F">
        <w:rPr>
          <w:rFonts w:cs="Times New Roman"/>
          <w:lang w:val="ru-RU"/>
        </w:rPr>
        <w:t xml:space="preserve"> в соответствии с действующим законодательством Российской Федерации</w:t>
      </w:r>
      <w:r w:rsidRPr="0008111F">
        <w:rPr>
          <w:rFonts w:cs="Times New Roman"/>
          <w:lang w:val="ru-RU"/>
        </w:rPr>
        <w:t>. После оплаты перерасчет</w:t>
      </w:r>
      <w:r w:rsidRPr="00516083">
        <w:rPr>
          <w:rFonts w:cs="Times New Roman"/>
          <w:lang w:val="ru-RU"/>
        </w:rPr>
        <w:t xml:space="preserve"> возможен по соглашению Сторон с учетом фактически понесенных Исполнителем расходов.</w:t>
      </w:r>
    </w:p>
    <w:p w:rsidR="00840244" w:rsidRPr="00516083" w:rsidRDefault="002A7D85">
      <w:pPr>
        <w:spacing w:after="80" w:line="240" w:lineRule="auto"/>
        <w:jc w:val="center"/>
        <w:rPr>
          <w:rFonts w:cs="Times New Roman"/>
          <w:lang w:val="ru-RU"/>
        </w:rPr>
      </w:pPr>
      <w:r w:rsidRPr="00516083">
        <w:rPr>
          <w:rFonts w:cs="Times New Roman"/>
          <w:b/>
          <w:lang w:val="ru-RU"/>
        </w:rPr>
        <w:t>5. СРОК ДЕЙСТВИЯ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5.1. Договор вступает в силу с даты его подписания Сторонами и действует до полного исполнения Сторонами обязательств.</w:t>
      </w:r>
    </w:p>
    <w:p w:rsidR="00840244" w:rsidRPr="00516083" w:rsidRDefault="002A7D85">
      <w:pPr>
        <w:spacing w:after="80" w:line="240" w:lineRule="auto"/>
        <w:jc w:val="center"/>
        <w:rPr>
          <w:rFonts w:cs="Times New Roman"/>
          <w:lang w:val="ru-RU"/>
        </w:rPr>
      </w:pPr>
      <w:r w:rsidRPr="00516083">
        <w:rPr>
          <w:rFonts w:cs="Times New Roman"/>
          <w:b/>
          <w:lang w:val="ru-RU"/>
        </w:rPr>
        <w:t>6. ОТВЕТСТВЕННОСТЬ СТОРОН</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6.1. 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условиями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6.2. Исполнитель не несет ответственности за невозможность участия представителя Заказчика в Мероприятии по причинам, не зависящим от Исполнителя, в том числе вследствие неявки, непредставления необходимых сведений, нарушения регламента Мероприятия или несвоевременной оплаты.</w:t>
      </w:r>
    </w:p>
    <w:p w:rsidR="00840244" w:rsidRPr="00516083" w:rsidRDefault="002A7D85">
      <w:pPr>
        <w:spacing w:after="80" w:line="240" w:lineRule="auto"/>
        <w:jc w:val="center"/>
        <w:rPr>
          <w:rFonts w:cs="Times New Roman"/>
          <w:lang w:val="ru-RU"/>
        </w:rPr>
      </w:pPr>
      <w:r w:rsidRPr="00516083">
        <w:rPr>
          <w:rFonts w:cs="Times New Roman"/>
          <w:b/>
          <w:lang w:val="ru-RU"/>
        </w:rPr>
        <w:t>7. ПОРЯДОК ИЗМЕНЕНИЯ И РАСТОРЖЕНИЯ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7.1. Изменения и дополнения к Договору вносятся путем подписания Сторонами дополнительного соглашения, если иное прямо не предусмотрено Договором.</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7.2. Договор может быть расторгнут по соглашению Сторон, в судебном порядке, а также в случае одностороннего отказа Стороны от исполнения Договора по основаниям, предусмотренным законодательством Российской Федерации и Договором.</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 xml:space="preserve">7.3. При одностороннем отказе Заказчика от исполнения Договора Исполнитель возвращает Заказчику уплаченную сумму за вычетом стоимости фактически оказанных Услуг, а также фактически понесенных и документально подтвержденных расходов Исполнителя, связанных с исполнением Договора, включая расходы на подготовку материалов Мероприятия, формирование программы, изготовление и/или подготовку </w:t>
      </w:r>
      <w:proofErr w:type="spellStart"/>
      <w:r w:rsidRPr="00516083">
        <w:rPr>
          <w:rFonts w:cs="Times New Roman"/>
          <w:lang w:val="ru-RU"/>
        </w:rPr>
        <w:t>конференционных</w:t>
      </w:r>
      <w:proofErr w:type="spellEnd"/>
      <w:r w:rsidRPr="00516083">
        <w:rPr>
          <w:rFonts w:cs="Times New Roman"/>
          <w:lang w:val="ru-RU"/>
        </w:rPr>
        <w:t xml:space="preserve"> материалов, организацию доступа к Мероприятию, бронирование и оплату услуг третьих лиц и иные расходы, понесенные до даты получения Исполнителем уведомления об отказе.</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7.4. При поступлении уведомления об отказе после 01 августа 2026 г. Стороны признают, что к указанной дате Исполнитель может понести существенную часть расходов, связанных с подготовкой и проведением Мероприятия. Размер удерживаемой суммы определяется на основании фактически оказанных Услуг и фактически понесенных расходов Исполнителя.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7.5. Неявка представителя Заказчика на Мероприятие во все дни его проведения либо в отдельные дни не является самостоятельным основанием для возврата стоимости Услуг, если Исполнитель обеспечил возможность участия такого представителя в Мероприятии в соответствии с Договором.</w:t>
      </w:r>
    </w:p>
    <w:p w:rsidR="00840244" w:rsidRPr="00516083" w:rsidRDefault="002A7D85">
      <w:pPr>
        <w:spacing w:after="80" w:line="240" w:lineRule="auto"/>
        <w:jc w:val="center"/>
        <w:rPr>
          <w:rFonts w:cs="Times New Roman"/>
          <w:lang w:val="ru-RU"/>
        </w:rPr>
      </w:pPr>
      <w:r w:rsidRPr="00516083">
        <w:rPr>
          <w:rFonts w:cs="Times New Roman"/>
          <w:b/>
          <w:lang w:val="ru-RU"/>
        </w:rPr>
        <w:t>8. РАЗРЕШЕНИЕ СПОРОВ</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8.1. Споры и разногласия, возникающие при исполнении Договора, Стороны стремятся урегулировать путем переговоров.</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8.2. До обращения в суд Сторона, считающая свое право нарушенным, направляет другой Стороне претензию. Срок ответа на претензию составляет 20 (двадцать) рабочих дней со дня ее получения.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8.3. При недостижении соглашения спор подлежит рассмотрению в суде в порядке, установленном законодательством Российской Федерации.</w:t>
      </w:r>
    </w:p>
    <w:p w:rsidR="00840244" w:rsidRPr="00516083" w:rsidRDefault="002A7D85">
      <w:pPr>
        <w:spacing w:after="80" w:line="240" w:lineRule="auto"/>
        <w:jc w:val="center"/>
        <w:rPr>
          <w:rFonts w:cs="Times New Roman"/>
          <w:lang w:val="ru-RU"/>
        </w:rPr>
      </w:pPr>
      <w:r w:rsidRPr="00516083">
        <w:rPr>
          <w:rFonts w:cs="Times New Roman"/>
          <w:b/>
          <w:lang w:val="ru-RU"/>
        </w:rPr>
        <w:t>9. ЗАКЛЮЧИТЕЛЬНЫЕ ПОЛОЖЕНИЯ</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9.1. Все сообщения, уведомления, заявления, претензии и иные юридически значимые сообщения Сторон направляются по электронной почте, почтовым отправлением, нарочным под подпись либо иным способом, позволяющим подтвердить факт направления и/или получения сообщения, по адресам и реквизитам, указанным в разделе 10 Договора.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9.2. Сообщение, направленное по электронной почте, считается полученным в день его успешной отправки, если оно направлено по адресу электронной почты, указанному в разделе 10 Договора, и отправитель не получил уведомление о невозможности доставки.</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9.3. Сообщение, направленное почтовым отправлением, считается полученным при наличии подтверждения вручения, отказе адресата от получения, неявке адресата за получением либо возврате отправления по причине отсутствия адресата по указанному адресу.</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lastRenderedPageBreak/>
        <w:t>9.4. Заказчик подтверждает, что согласия представителей Заказчика на обработку персональных данных, необходимых для организации участия в Мероприятии, получены и/или будут предоставлены Исполнителю отдельными документами до передачи соответствующих персональных данных Исполнителю. Договор не является согласием на обработку персональных данных.</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9.5. При необходимости передачи персональных данных представителей Заказчика третьим лицам в целях организации и проведения Мероприятия Заказчик обеспечивает предоставление каждым соответствующим представителем отдельного согласия на передачу персональных данных третьим лицам по форме Приложения № 2 к Договору.</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9.6. При непредоставлении представителем Заказчика согласия на передачу персональных данных третьим лицам Исполнитель вправе не совершать действия, требующие такой передачи, если без передачи персональных данных соответствующим третьим лицам организация участия представителя Заказчика в Мероприятии невозможна или существенно затруднена.</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9.7. По вопросам, не урегулированным Договором, Стороны руководствуются законодательством Российской Федерации.</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9.8. Договор составлен в двух экземплярах, имеющих одинаковую юридическую силу, по одному экземпляру для каждой из Сторон.</w:t>
      </w:r>
    </w:p>
    <w:p w:rsidR="00840244" w:rsidRPr="00516083" w:rsidRDefault="002A7D85" w:rsidP="00516083">
      <w:pPr>
        <w:spacing w:after="40" w:line="240" w:lineRule="auto"/>
        <w:ind w:firstLine="709"/>
        <w:jc w:val="both"/>
        <w:rPr>
          <w:rFonts w:cs="Times New Roman"/>
          <w:lang w:val="ru-RU"/>
        </w:rPr>
      </w:pPr>
      <w:r w:rsidRPr="00516083">
        <w:rPr>
          <w:rFonts w:cs="Times New Roman"/>
          <w:lang w:val="ru-RU"/>
        </w:rPr>
        <w:t>9.9. К Договору прилагаются и являются его неотъемлемыми частями: Техническое задание (Приложение № 1) и Форма согласия на передачу персональных данных третьим лицам представителя Заказчика (Приложение № 2).</w:t>
      </w:r>
    </w:p>
    <w:p w:rsidR="00840244" w:rsidRPr="00516083" w:rsidRDefault="00840244">
      <w:pPr>
        <w:rPr>
          <w:rFonts w:cs="Times New Roman"/>
          <w:lang w:val="ru-RU"/>
        </w:rPr>
      </w:pPr>
    </w:p>
    <w:p w:rsidR="00840244" w:rsidRPr="00516083" w:rsidRDefault="002A7D85">
      <w:pPr>
        <w:spacing w:after="80" w:line="240" w:lineRule="auto"/>
        <w:jc w:val="center"/>
        <w:rPr>
          <w:rFonts w:cs="Times New Roman"/>
        </w:rPr>
      </w:pPr>
      <w:r w:rsidRPr="00516083">
        <w:rPr>
          <w:rFonts w:cs="Times New Roman"/>
          <w:b/>
        </w:rPr>
        <w:t>10. АДРЕСА И РЕКВИЗИТЫ СТОРОН</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5118"/>
        <w:gridCol w:w="5122"/>
      </w:tblGrid>
      <w:tr w:rsidR="00840244" w:rsidRPr="007C3BDE" w:rsidTr="00152591">
        <w:trPr>
          <w:jc w:val="center"/>
        </w:trPr>
        <w:tc>
          <w:tcPr>
            <w:tcW w:w="5118" w:type="dxa"/>
          </w:tcPr>
          <w:p w:rsidR="00840244" w:rsidRPr="00516083" w:rsidRDefault="002A7D85">
            <w:pPr>
              <w:spacing w:after="0"/>
              <w:rPr>
                <w:rFonts w:cs="Times New Roman"/>
                <w:lang w:val="ru-RU"/>
              </w:rPr>
            </w:pPr>
            <w:r w:rsidRPr="00516083">
              <w:rPr>
                <w:rFonts w:cs="Times New Roman"/>
                <w:b/>
                <w:lang w:val="ru-RU"/>
              </w:rPr>
              <w:t>ЗАКАЗЧИК:</w:t>
            </w:r>
          </w:p>
          <w:p w:rsidR="00840244" w:rsidRPr="00516083" w:rsidRDefault="00840244">
            <w:pPr>
              <w:spacing w:after="0"/>
              <w:rPr>
                <w:rFonts w:cs="Times New Roman"/>
                <w:lang w:val="ru-RU"/>
              </w:rPr>
            </w:pPr>
          </w:p>
          <w:p w:rsidR="00152591" w:rsidRPr="00152591" w:rsidRDefault="00152591" w:rsidP="00152591">
            <w:pPr>
              <w:spacing w:after="0" w:line="240" w:lineRule="auto"/>
              <w:rPr>
                <w:lang w:val="ru-RU"/>
              </w:rPr>
            </w:pPr>
            <w:r w:rsidRPr="00152591">
              <w:rPr>
                <w:lang w:val="ru-RU"/>
              </w:rP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w:t>
            </w:r>
          </w:p>
          <w:p w:rsidR="00152591" w:rsidRPr="00152591" w:rsidRDefault="00152591" w:rsidP="00152591">
            <w:pPr>
              <w:spacing w:after="0" w:line="240" w:lineRule="auto"/>
              <w:rPr>
                <w:lang w:val="ru-RU"/>
              </w:rPr>
            </w:pPr>
            <w:r w:rsidRPr="00152591">
              <w:rPr>
                <w:lang w:val="ru-RU"/>
              </w:rPr>
              <w:t>(</w:t>
            </w:r>
            <w:proofErr w:type="spellStart"/>
            <w:r w:rsidRPr="00152591">
              <w:rPr>
                <w:lang w:val="ru-RU"/>
              </w:rPr>
              <w:t>СПбАУ</w:t>
            </w:r>
            <w:proofErr w:type="spellEnd"/>
            <w:r w:rsidRPr="00152591">
              <w:rPr>
                <w:lang w:val="ru-RU"/>
              </w:rPr>
              <w:t xml:space="preserve"> РАН им. Ж.И. Алферова)</w:t>
            </w:r>
          </w:p>
          <w:p w:rsidR="00152591" w:rsidRPr="00152591" w:rsidRDefault="00152591" w:rsidP="00152591">
            <w:pPr>
              <w:spacing w:after="0" w:line="240" w:lineRule="auto"/>
              <w:rPr>
                <w:lang w:val="ru-RU"/>
              </w:rPr>
            </w:pPr>
            <w:r w:rsidRPr="00152591">
              <w:rPr>
                <w:lang w:val="ru-RU"/>
              </w:rPr>
              <w:t>Юридический адрес:</w:t>
            </w:r>
          </w:p>
          <w:p w:rsidR="00152591" w:rsidRPr="00152591" w:rsidRDefault="00152591" w:rsidP="00152591">
            <w:pPr>
              <w:spacing w:after="0" w:line="240" w:lineRule="auto"/>
              <w:rPr>
                <w:lang w:val="ru-RU"/>
              </w:rPr>
            </w:pPr>
            <w:r w:rsidRPr="00152591">
              <w:rPr>
                <w:lang w:val="ru-RU"/>
              </w:rPr>
              <w:t xml:space="preserve">194021, Россия, г. Санкт-Петербург, </w:t>
            </w:r>
          </w:p>
          <w:p w:rsidR="00152591" w:rsidRPr="00152591" w:rsidRDefault="00152591" w:rsidP="00152591">
            <w:pPr>
              <w:spacing w:after="0" w:line="240" w:lineRule="auto"/>
              <w:rPr>
                <w:lang w:val="ru-RU"/>
              </w:rPr>
            </w:pPr>
            <w:r w:rsidRPr="00152591">
              <w:rPr>
                <w:lang w:val="ru-RU"/>
              </w:rPr>
              <w:t xml:space="preserve">ул. </w:t>
            </w:r>
            <w:proofErr w:type="spellStart"/>
            <w:r w:rsidRPr="00152591">
              <w:rPr>
                <w:lang w:val="ru-RU"/>
              </w:rPr>
              <w:t>Хлопина</w:t>
            </w:r>
            <w:proofErr w:type="spellEnd"/>
            <w:r w:rsidRPr="00152591">
              <w:rPr>
                <w:lang w:val="ru-RU"/>
              </w:rPr>
              <w:t>, д.8, к. 3, лит. А</w:t>
            </w:r>
          </w:p>
          <w:p w:rsidR="00152591" w:rsidRPr="00152591" w:rsidRDefault="00152591" w:rsidP="00152591">
            <w:pPr>
              <w:spacing w:after="0" w:line="240" w:lineRule="auto"/>
              <w:rPr>
                <w:lang w:val="ru-RU"/>
              </w:rPr>
            </w:pPr>
            <w:r w:rsidRPr="00152591">
              <w:rPr>
                <w:lang w:val="ru-RU"/>
              </w:rPr>
              <w:t>Банковские реквизиты</w:t>
            </w:r>
          </w:p>
          <w:p w:rsidR="00152591" w:rsidRPr="00152591" w:rsidRDefault="00152591" w:rsidP="00152591">
            <w:pPr>
              <w:spacing w:after="0" w:line="240" w:lineRule="auto"/>
              <w:rPr>
                <w:lang w:val="ru-RU"/>
              </w:rPr>
            </w:pPr>
            <w:r w:rsidRPr="00152591">
              <w:rPr>
                <w:lang w:val="ru-RU"/>
              </w:rPr>
              <w:t>ИНН 7804161723 / КПП 780401001</w:t>
            </w:r>
          </w:p>
          <w:p w:rsidR="00152591" w:rsidRPr="00152591" w:rsidRDefault="00152591" w:rsidP="00152591">
            <w:pPr>
              <w:spacing w:after="0" w:line="240" w:lineRule="auto"/>
              <w:rPr>
                <w:lang w:val="ru-RU"/>
              </w:rPr>
            </w:pPr>
            <w:r w:rsidRPr="00152591">
              <w:rPr>
                <w:lang w:val="ru-RU"/>
              </w:rPr>
              <w:t xml:space="preserve">Номер лицевого счета: 20726У97280 </w:t>
            </w:r>
          </w:p>
          <w:p w:rsidR="00152591" w:rsidRPr="00152591" w:rsidRDefault="00152591" w:rsidP="00152591">
            <w:pPr>
              <w:spacing w:after="0" w:line="240" w:lineRule="auto"/>
              <w:rPr>
                <w:lang w:val="ru-RU"/>
              </w:rPr>
            </w:pPr>
            <w:r w:rsidRPr="00152591">
              <w:rPr>
                <w:lang w:val="ru-RU"/>
              </w:rPr>
              <w:t>Номер банковского (казначейского) счета: 03214643000000013225</w:t>
            </w:r>
            <w:r w:rsidRPr="00152591">
              <w:rPr>
                <w:lang w:val="ru-RU"/>
              </w:rPr>
              <w:tab/>
            </w:r>
          </w:p>
          <w:p w:rsidR="00152591" w:rsidRPr="00152591" w:rsidRDefault="00152591" w:rsidP="00152591">
            <w:pPr>
              <w:spacing w:after="0" w:line="240" w:lineRule="auto"/>
              <w:rPr>
                <w:lang w:val="ru-RU"/>
              </w:rPr>
            </w:pPr>
            <w:r w:rsidRPr="00152591">
              <w:rPr>
                <w:lang w:val="ru-RU"/>
              </w:rPr>
              <w:t>ОКЦ № 1 ВВГУ Банка России // УФК по Нижегородской области, г. Нижний Новгород</w:t>
            </w:r>
          </w:p>
          <w:p w:rsidR="00152591" w:rsidRPr="00152591" w:rsidRDefault="00152591" w:rsidP="00152591">
            <w:pPr>
              <w:spacing w:after="0" w:line="240" w:lineRule="auto"/>
              <w:rPr>
                <w:lang w:val="ru-RU"/>
              </w:rPr>
            </w:pPr>
            <w:r w:rsidRPr="00152591">
              <w:rPr>
                <w:lang w:val="ru-RU"/>
              </w:rPr>
              <w:t xml:space="preserve">БИК: 012202102, </w:t>
            </w:r>
          </w:p>
          <w:p w:rsidR="00152591" w:rsidRPr="00152591" w:rsidRDefault="00152591" w:rsidP="00152591">
            <w:pPr>
              <w:spacing w:after="0" w:line="240" w:lineRule="auto"/>
              <w:rPr>
                <w:lang w:val="ru-RU"/>
              </w:rPr>
            </w:pPr>
            <w:r w:rsidRPr="00152591">
              <w:rPr>
                <w:lang w:val="ru-RU"/>
              </w:rPr>
              <w:t>к/с: 40102810745370000024</w:t>
            </w:r>
          </w:p>
          <w:p w:rsidR="00152591" w:rsidRPr="00CF6177" w:rsidRDefault="00152591" w:rsidP="00152591">
            <w:pPr>
              <w:widowControl w:val="0"/>
              <w:autoSpaceDE w:val="0"/>
              <w:autoSpaceDN w:val="0"/>
              <w:adjustRightInd w:val="0"/>
              <w:snapToGrid w:val="0"/>
              <w:spacing w:line="240" w:lineRule="auto"/>
              <w:rPr>
                <w:lang w:val="ru-RU"/>
              </w:rPr>
            </w:pPr>
            <w:r w:rsidRPr="00152591">
              <w:rPr>
                <w:lang w:val="ru-RU"/>
              </w:rPr>
              <w:t>тел</w:t>
            </w:r>
            <w:r w:rsidRPr="00CF6177">
              <w:rPr>
                <w:lang w:val="ru-RU"/>
              </w:rPr>
              <w:t>. 8-812-247-44-84</w:t>
            </w:r>
          </w:p>
          <w:p w:rsidR="00440C5B" w:rsidRPr="00CF6177" w:rsidRDefault="00440C5B" w:rsidP="00152591">
            <w:pPr>
              <w:widowControl w:val="0"/>
              <w:autoSpaceDE w:val="0"/>
              <w:autoSpaceDN w:val="0"/>
              <w:adjustRightInd w:val="0"/>
              <w:snapToGrid w:val="0"/>
              <w:spacing w:line="240" w:lineRule="auto"/>
              <w:rPr>
                <w:rFonts w:eastAsia="Calibri"/>
                <w:lang w:val="ru-RU"/>
              </w:rPr>
            </w:pPr>
            <w:r w:rsidRPr="00323E2C">
              <w:rPr>
                <w:rFonts w:eastAsia="Calibri"/>
              </w:rPr>
              <w:t>e</w:t>
            </w:r>
            <w:r w:rsidRPr="00CF6177">
              <w:rPr>
                <w:rFonts w:eastAsia="Calibri"/>
                <w:lang w:val="ru-RU"/>
              </w:rPr>
              <w:t>-</w:t>
            </w:r>
            <w:r w:rsidRPr="00323E2C">
              <w:rPr>
                <w:rFonts w:eastAsia="Calibri"/>
              </w:rPr>
              <w:t>mail</w:t>
            </w:r>
            <w:r w:rsidRPr="00CF6177">
              <w:rPr>
                <w:rFonts w:eastAsia="Calibri"/>
                <w:lang w:val="ru-RU"/>
              </w:rPr>
              <w:t xml:space="preserve">: </w:t>
            </w:r>
            <w:hyperlink r:id="rId6" w:history="1">
              <w:r w:rsidRPr="00323E2C">
                <w:rPr>
                  <w:rFonts w:eastAsia="Calibri"/>
                  <w:color w:val="0000FF"/>
                  <w:u w:val="single"/>
                </w:rPr>
                <w:t>office</w:t>
              </w:r>
              <w:r w:rsidRPr="00CF6177">
                <w:rPr>
                  <w:rFonts w:eastAsia="Calibri"/>
                  <w:color w:val="0000FF"/>
                  <w:u w:val="single"/>
                  <w:lang w:val="ru-RU"/>
                </w:rPr>
                <w:t>@</w:t>
              </w:r>
              <w:proofErr w:type="spellStart"/>
              <w:r w:rsidRPr="00323E2C">
                <w:rPr>
                  <w:rFonts w:eastAsia="Calibri"/>
                  <w:color w:val="0000FF"/>
                  <w:u w:val="single"/>
                </w:rPr>
                <w:t>spbau</w:t>
              </w:r>
              <w:proofErr w:type="spellEnd"/>
              <w:r w:rsidRPr="00CF6177">
                <w:rPr>
                  <w:rFonts w:eastAsia="Calibri"/>
                  <w:color w:val="0000FF"/>
                  <w:u w:val="single"/>
                  <w:lang w:val="ru-RU"/>
                </w:rPr>
                <w:t>.</w:t>
              </w:r>
              <w:proofErr w:type="spellStart"/>
              <w:r w:rsidRPr="00323E2C">
                <w:rPr>
                  <w:rFonts w:eastAsia="Calibri"/>
                  <w:color w:val="0000FF"/>
                  <w:u w:val="single"/>
                </w:rPr>
                <w:t>ru</w:t>
              </w:r>
              <w:proofErr w:type="spellEnd"/>
            </w:hyperlink>
          </w:p>
          <w:p w:rsidR="00840244" w:rsidRPr="00CF6177" w:rsidRDefault="00840244">
            <w:pPr>
              <w:spacing w:after="0"/>
              <w:rPr>
                <w:rFonts w:cs="Times New Roman"/>
                <w:lang w:val="ru-RU"/>
              </w:rPr>
            </w:pPr>
          </w:p>
          <w:p w:rsidR="00840244" w:rsidRPr="00516083" w:rsidRDefault="00E01830">
            <w:pPr>
              <w:spacing w:after="0"/>
              <w:rPr>
                <w:rFonts w:cs="Times New Roman"/>
                <w:lang w:val="ru-RU"/>
              </w:rPr>
            </w:pPr>
            <w:r>
              <w:rPr>
                <w:rFonts w:cs="Times New Roman"/>
                <w:lang w:val="ru-RU"/>
              </w:rPr>
              <w:t>Проректор по науке</w:t>
            </w:r>
          </w:p>
          <w:p w:rsidR="00E01830" w:rsidRDefault="002A7D85" w:rsidP="00E01830">
            <w:pPr>
              <w:spacing w:after="0"/>
              <w:rPr>
                <w:rFonts w:cs="Times New Roman"/>
                <w:lang w:val="ru-RU"/>
              </w:rPr>
            </w:pPr>
            <w:r w:rsidRPr="00516083">
              <w:rPr>
                <w:rFonts w:cs="Times New Roman"/>
                <w:lang w:val="ru-RU"/>
              </w:rPr>
              <w:t>_________________</w:t>
            </w:r>
            <w:r w:rsidR="00E01830">
              <w:rPr>
                <w:rFonts w:cs="Times New Roman"/>
                <w:lang w:val="ru-RU"/>
              </w:rPr>
              <w:t>____________</w:t>
            </w:r>
            <w:r w:rsidRPr="00516083">
              <w:rPr>
                <w:rFonts w:cs="Times New Roman"/>
                <w:lang w:val="ru-RU"/>
              </w:rPr>
              <w:t>_ /</w:t>
            </w:r>
            <w:r w:rsidR="00E01830">
              <w:rPr>
                <w:rFonts w:cs="Times New Roman"/>
                <w:lang w:val="ru-RU"/>
              </w:rPr>
              <w:t>Мухин И.С./</w:t>
            </w:r>
          </w:p>
          <w:p w:rsidR="00840244" w:rsidRPr="00516083" w:rsidRDefault="002A7D85" w:rsidP="00E01830">
            <w:pPr>
              <w:spacing w:after="0"/>
              <w:rPr>
                <w:rFonts w:cs="Times New Roman"/>
                <w:lang w:val="ru-RU"/>
              </w:rPr>
            </w:pPr>
            <w:r w:rsidRPr="00516083">
              <w:rPr>
                <w:rFonts w:cs="Times New Roman"/>
                <w:lang w:val="ru-RU"/>
              </w:rPr>
              <w:t xml:space="preserve"> </w:t>
            </w:r>
            <w:r w:rsidR="00602F05">
              <w:rPr>
                <w:rFonts w:cs="Times New Roman"/>
                <w:lang w:val="ru-RU"/>
              </w:rPr>
              <w:t xml:space="preserve">             </w:t>
            </w:r>
            <w:r w:rsidRPr="00516083">
              <w:rPr>
                <w:rFonts w:cs="Times New Roman"/>
                <w:lang w:val="ru-RU"/>
              </w:rPr>
              <w:t xml:space="preserve">подпись       </w:t>
            </w:r>
            <w:r w:rsidR="00693773">
              <w:rPr>
                <w:rFonts w:cs="Times New Roman"/>
                <w:lang w:val="ru-RU"/>
              </w:rPr>
              <w:t xml:space="preserve">             </w:t>
            </w:r>
          </w:p>
        </w:tc>
        <w:tc>
          <w:tcPr>
            <w:tcW w:w="5122" w:type="dxa"/>
          </w:tcPr>
          <w:p w:rsidR="00840244" w:rsidRPr="00516083" w:rsidRDefault="002A7D85">
            <w:pPr>
              <w:spacing w:after="0"/>
              <w:rPr>
                <w:rFonts w:cs="Times New Roman"/>
                <w:lang w:val="ru-RU"/>
              </w:rPr>
            </w:pPr>
            <w:r w:rsidRPr="00516083">
              <w:rPr>
                <w:rFonts w:cs="Times New Roman"/>
                <w:b/>
                <w:lang w:val="ru-RU"/>
              </w:rPr>
              <w:t>ИСПОЛНИТЕЛЬ:</w:t>
            </w:r>
          </w:p>
          <w:p w:rsidR="00840244" w:rsidRPr="00516083" w:rsidRDefault="00840244">
            <w:pPr>
              <w:spacing w:after="0"/>
              <w:rPr>
                <w:rFonts w:cs="Times New Roman"/>
                <w:lang w:val="ru-RU"/>
              </w:rPr>
            </w:pPr>
          </w:p>
          <w:p w:rsidR="00840244" w:rsidRPr="00AF3229" w:rsidRDefault="002A7D85" w:rsidP="007C3BDE">
            <w:pPr>
              <w:spacing w:after="0"/>
              <w:rPr>
                <w:rFonts w:cs="Times New Roman"/>
                <w:lang w:val="ru-RU"/>
              </w:rPr>
            </w:pPr>
            <w:r w:rsidRPr="00AF3229">
              <w:rPr>
                <w:rFonts w:cs="Times New Roman"/>
                <w:lang w:val="ru-RU"/>
              </w:rPr>
              <w:t xml:space="preserve"> </w:t>
            </w:r>
          </w:p>
        </w:tc>
      </w:tr>
    </w:tbl>
    <w:p w:rsidR="00840244" w:rsidRPr="00AF3229" w:rsidRDefault="002A7D85" w:rsidP="00152591">
      <w:pPr>
        <w:spacing w:after="0" w:line="240" w:lineRule="auto"/>
        <w:rPr>
          <w:lang w:val="ru-RU"/>
        </w:rPr>
      </w:pPr>
      <w:r w:rsidRPr="00AF3229">
        <w:rPr>
          <w:lang w:val="ru-RU"/>
        </w:rPr>
        <w:br w:type="page"/>
      </w:r>
    </w:p>
    <w:p w:rsidR="00840244" w:rsidRPr="00CC793E" w:rsidRDefault="002A7D85">
      <w:pPr>
        <w:spacing w:after="40" w:line="240" w:lineRule="auto"/>
        <w:jc w:val="right"/>
        <w:rPr>
          <w:rFonts w:cs="Times New Roman"/>
          <w:lang w:val="ru-RU"/>
        </w:rPr>
      </w:pPr>
      <w:r w:rsidRPr="00CC793E">
        <w:rPr>
          <w:rFonts w:cs="Times New Roman"/>
          <w:lang w:val="ru-RU"/>
        </w:rPr>
        <w:lastRenderedPageBreak/>
        <w:t>Приложение № 1</w:t>
      </w:r>
    </w:p>
    <w:p w:rsidR="00840244" w:rsidRPr="00CC793E" w:rsidRDefault="002A7D85">
      <w:pPr>
        <w:spacing w:after="40" w:line="240" w:lineRule="auto"/>
        <w:jc w:val="right"/>
        <w:rPr>
          <w:rFonts w:cs="Times New Roman"/>
          <w:lang w:val="ru-RU"/>
        </w:rPr>
      </w:pPr>
      <w:r w:rsidRPr="00CC793E">
        <w:rPr>
          <w:rFonts w:cs="Times New Roman"/>
          <w:sz w:val="20"/>
          <w:lang w:val="ru-RU"/>
        </w:rPr>
        <w:t>к Договору об оказании услуг по организации участия в мероприятии</w:t>
      </w:r>
    </w:p>
    <w:p w:rsidR="00840244" w:rsidRPr="00CC793E" w:rsidRDefault="002A7D85">
      <w:pPr>
        <w:spacing w:after="40" w:line="240" w:lineRule="auto"/>
        <w:jc w:val="right"/>
        <w:rPr>
          <w:rFonts w:cs="Times New Roman"/>
          <w:lang w:val="ru-RU"/>
        </w:rPr>
      </w:pPr>
      <w:r w:rsidRPr="00CC793E">
        <w:rPr>
          <w:rFonts w:cs="Times New Roman"/>
          <w:sz w:val="20"/>
          <w:lang w:val="ru-RU"/>
        </w:rPr>
        <w:t>от «____» __________ 2026 года № __________________</w:t>
      </w:r>
    </w:p>
    <w:p w:rsidR="00693773" w:rsidRPr="00CC793E" w:rsidRDefault="00693773">
      <w:pPr>
        <w:spacing w:after="80" w:line="240" w:lineRule="auto"/>
        <w:jc w:val="center"/>
        <w:rPr>
          <w:rFonts w:cs="Times New Roman"/>
          <w:b/>
          <w:lang w:val="ru-RU"/>
        </w:rPr>
      </w:pPr>
    </w:p>
    <w:p w:rsidR="00840244" w:rsidRPr="00CC793E" w:rsidRDefault="002A7D85">
      <w:pPr>
        <w:spacing w:after="80" w:line="240" w:lineRule="auto"/>
        <w:jc w:val="center"/>
        <w:rPr>
          <w:rFonts w:cs="Times New Roman"/>
          <w:lang w:val="ru-RU"/>
        </w:rPr>
      </w:pPr>
      <w:r w:rsidRPr="00CC793E">
        <w:rPr>
          <w:rFonts w:cs="Times New Roman"/>
          <w:b/>
          <w:lang w:val="ru-RU"/>
        </w:rPr>
        <w:t>Техническое задание</w:t>
      </w:r>
    </w:p>
    <w:p w:rsidR="00840244" w:rsidRPr="00CC793E" w:rsidRDefault="002A7D85">
      <w:pPr>
        <w:spacing w:after="40" w:line="240" w:lineRule="auto"/>
        <w:rPr>
          <w:rFonts w:cs="Times New Roman"/>
          <w:lang w:val="ru-RU"/>
        </w:rPr>
      </w:pPr>
      <w:r w:rsidRPr="00CC793E">
        <w:rPr>
          <w:rFonts w:cs="Times New Roman"/>
          <w:lang w:val="ru-RU"/>
        </w:rPr>
        <w:t>Наименование Мероприятия: Х</w:t>
      </w:r>
      <w:r w:rsidRPr="00CC793E">
        <w:rPr>
          <w:rFonts w:cs="Times New Roman"/>
        </w:rPr>
        <w:t>VII</w:t>
      </w:r>
      <w:r w:rsidRPr="00CC793E">
        <w:rPr>
          <w:rFonts w:cs="Times New Roman"/>
          <w:lang w:val="ru-RU"/>
        </w:rPr>
        <w:t xml:space="preserve"> Российская конференция по физике полупроводников (РКФП-</w:t>
      </w:r>
      <w:r w:rsidRPr="00CC793E">
        <w:rPr>
          <w:rFonts w:cs="Times New Roman"/>
        </w:rPr>
        <w:t>XVII</w:t>
      </w:r>
      <w:r w:rsidRPr="00CC793E">
        <w:rPr>
          <w:rFonts w:cs="Times New Roman"/>
          <w:lang w:val="ru-RU"/>
        </w:rPr>
        <w:t>).</w:t>
      </w:r>
    </w:p>
    <w:p w:rsidR="00840244" w:rsidRPr="00CC793E" w:rsidRDefault="002A7D85">
      <w:pPr>
        <w:spacing w:after="40" w:line="240" w:lineRule="auto"/>
        <w:rPr>
          <w:rFonts w:cs="Times New Roman"/>
          <w:lang w:val="ru-RU"/>
        </w:rPr>
      </w:pPr>
      <w:r w:rsidRPr="00CC793E">
        <w:rPr>
          <w:rFonts w:cs="Times New Roman"/>
          <w:lang w:val="ru-RU"/>
        </w:rPr>
        <w:t xml:space="preserve">Адрес в сети Интернет: </w:t>
      </w:r>
      <w:r w:rsidRPr="00CC793E">
        <w:rPr>
          <w:rFonts w:cs="Times New Roman"/>
        </w:rPr>
        <w:t>https</w:t>
      </w:r>
      <w:r w:rsidRPr="00CC793E">
        <w:rPr>
          <w:rFonts w:cs="Times New Roman"/>
          <w:lang w:val="ru-RU"/>
        </w:rPr>
        <w:t>://</w:t>
      </w:r>
      <w:proofErr w:type="spellStart"/>
      <w:r w:rsidRPr="00CC793E">
        <w:rPr>
          <w:rFonts w:cs="Times New Roman"/>
        </w:rPr>
        <w:t>semicond</w:t>
      </w:r>
      <w:proofErr w:type="spellEnd"/>
      <w:r w:rsidRPr="00CC793E">
        <w:rPr>
          <w:rFonts w:cs="Times New Roman"/>
          <w:lang w:val="ru-RU"/>
        </w:rPr>
        <w:t>2026.</w:t>
      </w:r>
      <w:proofErr w:type="spellStart"/>
      <w:r w:rsidRPr="00CC793E">
        <w:rPr>
          <w:rFonts w:cs="Times New Roman"/>
        </w:rPr>
        <w:t>ru</w:t>
      </w:r>
      <w:proofErr w:type="spellEnd"/>
      <w:r w:rsidRPr="00CC793E">
        <w:rPr>
          <w:rFonts w:cs="Times New Roman"/>
          <w:lang w:val="ru-RU"/>
        </w:rPr>
        <w:t>/</w:t>
      </w:r>
    </w:p>
    <w:p w:rsidR="00840244" w:rsidRPr="00CC793E" w:rsidRDefault="002A7D85">
      <w:pPr>
        <w:spacing w:after="40" w:line="240" w:lineRule="auto"/>
        <w:rPr>
          <w:rFonts w:cs="Times New Roman"/>
          <w:lang w:val="ru-RU"/>
        </w:rPr>
      </w:pPr>
      <w:r w:rsidRPr="00CC793E">
        <w:rPr>
          <w:rFonts w:cs="Times New Roman"/>
          <w:lang w:val="ru-RU"/>
        </w:rPr>
        <w:t>Даты проведения Мероприятия: 05 октября 2026 г. — 09 октября 2026 г.</w:t>
      </w:r>
    </w:p>
    <w:p w:rsidR="00840244" w:rsidRPr="00CC793E" w:rsidRDefault="002A7D85">
      <w:pPr>
        <w:spacing w:after="40" w:line="240" w:lineRule="auto"/>
        <w:rPr>
          <w:rFonts w:cs="Times New Roman"/>
          <w:lang w:val="ru-RU"/>
        </w:rPr>
      </w:pPr>
      <w:r w:rsidRPr="00CC793E">
        <w:rPr>
          <w:rFonts w:cs="Times New Roman"/>
          <w:lang w:val="ru-RU"/>
        </w:rPr>
        <w:t>Адрес проведения Мероприятия: Ленинский проспект, д. 53, г. Москва, Россия.</w:t>
      </w:r>
    </w:p>
    <w:p w:rsidR="00840244" w:rsidRPr="00CC793E" w:rsidRDefault="002A7D85">
      <w:pPr>
        <w:spacing w:after="40" w:line="240" w:lineRule="auto"/>
        <w:rPr>
          <w:rFonts w:cs="Times New Roman"/>
          <w:lang w:val="ru-RU"/>
        </w:rPr>
      </w:pPr>
      <w:r w:rsidRPr="00CC793E">
        <w:rPr>
          <w:rFonts w:cs="Times New Roman"/>
          <w:lang w:val="ru-RU"/>
        </w:rPr>
        <w:t>Перечень представителей Заказчика, формат участия и стоимость Услуг:</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454"/>
        <w:gridCol w:w="2268"/>
        <w:gridCol w:w="2041"/>
        <w:gridCol w:w="964"/>
        <w:gridCol w:w="1701"/>
        <w:gridCol w:w="1701"/>
      </w:tblGrid>
      <w:tr w:rsidR="00840244" w:rsidRPr="00CC793E">
        <w:trPr>
          <w:jc w:val="center"/>
        </w:trPr>
        <w:tc>
          <w:tcPr>
            <w:tcW w:w="454" w:type="dxa"/>
            <w:shd w:val="clear" w:color="auto" w:fill="D9EAF7"/>
            <w:vAlign w:val="center"/>
          </w:tcPr>
          <w:p w:rsidR="00840244" w:rsidRPr="00CC793E" w:rsidRDefault="002A7D85">
            <w:pPr>
              <w:jc w:val="center"/>
              <w:rPr>
                <w:rFonts w:cs="Times New Roman"/>
              </w:rPr>
            </w:pPr>
            <w:r w:rsidRPr="00CC793E">
              <w:rPr>
                <w:rFonts w:cs="Times New Roman"/>
                <w:b/>
                <w:sz w:val="16"/>
              </w:rPr>
              <w:t>№</w:t>
            </w:r>
          </w:p>
        </w:tc>
        <w:tc>
          <w:tcPr>
            <w:tcW w:w="2268" w:type="dxa"/>
            <w:shd w:val="clear" w:color="auto" w:fill="D9EAF7"/>
            <w:vAlign w:val="center"/>
          </w:tcPr>
          <w:p w:rsidR="00840244" w:rsidRPr="00CC793E" w:rsidRDefault="002A7D85">
            <w:pPr>
              <w:jc w:val="center"/>
              <w:rPr>
                <w:rFonts w:cs="Times New Roman"/>
              </w:rPr>
            </w:pPr>
            <w:r w:rsidRPr="00CC793E">
              <w:rPr>
                <w:rFonts w:cs="Times New Roman"/>
                <w:b/>
                <w:sz w:val="16"/>
              </w:rPr>
              <w:t>Ф.И.О. представителя</w:t>
            </w:r>
          </w:p>
        </w:tc>
        <w:tc>
          <w:tcPr>
            <w:tcW w:w="2041" w:type="dxa"/>
            <w:shd w:val="clear" w:color="auto" w:fill="D9EAF7"/>
            <w:vAlign w:val="center"/>
          </w:tcPr>
          <w:p w:rsidR="00840244" w:rsidRPr="00CC793E" w:rsidRDefault="002A7D85">
            <w:pPr>
              <w:jc w:val="center"/>
              <w:rPr>
                <w:rFonts w:cs="Times New Roman"/>
              </w:rPr>
            </w:pPr>
            <w:r w:rsidRPr="00CC793E">
              <w:rPr>
                <w:rFonts w:cs="Times New Roman"/>
                <w:b/>
                <w:sz w:val="16"/>
              </w:rPr>
              <w:t>Категория участия</w:t>
            </w:r>
          </w:p>
        </w:tc>
        <w:tc>
          <w:tcPr>
            <w:tcW w:w="964" w:type="dxa"/>
            <w:shd w:val="clear" w:color="auto" w:fill="D9EAF7"/>
            <w:vAlign w:val="center"/>
          </w:tcPr>
          <w:p w:rsidR="00840244" w:rsidRPr="00CC793E" w:rsidRDefault="002A7D85">
            <w:pPr>
              <w:jc w:val="center"/>
              <w:rPr>
                <w:rFonts w:cs="Times New Roman"/>
              </w:rPr>
            </w:pPr>
            <w:r w:rsidRPr="00CC793E">
              <w:rPr>
                <w:rFonts w:cs="Times New Roman"/>
                <w:b/>
                <w:sz w:val="16"/>
              </w:rPr>
              <w:t>Банкет</w:t>
            </w:r>
            <w:r w:rsidRPr="00CC793E">
              <w:rPr>
                <w:rFonts w:cs="Times New Roman"/>
                <w:b/>
                <w:sz w:val="16"/>
              </w:rPr>
              <w:br/>
              <w:t>(да/нет)</w:t>
            </w:r>
          </w:p>
        </w:tc>
        <w:tc>
          <w:tcPr>
            <w:tcW w:w="1701" w:type="dxa"/>
            <w:shd w:val="clear" w:color="auto" w:fill="D9EAF7"/>
            <w:vAlign w:val="center"/>
          </w:tcPr>
          <w:p w:rsidR="00840244" w:rsidRPr="00CC793E" w:rsidRDefault="002A7D85">
            <w:pPr>
              <w:jc w:val="center"/>
              <w:rPr>
                <w:rFonts w:cs="Times New Roman"/>
              </w:rPr>
            </w:pPr>
            <w:r w:rsidRPr="00CC793E">
              <w:rPr>
                <w:rFonts w:cs="Times New Roman"/>
                <w:b/>
                <w:sz w:val="16"/>
              </w:rPr>
              <w:t>Основание льготного тарифа</w:t>
            </w:r>
          </w:p>
        </w:tc>
        <w:tc>
          <w:tcPr>
            <w:tcW w:w="1701" w:type="dxa"/>
            <w:shd w:val="clear" w:color="auto" w:fill="D9EAF7"/>
            <w:vAlign w:val="center"/>
          </w:tcPr>
          <w:p w:rsidR="00840244" w:rsidRPr="00CC793E" w:rsidRDefault="002A7D85">
            <w:pPr>
              <w:jc w:val="center"/>
              <w:rPr>
                <w:rFonts w:cs="Times New Roman"/>
              </w:rPr>
            </w:pPr>
            <w:r w:rsidRPr="00CC793E">
              <w:rPr>
                <w:rFonts w:cs="Times New Roman"/>
                <w:b/>
                <w:sz w:val="16"/>
              </w:rPr>
              <w:t>Стоимость, включая НДС</w:t>
            </w:r>
          </w:p>
        </w:tc>
      </w:tr>
      <w:tr w:rsidR="00840244" w:rsidRPr="00CC793E">
        <w:trPr>
          <w:jc w:val="center"/>
        </w:trPr>
        <w:tc>
          <w:tcPr>
            <w:tcW w:w="454" w:type="dxa"/>
            <w:vAlign w:val="center"/>
          </w:tcPr>
          <w:p w:rsidR="00840244" w:rsidRPr="00CC793E" w:rsidRDefault="002A7D85">
            <w:pPr>
              <w:jc w:val="center"/>
              <w:rPr>
                <w:rFonts w:cs="Times New Roman"/>
              </w:rPr>
            </w:pPr>
            <w:r w:rsidRPr="00CC793E">
              <w:rPr>
                <w:rFonts w:cs="Times New Roman"/>
                <w:sz w:val="16"/>
              </w:rPr>
              <w:t>1</w:t>
            </w:r>
          </w:p>
        </w:tc>
        <w:tc>
          <w:tcPr>
            <w:tcW w:w="2268" w:type="dxa"/>
            <w:vAlign w:val="center"/>
          </w:tcPr>
          <w:p w:rsidR="00840244" w:rsidRPr="007B0126" w:rsidRDefault="00026CB4">
            <w:pPr>
              <w:jc w:val="center"/>
              <w:rPr>
                <w:rFonts w:cs="Times New Roman"/>
                <w:sz w:val="18"/>
                <w:szCs w:val="18"/>
                <w:lang w:val="ru-RU"/>
              </w:rPr>
            </w:pPr>
            <w:proofErr w:type="spellStart"/>
            <w:r>
              <w:rPr>
                <w:rFonts w:cs="Times New Roman"/>
                <w:sz w:val="18"/>
                <w:szCs w:val="18"/>
                <w:lang w:val="ru-RU"/>
              </w:rPr>
              <w:t>Гридчин</w:t>
            </w:r>
            <w:proofErr w:type="spellEnd"/>
            <w:r>
              <w:rPr>
                <w:rFonts w:cs="Times New Roman"/>
                <w:sz w:val="18"/>
                <w:szCs w:val="18"/>
                <w:lang w:val="ru-RU"/>
              </w:rPr>
              <w:t xml:space="preserve"> Владислав Олегович</w:t>
            </w:r>
          </w:p>
        </w:tc>
        <w:tc>
          <w:tcPr>
            <w:tcW w:w="2041" w:type="dxa"/>
            <w:vAlign w:val="center"/>
          </w:tcPr>
          <w:p w:rsidR="00840244" w:rsidRPr="00026CB4" w:rsidRDefault="00026CB4">
            <w:pPr>
              <w:jc w:val="center"/>
              <w:rPr>
                <w:rFonts w:cs="Times New Roman"/>
                <w:sz w:val="18"/>
                <w:szCs w:val="18"/>
                <w:lang w:val="ru-RU"/>
              </w:rPr>
            </w:pPr>
            <w:r w:rsidRPr="00026CB4">
              <w:rPr>
                <w:rFonts w:cs="Times New Roman"/>
                <w:sz w:val="18"/>
                <w:szCs w:val="18"/>
                <w:lang w:val="ru-RU"/>
              </w:rPr>
              <w:t>Участник до 35 лет с банкетом</w:t>
            </w:r>
          </w:p>
        </w:tc>
        <w:tc>
          <w:tcPr>
            <w:tcW w:w="964" w:type="dxa"/>
            <w:vAlign w:val="center"/>
          </w:tcPr>
          <w:p w:rsidR="00840244" w:rsidRPr="007B0126" w:rsidRDefault="007B0126">
            <w:pPr>
              <w:jc w:val="center"/>
              <w:rPr>
                <w:rFonts w:cs="Times New Roman"/>
                <w:sz w:val="18"/>
                <w:szCs w:val="18"/>
                <w:lang w:val="ru-RU"/>
              </w:rPr>
            </w:pPr>
            <w:r w:rsidRPr="007B0126">
              <w:rPr>
                <w:rFonts w:cs="Times New Roman"/>
                <w:sz w:val="18"/>
                <w:szCs w:val="18"/>
                <w:lang w:val="ru-RU"/>
              </w:rPr>
              <w:t>да</w:t>
            </w:r>
          </w:p>
        </w:tc>
        <w:tc>
          <w:tcPr>
            <w:tcW w:w="1701" w:type="dxa"/>
            <w:vAlign w:val="center"/>
          </w:tcPr>
          <w:p w:rsidR="00840244" w:rsidRPr="007B0126" w:rsidRDefault="00840244">
            <w:pPr>
              <w:jc w:val="center"/>
              <w:rPr>
                <w:rFonts w:cs="Times New Roman"/>
                <w:sz w:val="18"/>
                <w:szCs w:val="18"/>
              </w:rPr>
            </w:pPr>
          </w:p>
        </w:tc>
        <w:tc>
          <w:tcPr>
            <w:tcW w:w="1701" w:type="dxa"/>
            <w:vAlign w:val="center"/>
          </w:tcPr>
          <w:p w:rsidR="00840244" w:rsidRPr="007B0126" w:rsidRDefault="00026CB4">
            <w:pPr>
              <w:jc w:val="center"/>
              <w:rPr>
                <w:rFonts w:cs="Times New Roman"/>
                <w:sz w:val="18"/>
                <w:szCs w:val="18"/>
                <w:lang w:val="ru-RU"/>
              </w:rPr>
            </w:pPr>
            <w:r>
              <w:rPr>
                <w:rFonts w:cs="Times New Roman"/>
                <w:sz w:val="18"/>
                <w:szCs w:val="18"/>
                <w:lang w:val="ru-RU"/>
              </w:rPr>
              <w:t>1</w:t>
            </w:r>
            <w:r w:rsidR="007B0126" w:rsidRPr="007B0126">
              <w:rPr>
                <w:rFonts w:cs="Times New Roman"/>
                <w:sz w:val="18"/>
                <w:szCs w:val="18"/>
                <w:lang w:val="ru-RU"/>
              </w:rPr>
              <w:t>5 000,00</w:t>
            </w:r>
          </w:p>
        </w:tc>
      </w:tr>
      <w:tr w:rsidR="00840244" w:rsidRPr="00026CB4">
        <w:trPr>
          <w:jc w:val="center"/>
        </w:trPr>
        <w:tc>
          <w:tcPr>
            <w:tcW w:w="454" w:type="dxa"/>
            <w:vAlign w:val="center"/>
          </w:tcPr>
          <w:p w:rsidR="00840244" w:rsidRPr="00CC793E" w:rsidRDefault="002A7D85">
            <w:pPr>
              <w:jc w:val="center"/>
              <w:rPr>
                <w:rFonts w:cs="Times New Roman"/>
              </w:rPr>
            </w:pPr>
            <w:r w:rsidRPr="00CC793E">
              <w:rPr>
                <w:rFonts w:cs="Times New Roman"/>
                <w:sz w:val="16"/>
              </w:rPr>
              <w:t>2</w:t>
            </w:r>
          </w:p>
        </w:tc>
        <w:tc>
          <w:tcPr>
            <w:tcW w:w="2268" w:type="dxa"/>
            <w:vAlign w:val="center"/>
          </w:tcPr>
          <w:p w:rsidR="00840244" w:rsidRPr="00026CB4" w:rsidRDefault="00026CB4">
            <w:pPr>
              <w:jc w:val="center"/>
              <w:rPr>
                <w:rFonts w:cs="Times New Roman"/>
                <w:sz w:val="18"/>
                <w:szCs w:val="18"/>
                <w:lang w:val="ru-RU"/>
              </w:rPr>
            </w:pPr>
            <w:proofErr w:type="spellStart"/>
            <w:r w:rsidRPr="00026CB4">
              <w:rPr>
                <w:rFonts w:cs="Times New Roman"/>
                <w:sz w:val="18"/>
                <w:szCs w:val="18"/>
                <w:lang w:val="ru-RU"/>
              </w:rPr>
              <w:t>Лендяшова</w:t>
            </w:r>
            <w:proofErr w:type="spellEnd"/>
            <w:r w:rsidRPr="00026CB4">
              <w:rPr>
                <w:rFonts w:cs="Times New Roman"/>
                <w:sz w:val="18"/>
                <w:szCs w:val="18"/>
                <w:lang w:val="ru-RU"/>
              </w:rPr>
              <w:t xml:space="preserve"> Вера Вадимовна</w:t>
            </w:r>
          </w:p>
        </w:tc>
        <w:tc>
          <w:tcPr>
            <w:tcW w:w="2041" w:type="dxa"/>
            <w:vAlign w:val="center"/>
          </w:tcPr>
          <w:p w:rsidR="00840244" w:rsidRPr="00026CB4" w:rsidRDefault="00026CB4">
            <w:pPr>
              <w:jc w:val="center"/>
              <w:rPr>
                <w:rFonts w:cs="Times New Roman"/>
                <w:sz w:val="18"/>
                <w:szCs w:val="18"/>
                <w:lang w:val="ru-RU"/>
              </w:rPr>
            </w:pPr>
            <w:r w:rsidRPr="00026CB4">
              <w:rPr>
                <w:rFonts w:cs="Times New Roman"/>
                <w:sz w:val="18"/>
                <w:szCs w:val="18"/>
                <w:lang w:val="ru-RU"/>
              </w:rPr>
              <w:t>Участник до 35 лет с банкетом</w:t>
            </w:r>
          </w:p>
        </w:tc>
        <w:tc>
          <w:tcPr>
            <w:tcW w:w="964" w:type="dxa"/>
            <w:vAlign w:val="center"/>
          </w:tcPr>
          <w:p w:rsidR="00840244" w:rsidRPr="00026CB4" w:rsidRDefault="00026CB4">
            <w:pPr>
              <w:jc w:val="center"/>
              <w:rPr>
                <w:rFonts w:cs="Times New Roman"/>
                <w:sz w:val="18"/>
                <w:szCs w:val="18"/>
                <w:lang w:val="ru-RU"/>
              </w:rPr>
            </w:pPr>
            <w:r w:rsidRPr="00026CB4">
              <w:rPr>
                <w:rFonts w:cs="Times New Roman"/>
                <w:sz w:val="18"/>
                <w:szCs w:val="18"/>
                <w:lang w:val="ru-RU"/>
              </w:rPr>
              <w:t>да</w:t>
            </w:r>
          </w:p>
        </w:tc>
        <w:tc>
          <w:tcPr>
            <w:tcW w:w="1701" w:type="dxa"/>
            <w:vAlign w:val="center"/>
          </w:tcPr>
          <w:p w:rsidR="00840244" w:rsidRPr="00026CB4" w:rsidRDefault="00840244">
            <w:pPr>
              <w:jc w:val="center"/>
              <w:rPr>
                <w:rFonts w:cs="Times New Roman"/>
                <w:sz w:val="18"/>
                <w:szCs w:val="18"/>
                <w:lang w:val="ru-RU"/>
              </w:rPr>
            </w:pPr>
          </w:p>
        </w:tc>
        <w:tc>
          <w:tcPr>
            <w:tcW w:w="1701" w:type="dxa"/>
            <w:vAlign w:val="center"/>
          </w:tcPr>
          <w:p w:rsidR="00840244" w:rsidRPr="00026CB4" w:rsidRDefault="00026CB4">
            <w:pPr>
              <w:jc w:val="center"/>
              <w:rPr>
                <w:rFonts w:cs="Times New Roman"/>
                <w:sz w:val="18"/>
                <w:szCs w:val="18"/>
                <w:lang w:val="ru-RU"/>
              </w:rPr>
            </w:pPr>
            <w:r w:rsidRPr="00026CB4">
              <w:rPr>
                <w:rFonts w:cs="Times New Roman"/>
                <w:sz w:val="18"/>
                <w:szCs w:val="18"/>
                <w:lang w:val="ru-RU"/>
              </w:rPr>
              <w:t>15 000,00</w:t>
            </w:r>
          </w:p>
        </w:tc>
      </w:tr>
      <w:tr w:rsidR="00840244" w:rsidRPr="00CC793E">
        <w:trPr>
          <w:jc w:val="center"/>
        </w:trPr>
        <w:tc>
          <w:tcPr>
            <w:tcW w:w="454" w:type="dxa"/>
            <w:vAlign w:val="center"/>
          </w:tcPr>
          <w:p w:rsidR="00840244" w:rsidRPr="00CC793E" w:rsidRDefault="002A7D85">
            <w:pPr>
              <w:jc w:val="center"/>
              <w:rPr>
                <w:rFonts w:cs="Times New Roman"/>
              </w:rPr>
            </w:pPr>
            <w:r w:rsidRPr="00CC793E">
              <w:rPr>
                <w:rFonts w:cs="Times New Roman"/>
                <w:sz w:val="16"/>
              </w:rPr>
              <w:t>3</w:t>
            </w:r>
          </w:p>
        </w:tc>
        <w:tc>
          <w:tcPr>
            <w:tcW w:w="2268" w:type="dxa"/>
            <w:vAlign w:val="center"/>
          </w:tcPr>
          <w:p w:rsidR="00840244" w:rsidRPr="00CC793E" w:rsidRDefault="00840244">
            <w:pPr>
              <w:jc w:val="center"/>
              <w:rPr>
                <w:rFonts w:cs="Times New Roman"/>
              </w:rPr>
            </w:pPr>
          </w:p>
        </w:tc>
        <w:tc>
          <w:tcPr>
            <w:tcW w:w="2041" w:type="dxa"/>
            <w:vAlign w:val="center"/>
          </w:tcPr>
          <w:p w:rsidR="00840244" w:rsidRPr="00CC793E" w:rsidRDefault="00840244">
            <w:pPr>
              <w:jc w:val="center"/>
              <w:rPr>
                <w:rFonts w:cs="Times New Roman"/>
              </w:rPr>
            </w:pPr>
          </w:p>
        </w:tc>
        <w:tc>
          <w:tcPr>
            <w:tcW w:w="964"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r>
      <w:tr w:rsidR="00840244" w:rsidRPr="00CC793E">
        <w:trPr>
          <w:jc w:val="center"/>
        </w:trPr>
        <w:tc>
          <w:tcPr>
            <w:tcW w:w="454" w:type="dxa"/>
            <w:vAlign w:val="center"/>
          </w:tcPr>
          <w:p w:rsidR="00840244" w:rsidRPr="00CC793E" w:rsidRDefault="002A7D85">
            <w:pPr>
              <w:jc w:val="center"/>
              <w:rPr>
                <w:rFonts w:cs="Times New Roman"/>
              </w:rPr>
            </w:pPr>
            <w:r w:rsidRPr="00CC793E">
              <w:rPr>
                <w:rFonts w:cs="Times New Roman"/>
                <w:sz w:val="16"/>
              </w:rPr>
              <w:t>4</w:t>
            </w:r>
          </w:p>
        </w:tc>
        <w:tc>
          <w:tcPr>
            <w:tcW w:w="2268" w:type="dxa"/>
            <w:vAlign w:val="center"/>
          </w:tcPr>
          <w:p w:rsidR="00840244" w:rsidRPr="00CC793E" w:rsidRDefault="00840244">
            <w:pPr>
              <w:jc w:val="center"/>
              <w:rPr>
                <w:rFonts w:cs="Times New Roman"/>
              </w:rPr>
            </w:pPr>
          </w:p>
        </w:tc>
        <w:tc>
          <w:tcPr>
            <w:tcW w:w="2041" w:type="dxa"/>
            <w:vAlign w:val="center"/>
          </w:tcPr>
          <w:p w:rsidR="00840244" w:rsidRPr="00CC793E" w:rsidRDefault="00840244">
            <w:pPr>
              <w:jc w:val="center"/>
              <w:rPr>
                <w:rFonts w:cs="Times New Roman"/>
              </w:rPr>
            </w:pPr>
          </w:p>
        </w:tc>
        <w:tc>
          <w:tcPr>
            <w:tcW w:w="964"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r>
      <w:tr w:rsidR="00840244" w:rsidRPr="00CC793E">
        <w:trPr>
          <w:jc w:val="center"/>
        </w:trPr>
        <w:tc>
          <w:tcPr>
            <w:tcW w:w="454" w:type="dxa"/>
            <w:vAlign w:val="center"/>
          </w:tcPr>
          <w:p w:rsidR="00840244" w:rsidRPr="00CC793E" w:rsidRDefault="002A7D85">
            <w:pPr>
              <w:jc w:val="center"/>
              <w:rPr>
                <w:rFonts w:cs="Times New Roman"/>
              </w:rPr>
            </w:pPr>
            <w:r w:rsidRPr="00CC793E">
              <w:rPr>
                <w:rFonts w:cs="Times New Roman"/>
                <w:sz w:val="16"/>
              </w:rPr>
              <w:t>5</w:t>
            </w:r>
          </w:p>
        </w:tc>
        <w:tc>
          <w:tcPr>
            <w:tcW w:w="2268" w:type="dxa"/>
            <w:vAlign w:val="center"/>
          </w:tcPr>
          <w:p w:rsidR="00840244" w:rsidRPr="00CC793E" w:rsidRDefault="00840244">
            <w:pPr>
              <w:jc w:val="center"/>
              <w:rPr>
                <w:rFonts w:cs="Times New Roman"/>
              </w:rPr>
            </w:pPr>
          </w:p>
        </w:tc>
        <w:tc>
          <w:tcPr>
            <w:tcW w:w="2041" w:type="dxa"/>
            <w:vAlign w:val="center"/>
          </w:tcPr>
          <w:p w:rsidR="00840244" w:rsidRPr="00CC793E" w:rsidRDefault="00840244">
            <w:pPr>
              <w:jc w:val="center"/>
              <w:rPr>
                <w:rFonts w:cs="Times New Roman"/>
              </w:rPr>
            </w:pPr>
          </w:p>
        </w:tc>
        <w:tc>
          <w:tcPr>
            <w:tcW w:w="964"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c>
          <w:tcPr>
            <w:tcW w:w="1701" w:type="dxa"/>
            <w:vAlign w:val="center"/>
          </w:tcPr>
          <w:p w:rsidR="00840244" w:rsidRPr="00CC793E" w:rsidRDefault="00840244">
            <w:pPr>
              <w:jc w:val="center"/>
              <w:rPr>
                <w:rFonts w:cs="Times New Roman"/>
              </w:rPr>
            </w:pPr>
          </w:p>
        </w:tc>
      </w:tr>
    </w:tbl>
    <w:p w:rsidR="00840244" w:rsidRPr="00CC793E" w:rsidRDefault="002A7D85">
      <w:pPr>
        <w:spacing w:after="40" w:line="240" w:lineRule="auto"/>
        <w:rPr>
          <w:rFonts w:cs="Times New Roman"/>
          <w:lang w:val="ru-RU"/>
        </w:rPr>
      </w:pPr>
      <w:r w:rsidRPr="00CC793E">
        <w:rPr>
          <w:rFonts w:cs="Times New Roman"/>
          <w:lang w:val="ru-RU"/>
        </w:rPr>
        <w:t>Тарифы применяются в соответствии с пунктом 4.2 Договора:</w:t>
      </w:r>
    </w:p>
    <w:tbl>
      <w:tblPr>
        <w:tblW w:w="0" w:type="auto"/>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4A0" w:firstRow="1" w:lastRow="0" w:firstColumn="1" w:lastColumn="0" w:noHBand="0" w:noVBand="1"/>
      </w:tblPr>
      <w:tblGrid>
        <w:gridCol w:w="3413"/>
        <w:gridCol w:w="3414"/>
        <w:gridCol w:w="3413"/>
      </w:tblGrid>
      <w:tr w:rsidR="00840244" w:rsidRPr="00CC793E">
        <w:trPr>
          <w:jc w:val="center"/>
        </w:trPr>
        <w:tc>
          <w:tcPr>
            <w:tcW w:w="3419" w:type="dxa"/>
            <w:shd w:val="clear" w:color="auto" w:fill="D9EAF7"/>
            <w:vAlign w:val="center"/>
          </w:tcPr>
          <w:p w:rsidR="00840244" w:rsidRPr="00CC793E" w:rsidRDefault="002A7D85">
            <w:pPr>
              <w:jc w:val="center"/>
              <w:rPr>
                <w:rFonts w:cs="Times New Roman"/>
              </w:rPr>
            </w:pPr>
            <w:proofErr w:type="spellStart"/>
            <w:r w:rsidRPr="00CC793E">
              <w:rPr>
                <w:rFonts w:cs="Times New Roman"/>
                <w:b/>
                <w:sz w:val="18"/>
              </w:rPr>
              <w:t>Категория</w:t>
            </w:r>
            <w:proofErr w:type="spellEnd"/>
            <w:r w:rsidRPr="00CC793E">
              <w:rPr>
                <w:rFonts w:cs="Times New Roman"/>
                <w:b/>
                <w:sz w:val="18"/>
              </w:rPr>
              <w:t xml:space="preserve"> </w:t>
            </w:r>
            <w:proofErr w:type="spellStart"/>
            <w:r w:rsidRPr="00CC793E">
              <w:rPr>
                <w:rFonts w:cs="Times New Roman"/>
                <w:b/>
                <w:sz w:val="18"/>
              </w:rPr>
              <w:t>участия</w:t>
            </w:r>
            <w:proofErr w:type="spellEnd"/>
          </w:p>
        </w:tc>
        <w:tc>
          <w:tcPr>
            <w:tcW w:w="3419" w:type="dxa"/>
            <w:shd w:val="clear" w:color="auto" w:fill="D9EAF7"/>
            <w:vAlign w:val="center"/>
          </w:tcPr>
          <w:p w:rsidR="00840244" w:rsidRPr="00CC793E" w:rsidRDefault="002A7D85">
            <w:pPr>
              <w:jc w:val="center"/>
              <w:rPr>
                <w:rFonts w:cs="Times New Roman"/>
              </w:rPr>
            </w:pPr>
            <w:r w:rsidRPr="00CC793E">
              <w:rPr>
                <w:rFonts w:cs="Times New Roman"/>
                <w:b/>
                <w:sz w:val="18"/>
              </w:rPr>
              <w:t>При оплате по 01.08.2026 включительно</w:t>
            </w:r>
          </w:p>
        </w:tc>
        <w:tc>
          <w:tcPr>
            <w:tcW w:w="3419" w:type="dxa"/>
            <w:shd w:val="clear" w:color="auto" w:fill="D9EAF7"/>
            <w:vAlign w:val="center"/>
          </w:tcPr>
          <w:p w:rsidR="00840244" w:rsidRPr="00CC793E" w:rsidRDefault="002A7D85">
            <w:pPr>
              <w:jc w:val="center"/>
              <w:rPr>
                <w:rFonts w:cs="Times New Roman"/>
              </w:rPr>
            </w:pPr>
            <w:r w:rsidRPr="00CC793E">
              <w:rPr>
                <w:rFonts w:cs="Times New Roman"/>
                <w:b/>
                <w:sz w:val="18"/>
              </w:rPr>
              <w:t>При оплате после 01.08.2026</w:t>
            </w:r>
          </w:p>
        </w:tc>
      </w:tr>
      <w:tr w:rsidR="00840244" w:rsidRPr="00CC793E">
        <w:trPr>
          <w:jc w:val="center"/>
        </w:trPr>
        <w:tc>
          <w:tcPr>
            <w:tcW w:w="3419" w:type="dxa"/>
            <w:vAlign w:val="center"/>
          </w:tcPr>
          <w:p w:rsidR="00840244" w:rsidRPr="00CC793E" w:rsidRDefault="002A7D85">
            <w:pPr>
              <w:jc w:val="center"/>
              <w:rPr>
                <w:rFonts w:cs="Times New Roman"/>
              </w:rPr>
            </w:pPr>
            <w:r w:rsidRPr="00CC793E">
              <w:rPr>
                <w:rFonts w:cs="Times New Roman"/>
                <w:sz w:val="18"/>
              </w:rPr>
              <w:t>Участник с банкетом</w:t>
            </w:r>
          </w:p>
        </w:tc>
        <w:tc>
          <w:tcPr>
            <w:tcW w:w="3419" w:type="dxa"/>
            <w:vAlign w:val="center"/>
          </w:tcPr>
          <w:p w:rsidR="00840244" w:rsidRPr="00CC793E" w:rsidRDefault="002A7D85">
            <w:pPr>
              <w:jc w:val="center"/>
              <w:rPr>
                <w:rFonts w:cs="Times New Roman"/>
              </w:rPr>
            </w:pPr>
            <w:r w:rsidRPr="00CC793E">
              <w:rPr>
                <w:rFonts w:cs="Times New Roman"/>
                <w:sz w:val="18"/>
              </w:rPr>
              <w:t>25 000 руб.,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30 000 руб., включая НДС</w:t>
            </w:r>
          </w:p>
        </w:tc>
      </w:tr>
      <w:tr w:rsidR="00840244" w:rsidRPr="00CC793E">
        <w:trPr>
          <w:jc w:val="center"/>
        </w:trPr>
        <w:tc>
          <w:tcPr>
            <w:tcW w:w="3419" w:type="dxa"/>
            <w:vAlign w:val="center"/>
          </w:tcPr>
          <w:p w:rsidR="00840244" w:rsidRPr="00CC793E" w:rsidRDefault="002A7D85" w:rsidP="007C3BDE">
            <w:pPr>
              <w:jc w:val="center"/>
              <w:rPr>
                <w:rFonts w:cs="Times New Roman"/>
              </w:rPr>
            </w:pPr>
            <w:r w:rsidRPr="00CC793E">
              <w:rPr>
                <w:rFonts w:cs="Times New Roman"/>
                <w:sz w:val="18"/>
              </w:rPr>
              <w:t xml:space="preserve">Участник </w:t>
            </w:r>
          </w:p>
        </w:tc>
        <w:tc>
          <w:tcPr>
            <w:tcW w:w="3419" w:type="dxa"/>
            <w:vAlign w:val="center"/>
          </w:tcPr>
          <w:p w:rsidR="00840244" w:rsidRPr="00CC793E" w:rsidRDefault="002A7D85">
            <w:pPr>
              <w:jc w:val="center"/>
              <w:rPr>
                <w:rFonts w:cs="Times New Roman"/>
              </w:rPr>
            </w:pPr>
            <w:r w:rsidRPr="00CC793E">
              <w:rPr>
                <w:rFonts w:cs="Times New Roman"/>
                <w:sz w:val="18"/>
              </w:rPr>
              <w:t>20 000 руб.,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25 000 руб., включая НДС</w:t>
            </w:r>
          </w:p>
        </w:tc>
      </w:tr>
      <w:tr w:rsidR="00840244" w:rsidRPr="00CC793E">
        <w:trPr>
          <w:jc w:val="center"/>
        </w:trPr>
        <w:tc>
          <w:tcPr>
            <w:tcW w:w="3419" w:type="dxa"/>
            <w:vAlign w:val="center"/>
          </w:tcPr>
          <w:p w:rsidR="00840244" w:rsidRPr="00CC793E" w:rsidRDefault="002A7D85">
            <w:pPr>
              <w:jc w:val="center"/>
              <w:rPr>
                <w:rFonts w:cs="Times New Roman"/>
                <w:lang w:val="ru-RU"/>
              </w:rPr>
            </w:pPr>
            <w:r w:rsidRPr="00CC793E">
              <w:rPr>
                <w:rFonts w:cs="Times New Roman"/>
                <w:sz w:val="18"/>
                <w:lang w:val="ru-RU"/>
              </w:rPr>
              <w:t>Участник до 35 лет с банкетом</w:t>
            </w:r>
          </w:p>
        </w:tc>
        <w:tc>
          <w:tcPr>
            <w:tcW w:w="3419" w:type="dxa"/>
            <w:vAlign w:val="center"/>
          </w:tcPr>
          <w:p w:rsidR="00840244" w:rsidRPr="00CC793E" w:rsidRDefault="002A7D85">
            <w:pPr>
              <w:jc w:val="center"/>
              <w:rPr>
                <w:rFonts w:cs="Times New Roman"/>
              </w:rPr>
            </w:pPr>
            <w:r w:rsidRPr="00CC793E">
              <w:rPr>
                <w:rFonts w:cs="Times New Roman"/>
                <w:sz w:val="18"/>
              </w:rPr>
              <w:t xml:space="preserve">15 000 </w:t>
            </w:r>
            <w:proofErr w:type="spellStart"/>
            <w:r w:rsidRPr="00CC793E">
              <w:rPr>
                <w:rFonts w:cs="Times New Roman"/>
                <w:sz w:val="18"/>
              </w:rPr>
              <w:t>руб</w:t>
            </w:r>
            <w:proofErr w:type="spellEnd"/>
            <w:r w:rsidRPr="00CC793E">
              <w:rPr>
                <w:rFonts w:cs="Times New Roman"/>
                <w:sz w:val="18"/>
              </w:rPr>
              <w:t>.,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20 000 руб., включая НДС</w:t>
            </w:r>
          </w:p>
        </w:tc>
      </w:tr>
      <w:tr w:rsidR="00840244" w:rsidRPr="00CC793E">
        <w:trPr>
          <w:jc w:val="center"/>
        </w:trPr>
        <w:tc>
          <w:tcPr>
            <w:tcW w:w="3419" w:type="dxa"/>
            <w:vAlign w:val="center"/>
          </w:tcPr>
          <w:p w:rsidR="00840244" w:rsidRPr="00CC793E" w:rsidRDefault="002A7D85" w:rsidP="007C3BDE">
            <w:pPr>
              <w:jc w:val="center"/>
              <w:rPr>
                <w:rFonts w:cs="Times New Roman"/>
                <w:lang w:val="ru-RU"/>
              </w:rPr>
            </w:pPr>
            <w:r w:rsidRPr="00CC793E">
              <w:rPr>
                <w:rFonts w:cs="Times New Roman"/>
                <w:sz w:val="18"/>
                <w:lang w:val="ru-RU"/>
              </w:rPr>
              <w:t xml:space="preserve">Участник до 35 лет </w:t>
            </w:r>
          </w:p>
        </w:tc>
        <w:tc>
          <w:tcPr>
            <w:tcW w:w="3419" w:type="dxa"/>
            <w:vAlign w:val="center"/>
          </w:tcPr>
          <w:p w:rsidR="00840244" w:rsidRPr="00CC793E" w:rsidRDefault="002A7D85">
            <w:pPr>
              <w:jc w:val="center"/>
              <w:rPr>
                <w:rFonts w:cs="Times New Roman"/>
              </w:rPr>
            </w:pPr>
            <w:r w:rsidRPr="00CC793E">
              <w:rPr>
                <w:rFonts w:cs="Times New Roman"/>
                <w:sz w:val="18"/>
              </w:rPr>
              <w:t xml:space="preserve">10 000 </w:t>
            </w:r>
            <w:proofErr w:type="spellStart"/>
            <w:r w:rsidRPr="00CC793E">
              <w:rPr>
                <w:rFonts w:cs="Times New Roman"/>
                <w:sz w:val="18"/>
              </w:rPr>
              <w:t>руб</w:t>
            </w:r>
            <w:proofErr w:type="spellEnd"/>
            <w:r w:rsidRPr="00CC793E">
              <w:rPr>
                <w:rFonts w:cs="Times New Roman"/>
                <w:sz w:val="18"/>
              </w:rPr>
              <w:t>.,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15 000 руб., включая НДС</w:t>
            </w:r>
          </w:p>
        </w:tc>
      </w:tr>
      <w:tr w:rsidR="00840244" w:rsidRPr="00CC793E">
        <w:trPr>
          <w:jc w:val="center"/>
        </w:trPr>
        <w:tc>
          <w:tcPr>
            <w:tcW w:w="3419" w:type="dxa"/>
            <w:vAlign w:val="center"/>
          </w:tcPr>
          <w:p w:rsidR="00840244" w:rsidRPr="00CC793E" w:rsidRDefault="002A7D85">
            <w:pPr>
              <w:jc w:val="center"/>
              <w:rPr>
                <w:rFonts w:cs="Times New Roman"/>
              </w:rPr>
            </w:pPr>
            <w:r w:rsidRPr="00CC793E">
              <w:rPr>
                <w:rFonts w:cs="Times New Roman"/>
                <w:sz w:val="18"/>
              </w:rPr>
              <w:t>Слушатель с банкетом</w:t>
            </w:r>
          </w:p>
        </w:tc>
        <w:tc>
          <w:tcPr>
            <w:tcW w:w="3419" w:type="dxa"/>
            <w:vAlign w:val="center"/>
          </w:tcPr>
          <w:p w:rsidR="00840244" w:rsidRPr="00CC793E" w:rsidRDefault="002A7D85">
            <w:pPr>
              <w:jc w:val="center"/>
              <w:rPr>
                <w:rFonts w:cs="Times New Roman"/>
              </w:rPr>
            </w:pPr>
            <w:r w:rsidRPr="00CC793E">
              <w:rPr>
                <w:rFonts w:cs="Times New Roman"/>
                <w:sz w:val="18"/>
              </w:rPr>
              <w:t>15 000 руб.,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20 000 руб., включая НДС</w:t>
            </w:r>
          </w:p>
        </w:tc>
      </w:tr>
      <w:tr w:rsidR="00840244" w:rsidRPr="00CC793E">
        <w:trPr>
          <w:jc w:val="center"/>
        </w:trPr>
        <w:tc>
          <w:tcPr>
            <w:tcW w:w="3419" w:type="dxa"/>
            <w:vAlign w:val="center"/>
          </w:tcPr>
          <w:p w:rsidR="00840244" w:rsidRPr="00CC793E" w:rsidRDefault="002A7D85" w:rsidP="007C3BDE">
            <w:pPr>
              <w:jc w:val="center"/>
              <w:rPr>
                <w:rFonts w:cs="Times New Roman"/>
              </w:rPr>
            </w:pPr>
            <w:r w:rsidRPr="00CC793E">
              <w:rPr>
                <w:rFonts w:cs="Times New Roman"/>
                <w:sz w:val="18"/>
              </w:rPr>
              <w:t xml:space="preserve">Слушатель </w:t>
            </w:r>
          </w:p>
        </w:tc>
        <w:tc>
          <w:tcPr>
            <w:tcW w:w="3419" w:type="dxa"/>
            <w:vAlign w:val="center"/>
          </w:tcPr>
          <w:p w:rsidR="00840244" w:rsidRPr="00CC793E" w:rsidRDefault="002A7D85">
            <w:pPr>
              <w:jc w:val="center"/>
              <w:rPr>
                <w:rFonts w:cs="Times New Roman"/>
              </w:rPr>
            </w:pPr>
            <w:r w:rsidRPr="00CC793E">
              <w:rPr>
                <w:rFonts w:cs="Times New Roman"/>
                <w:sz w:val="18"/>
              </w:rPr>
              <w:t>10 000 руб., включая НДС</w:t>
            </w:r>
          </w:p>
        </w:tc>
        <w:tc>
          <w:tcPr>
            <w:tcW w:w="3419" w:type="dxa"/>
            <w:vAlign w:val="center"/>
          </w:tcPr>
          <w:p w:rsidR="00840244" w:rsidRPr="00CC793E" w:rsidRDefault="002A7D85">
            <w:pPr>
              <w:jc w:val="center"/>
              <w:rPr>
                <w:rFonts w:cs="Times New Roman"/>
              </w:rPr>
            </w:pPr>
            <w:r w:rsidRPr="00CC793E">
              <w:rPr>
                <w:rFonts w:cs="Times New Roman"/>
                <w:sz w:val="18"/>
              </w:rPr>
              <w:t>15 000 руб., включая НДС</w:t>
            </w:r>
          </w:p>
        </w:tc>
      </w:tr>
    </w:tbl>
    <w:p w:rsidR="00840244" w:rsidRPr="00CC793E" w:rsidRDefault="002A7D85">
      <w:pPr>
        <w:spacing w:after="40" w:line="240" w:lineRule="auto"/>
        <w:rPr>
          <w:rFonts w:cs="Times New Roman"/>
          <w:lang w:val="ru-RU"/>
        </w:rPr>
      </w:pPr>
      <w:r w:rsidRPr="00CC793E">
        <w:rPr>
          <w:rFonts w:cs="Times New Roman"/>
          <w:lang w:val="ru-RU"/>
        </w:rPr>
        <w:t>Объем Услуг определяется категорией участия соответствующего представителя Заказчика:</w:t>
      </w:r>
    </w:p>
    <w:p w:rsidR="00840244" w:rsidRPr="00CC793E" w:rsidRDefault="002A7D85">
      <w:pPr>
        <w:spacing w:after="40" w:line="240" w:lineRule="auto"/>
        <w:ind w:firstLine="709"/>
        <w:rPr>
          <w:rFonts w:cs="Times New Roman"/>
          <w:lang w:val="ru-RU"/>
        </w:rPr>
      </w:pPr>
      <w:r w:rsidRPr="00CC793E">
        <w:rPr>
          <w:rFonts w:cs="Times New Roman"/>
          <w:lang w:val="ru-RU"/>
        </w:rPr>
        <w:t xml:space="preserve">— участник: издание тезисов доклада и научной программы при условии своевременного представления материалов и их принятия организационным и/или программным комитетом; посещение пленарных и секционных заседаний; предоставление оборудования и технических средств для устных и стендовых докладов; </w:t>
      </w:r>
      <w:proofErr w:type="spellStart"/>
      <w:r w:rsidRPr="00CC793E">
        <w:rPr>
          <w:rFonts w:cs="Times New Roman"/>
          <w:lang w:val="ru-RU"/>
        </w:rPr>
        <w:t>конференционный</w:t>
      </w:r>
      <w:proofErr w:type="spellEnd"/>
      <w:r w:rsidRPr="00CC793E">
        <w:rPr>
          <w:rFonts w:cs="Times New Roman"/>
          <w:lang w:val="ru-RU"/>
        </w:rPr>
        <w:t xml:space="preserve"> набор участника; консультационные услуги по вопросам участия; банкет — при выборе тарифа с банкетом.</w:t>
      </w:r>
    </w:p>
    <w:p w:rsidR="00840244" w:rsidRPr="00CC793E" w:rsidRDefault="002A7D85">
      <w:pPr>
        <w:spacing w:after="40" w:line="240" w:lineRule="auto"/>
        <w:ind w:firstLine="709"/>
        <w:rPr>
          <w:rFonts w:cs="Times New Roman"/>
          <w:lang w:val="ru-RU"/>
        </w:rPr>
      </w:pPr>
      <w:r w:rsidRPr="00CC793E">
        <w:rPr>
          <w:rFonts w:cs="Times New Roman"/>
          <w:lang w:val="ru-RU"/>
        </w:rPr>
        <w:t>— слушатель: посещение пленарных и секционных заседаний; консультационные услуги по вопросам участия; банкет — при выборе тарифа с банкетом.</w:t>
      </w:r>
    </w:p>
    <w:p w:rsidR="00840244" w:rsidRPr="00CC793E" w:rsidRDefault="00840244">
      <w:pPr>
        <w:rPr>
          <w:rFonts w:cs="Times New Roman"/>
          <w:lang w:val="ru-RU"/>
        </w:rPr>
      </w:pPr>
    </w:p>
    <w:p w:rsidR="00840244" w:rsidRPr="00CC793E" w:rsidRDefault="002A7D85">
      <w:pPr>
        <w:spacing w:after="40" w:line="240" w:lineRule="auto"/>
        <w:rPr>
          <w:rFonts w:cs="Times New Roman"/>
          <w:lang w:val="ru-RU"/>
        </w:rPr>
      </w:pPr>
      <w:r w:rsidRPr="00CC793E">
        <w:rPr>
          <w:rFonts w:cs="Times New Roman"/>
          <w:lang w:val="ru-RU"/>
        </w:rPr>
        <w:t>ЗАКАЗЧИК: __________________ /</w:t>
      </w:r>
      <w:r w:rsidR="00E01830">
        <w:rPr>
          <w:rFonts w:cs="Times New Roman"/>
          <w:lang w:val="ru-RU"/>
        </w:rPr>
        <w:t>Мухин И.С</w:t>
      </w:r>
      <w:r w:rsidR="00A9636A">
        <w:rPr>
          <w:rFonts w:cs="Times New Roman"/>
          <w:lang w:val="ru-RU"/>
        </w:rPr>
        <w:t>.</w:t>
      </w:r>
      <w:r w:rsidRPr="00CC793E">
        <w:rPr>
          <w:rFonts w:cs="Times New Roman"/>
          <w:lang w:val="ru-RU"/>
        </w:rPr>
        <w:t>/      ИСПОЛН</w:t>
      </w:r>
      <w:r w:rsidR="00693773" w:rsidRPr="00CC793E">
        <w:rPr>
          <w:rFonts w:cs="Times New Roman"/>
          <w:lang w:val="ru-RU"/>
        </w:rPr>
        <w:t xml:space="preserve">ИТЕЛЬ: </w:t>
      </w:r>
    </w:p>
    <w:p w:rsidR="00840244" w:rsidRPr="00CC793E" w:rsidRDefault="00693773" w:rsidP="00693773">
      <w:pPr>
        <w:spacing w:after="40" w:line="240" w:lineRule="auto"/>
        <w:rPr>
          <w:rFonts w:cs="Times New Roman"/>
          <w:sz w:val="18"/>
          <w:szCs w:val="18"/>
          <w:lang w:val="ru-RU"/>
        </w:rPr>
      </w:pPr>
      <w:r w:rsidRPr="00CC793E">
        <w:rPr>
          <w:rFonts w:cs="Times New Roman"/>
          <w:sz w:val="18"/>
          <w:szCs w:val="18"/>
          <w:lang w:val="ru-RU"/>
        </w:rPr>
        <w:t xml:space="preserve">                                         подпись </w:t>
      </w:r>
      <w:r w:rsidR="002A7D85" w:rsidRPr="00CC793E">
        <w:rPr>
          <w:rFonts w:cs="Times New Roman"/>
          <w:sz w:val="18"/>
          <w:szCs w:val="18"/>
          <w:lang w:val="ru-RU"/>
        </w:rPr>
        <w:t xml:space="preserve"> </w:t>
      </w:r>
      <w:r w:rsidRPr="00CC793E">
        <w:rPr>
          <w:rFonts w:cs="Times New Roman"/>
          <w:sz w:val="18"/>
          <w:szCs w:val="18"/>
          <w:lang w:val="ru-RU"/>
        </w:rPr>
        <w:t xml:space="preserve">                       </w:t>
      </w:r>
      <w:r w:rsidR="002A7D85" w:rsidRPr="00CC793E">
        <w:rPr>
          <w:rFonts w:cs="Times New Roman"/>
          <w:sz w:val="18"/>
          <w:szCs w:val="18"/>
          <w:lang w:val="ru-RU"/>
        </w:rPr>
        <w:t xml:space="preserve">Ф.И.О.             </w:t>
      </w:r>
      <w:r w:rsidRPr="00CC793E">
        <w:rPr>
          <w:rFonts w:cs="Times New Roman"/>
          <w:sz w:val="18"/>
          <w:szCs w:val="18"/>
          <w:lang w:val="ru-RU"/>
        </w:rPr>
        <w:t xml:space="preserve">                                                          подпись                             </w:t>
      </w:r>
      <w:r w:rsidR="002A7D85" w:rsidRPr="00CC793E">
        <w:rPr>
          <w:rFonts w:cs="Times New Roman"/>
          <w:sz w:val="18"/>
          <w:szCs w:val="18"/>
          <w:lang w:val="ru-RU"/>
        </w:rPr>
        <w:t xml:space="preserve"> </w:t>
      </w:r>
    </w:p>
    <w:p w:rsidR="00840244" w:rsidRPr="00CC793E" w:rsidRDefault="002A7D85">
      <w:pPr>
        <w:rPr>
          <w:rFonts w:cs="Times New Roman"/>
          <w:sz w:val="18"/>
          <w:szCs w:val="18"/>
          <w:lang w:val="ru-RU"/>
        </w:rPr>
      </w:pPr>
      <w:r w:rsidRPr="00CC793E">
        <w:rPr>
          <w:rFonts w:cs="Times New Roman"/>
          <w:sz w:val="18"/>
          <w:szCs w:val="18"/>
          <w:lang w:val="ru-RU"/>
        </w:rPr>
        <w:br w:type="page"/>
      </w:r>
    </w:p>
    <w:p w:rsidR="00516083" w:rsidRPr="007472C5" w:rsidRDefault="00516083" w:rsidP="00516083">
      <w:pPr>
        <w:spacing w:after="0" w:line="228" w:lineRule="auto"/>
        <w:jc w:val="right"/>
        <w:rPr>
          <w:lang w:val="ru-RU"/>
        </w:rPr>
      </w:pPr>
      <w:bookmarkStart w:id="1" w:name="_Hlk233107406"/>
      <w:r w:rsidRPr="007472C5">
        <w:rPr>
          <w:lang w:val="ru-RU"/>
        </w:rPr>
        <w:t xml:space="preserve">Приложение № </w:t>
      </w:r>
      <w:r w:rsidR="00CC793E">
        <w:rPr>
          <w:lang w:val="ru-RU"/>
        </w:rPr>
        <w:t>2</w:t>
      </w:r>
    </w:p>
    <w:p w:rsidR="00516083" w:rsidRPr="007472C5" w:rsidRDefault="00516083" w:rsidP="00516083">
      <w:pPr>
        <w:spacing w:after="0" w:line="228" w:lineRule="auto"/>
        <w:jc w:val="right"/>
        <w:rPr>
          <w:lang w:val="ru-RU"/>
        </w:rPr>
      </w:pPr>
      <w:r w:rsidRPr="007472C5">
        <w:rPr>
          <w:lang w:val="ru-RU"/>
        </w:rPr>
        <w:t>к Договору об оказании услуг по организации участия в мероприятии</w:t>
      </w:r>
    </w:p>
    <w:p w:rsidR="00516083" w:rsidRPr="007472C5" w:rsidRDefault="00516083" w:rsidP="00516083">
      <w:pPr>
        <w:spacing w:after="0" w:line="228" w:lineRule="auto"/>
        <w:jc w:val="right"/>
        <w:rPr>
          <w:lang w:val="ru-RU"/>
        </w:rPr>
      </w:pPr>
      <w:r w:rsidRPr="007472C5">
        <w:rPr>
          <w:lang w:val="ru-RU"/>
        </w:rPr>
        <w:t>от «____» __________ 2026 года № __________________</w:t>
      </w:r>
    </w:p>
    <w:p w:rsidR="00516083" w:rsidRPr="007472C5" w:rsidRDefault="00516083" w:rsidP="00516083">
      <w:pPr>
        <w:spacing w:after="0" w:line="228" w:lineRule="auto"/>
        <w:jc w:val="right"/>
        <w:rPr>
          <w:lang w:val="ru-RU"/>
        </w:rPr>
      </w:pPr>
      <w:r w:rsidRPr="007472C5">
        <w:rPr>
          <w:lang w:val="ru-RU"/>
        </w:rPr>
        <w:t>от ________________________________________________</w:t>
      </w:r>
    </w:p>
    <w:p w:rsidR="00516083" w:rsidRPr="007472C5" w:rsidRDefault="00516083" w:rsidP="00516083">
      <w:pPr>
        <w:spacing w:after="0" w:line="228" w:lineRule="auto"/>
        <w:jc w:val="right"/>
        <w:rPr>
          <w:lang w:val="ru-RU"/>
        </w:rPr>
      </w:pPr>
      <w:r w:rsidRPr="007472C5">
        <w:rPr>
          <w:lang w:val="ru-RU"/>
        </w:rPr>
        <w:t>Фамилия Имя Отчество</w:t>
      </w:r>
    </w:p>
    <w:p w:rsidR="00516083" w:rsidRPr="007472C5" w:rsidRDefault="00516083" w:rsidP="00516083">
      <w:pPr>
        <w:spacing w:after="0" w:line="228" w:lineRule="auto"/>
        <w:jc w:val="right"/>
        <w:rPr>
          <w:lang w:val="ru-RU"/>
        </w:rPr>
      </w:pPr>
      <w:r w:rsidRPr="007472C5">
        <w:rPr>
          <w:lang w:val="ru-RU"/>
        </w:rPr>
        <w:t>адрес электронной почты: ___</w:t>
      </w:r>
      <w:r w:rsidRPr="005C6B0B">
        <w:rPr>
          <w:lang w:val="ru-RU"/>
        </w:rPr>
        <w:t>________</w:t>
      </w:r>
      <w:r w:rsidRPr="007472C5">
        <w:rPr>
          <w:lang w:val="ru-RU"/>
        </w:rPr>
        <w:t>_______________________</w:t>
      </w:r>
    </w:p>
    <w:p w:rsidR="00516083" w:rsidRPr="007472C5" w:rsidRDefault="00516083" w:rsidP="00516083">
      <w:pPr>
        <w:spacing w:after="0" w:line="228" w:lineRule="auto"/>
        <w:jc w:val="right"/>
        <w:rPr>
          <w:lang w:val="ru-RU"/>
        </w:rPr>
      </w:pPr>
      <w:r w:rsidRPr="007472C5">
        <w:rPr>
          <w:lang w:val="ru-RU"/>
        </w:rPr>
        <w:t>телефон: _____________________________</w:t>
      </w:r>
    </w:p>
    <w:p w:rsidR="00516083" w:rsidRPr="007472C5" w:rsidRDefault="00516083" w:rsidP="00516083">
      <w:pPr>
        <w:spacing w:after="80" w:line="240" w:lineRule="auto"/>
        <w:jc w:val="center"/>
        <w:rPr>
          <w:b/>
          <w:lang w:val="ru-RU"/>
        </w:rPr>
      </w:pPr>
      <w:r w:rsidRPr="007472C5">
        <w:rPr>
          <w:b/>
          <w:lang w:val="ru-RU"/>
        </w:rPr>
        <w:t>СОГЛАСИЕ</w:t>
      </w:r>
      <w:r w:rsidRPr="007472C5">
        <w:rPr>
          <w:b/>
          <w:lang w:val="ru-RU"/>
        </w:rPr>
        <w:br/>
        <w:t>на передачу персональных данных третьим лицам</w:t>
      </w:r>
    </w:p>
    <w:p w:rsidR="00516083" w:rsidRPr="007472C5" w:rsidRDefault="00516083" w:rsidP="00516083">
      <w:pPr>
        <w:spacing w:after="0" w:line="228" w:lineRule="auto"/>
        <w:jc w:val="both"/>
        <w:rPr>
          <w:lang w:val="ru-RU"/>
        </w:rPr>
      </w:pPr>
      <w:r w:rsidRPr="007472C5">
        <w:rPr>
          <w:lang w:val="ru-RU"/>
        </w:rPr>
        <w:t>Я, ___________________________________________________________________________</w:t>
      </w:r>
      <w:r w:rsidRPr="00936704">
        <w:rPr>
          <w:lang w:val="ru-RU"/>
        </w:rPr>
        <w:t>_______________</w:t>
      </w:r>
      <w:r w:rsidRPr="007472C5">
        <w:rPr>
          <w:lang w:val="ru-RU"/>
        </w:rPr>
        <w:t>,</w:t>
      </w:r>
    </w:p>
    <w:p w:rsidR="00516083" w:rsidRPr="007472C5" w:rsidRDefault="00516083" w:rsidP="00516083">
      <w:pPr>
        <w:spacing w:after="0" w:line="228" w:lineRule="auto"/>
        <w:jc w:val="center"/>
        <w:rPr>
          <w:lang w:val="ru-RU"/>
        </w:rPr>
      </w:pPr>
      <w:r w:rsidRPr="007472C5">
        <w:rPr>
          <w:lang w:val="ru-RU"/>
        </w:rPr>
        <w:t>(фамилия, имя, отчество)</w:t>
      </w:r>
    </w:p>
    <w:p w:rsidR="00516083" w:rsidRPr="007472C5" w:rsidRDefault="00516083" w:rsidP="00516083">
      <w:pPr>
        <w:spacing w:after="0" w:line="228" w:lineRule="auto"/>
        <w:jc w:val="both"/>
        <w:rPr>
          <w:lang w:val="ru-RU"/>
        </w:rPr>
      </w:pPr>
      <w:r w:rsidRPr="007472C5">
        <w:rPr>
          <w:lang w:val="ru-RU"/>
        </w:rPr>
        <w:t>документ, удостоверяющий личность: _______________________ серия __________ номер ______________,</w:t>
      </w:r>
    </w:p>
    <w:p w:rsidR="00516083" w:rsidRPr="007472C5" w:rsidRDefault="00516083" w:rsidP="00516083">
      <w:pPr>
        <w:spacing w:after="0" w:line="228" w:lineRule="auto"/>
        <w:jc w:val="both"/>
        <w:rPr>
          <w:lang w:val="ru-RU"/>
        </w:rPr>
      </w:pPr>
      <w:r w:rsidRPr="007472C5">
        <w:rPr>
          <w:lang w:val="ru-RU"/>
        </w:rPr>
        <w:t>выдан «___</w:t>
      </w:r>
      <w:r w:rsidRPr="005C6B0B">
        <w:rPr>
          <w:lang w:val="ru-RU"/>
        </w:rPr>
        <w:t>_</w:t>
      </w:r>
      <w:r w:rsidRPr="007472C5">
        <w:rPr>
          <w:lang w:val="ru-RU"/>
        </w:rPr>
        <w:t>_» _______</w:t>
      </w:r>
      <w:r w:rsidRPr="005C6B0B">
        <w:rPr>
          <w:lang w:val="ru-RU"/>
        </w:rPr>
        <w:t>___</w:t>
      </w:r>
      <w:r w:rsidRPr="007472C5">
        <w:rPr>
          <w:lang w:val="ru-RU"/>
        </w:rPr>
        <w:t>___ ____</w:t>
      </w:r>
      <w:r w:rsidRPr="005C6B0B">
        <w:rPr>
          <w:lang w:val="ru-RU"/>
        </w:rPr>
        <w:t>___</w:t>
      </w:r>
      <w:r w:rsidRPr="007472C5">
        <w:rPr>
          <w:lang w:val="ru-RU"/>
        </w:rPr>
        <w:t>__ г. ________________________________________________</w:t>
      </w:r>
      <w:r w:rsidRPr="005C6B0B">
        <w:rPr>
          <w:lang w:val="ru-RU"/>
        </w:rPr>
        <w:t>______</w:t>
      </w:r>
      <w:r w:rsidRPr="007472C5">
        <w:rPr>
          <w:lang w:val="ru-RU"/>
        </w:rPr>
        <w:t>,</w:t>
      </w:r>
    </w:p>
    <w:p w:rsidR="00516083" w:rsidRPr="007472C5" w:rsidRDefault="00516083" w:rsidP="00516083">
      <w:pPr>
        <w:spacing w:after="0" w:line="228" w:lineRule="auto"/>
        <w:ind w:firstLine="567"/>
        <w:jc w:val="both"/>
        <w:rPr>
          <w:lang w:val="ru-RU"/>
        </w:rPr>
      </w:pPr>
      <w:r w:rsidRPr="007472C5">
        <w:rPr>
          <w:lang w:val="ru-RU"/>
        </w:rPr>
        <w:t>в соответствии со статьей 9 Федерального закона от 27.07.2006 № 152-ФЗ «О персональных данных» даю согласие Федеральному государственному бюджетному учреждению науки Физическому институту им. П. Н. Лебедева Российской академии наук (ФИАН) (ОГРН 1027739617960, ИНН 7736037394, адрес: 119991, ГСП-1, г. Москва, Ленинский проспект, д. 53) на передачу (предоставление, доступ) моих персональных данных третьим лицам в связи с организацией и проведением Х</w:t>
      </w:r>
      <w:r w:rsidRPr="007472C5">
        <w:t>VII</w:t>
      </w:r>
      <w:r w:rsidRPr="007472C5">
        <w:rPr>
          <w:lang w:val="ru-RU"/>
        </w:rPr>
        <w:t xml:space="preserve"> Российской конференции по физике полупроводников (РКФП-</w:t>
      </w:r>
      <w:r w:rsidRPr="007472C5">
        <w:t>XVII</w:t>
      </w:r>
      <w:r w:rsidRPr="007472C5">
        <w:rPr>
          <w:lang w:val="ru-RU"/>
        </w:rPr>
        <w:t>).</w:t>
      </w:r>
    </w:p>
    <w:p w:rsidR="00516083" w:rsidRPr="007472C5" w:rsidRDefault="00516083" w:rsidP="00516083">
      <w:pPr>
        <w:spacing w:after="0" w:line="228" w:lineRule="auto"/>
        <w:ind w:firstLine="567"/>
        <w:jc w:val="both"/>
        <w:rPr>
          <w:lang w:val="ru-RU"/>
        </w:rPr>
      </w:pPr>
      <w:r w:rsidRPr="007472C5">
        <w:rPr>
          <w:lang w:val="ru-RU"/>
        </w:rPr>
        <w:t>Категории передаваемых персональных данных: фамилия, имя, отчество; место работы или учебы; должность; сведения об ученой степени и ученом звании; адрес электронной почты; номер телефона; сведения о докладе, тезисах доклада и иных материалах, представленных для участия в Мероприятии, в части содержащихся в них персональных данных; сведения о выбранном формате участия, включая участие в банкете, если такой формат выбран.</w:t>
      </w:r>
    </w:p>
    <w:p w:rsidR="00516083" w:rsidRPr="007472C5" w:rsidRDefault="00516083" w:rsidP="00516083">
      <w:pPr>
        <w:spacing w:after="0" w:line="228" w:lineRule="auto"/>
        <w:ind w:firstLine="567"/>
        <w:jc w:val="both"/>
        <w:rPr>
          <w:lang w:val="ru-RU"/>
        </w:rPr>
      </w:pPr>
      <w:r w:rsidRPr="007472C5">
        <w:rPr>
          <w:lang w:val="ru-RU"/>
        </w:rPr>
        <w:t>Передача персональных данных допускается организациям и лицам, привлекаемым ФИАН для печати, верстки, размещения и распространения программы Мероприятия и сборника тезисов, технического и информационного сопровождения Мероприятия, обеспечения работы сайта и регистрационной системы Мероприятия, организации допуска к Мероприятию, а также организации банкета при выборе соответствующего формата участия.</w:t>
      </w:r>
    </w:p>
    <w:p w:rsidR="00516083" w:rsidRPr="007472C5" w:rsidRDefault="00516083" w:rsidP="00516083">
      <w:pPr>
        <w:spacing w:after="0" w:line="228" w:lineRule="auto"/>
        <w:ind w:firstLine="567"/>
        <w:jc w:val="both"/>
        <w:rPr>
          <w:lang w:val="ru-RU"/>
        </w:rPr>
      </w:pPr>
      <w:r w:rsidRPr="007472C5">
        <w:rPr>
          <w:lang w:val="ru-RU"/>
        </w:rPr>
        <w:t>Цели передачи персональных данных: регистрация и идентификация участника/слушателя Мероприятия, подготовка и публикация программы Мероприятия, подготовка и публикация сборника тезисов, организационное, техническое и информационное сопровождение Мероприятия, организация допуска к Мероприятию, организация банкета при выборе соответствующего формата участия, оформление документов, связанных с участием в Мероприятии.</w:t>
      </w:r>
    </w:p>
    <w:p w:rsidR="00516083" w:rsidRPr="007472C5" w:rsidRDefault="00516083" w:rsidP="00516083">
      <w:pPr>
        <w:spacing w:after="0" w:line="228" w:lineRule="auto"/>
        <w:ind w:firstLine="567"/>
        <w:jc w:val="both"/>
        <w:rPr>
          <w:lang w:val="ru-RU"/>
        </w:rPr>
      </w:pPr>
      <w:r w:rsidRPr="007472C5">
        <w:rPr>
          <w:lang w:val="ru-RU"/>
        </w:rPr>
        <w:t>Настоящее согласие действует в течение 5 (пяти) лет с даты его подписания, если не отозвано ранее. В части сведений, включенных в опубликованные программу Мероприятия и/или сборник тезисов, последующее хранение и распространение опубликованных материалов осуществляется с учетом научного, информационного и архивного назначения таких материалов, а также требований законодательства Российской Федерации.</w:t>
      </w:r>
    </w:p>
    <w:p w:rsidR="00516083" w:rsidRPr="007472C5" w:rsidRDefault="00516083" w:rsidP="00516083">
      <w:pPr>
        <w:spacing w:after="0" w:line="228" w:lineRule="auto"/>
        <w:ind w:firstLine="567"/>
        <w:jc w:val="both"/>
        <w:rPr>
          <w:lang w:val="ru-RU"/>
        </w:rPr>
      </w:pPr>
      <w:r w:rsidRPr="007472C5">
        <w:rPr>
          <w:lang w:val="ru-RU"/>
        </w:rPr>
        <w:t>Я уведомлен(а), что настоящее согласие может быть отозвано путем направления письменного уведомления в ФИАН. Последствия отзыва согласия мне разъяснены: при невозможности дальнейшей организации участия в Мероприятии без передачи соответствующих персональных данных ФИАН вправе отказать в совершении действий, требующих такой передачи.</w:t>
      </w:r>
    </w:p>
    <w:p w:rsidR="00516083" w:rsidRDefault="00516083" w:rsidP="00516083">
      <w:pPr>
        <w:spacing w:after="0" w:line="228" w:lineRule="auto"/>
        <w:ind w:firstLine="567"/>
        <w:jc w:val="both"/>
        <w:rPr>
          <w:lang w:val="ru-RU"/>
        </w:rPr>
      </w:pPr>
      <w:r w:rsidRPr="007472C5">
        <w:rPr>
          <w:lang w:val="ru-RU"/>
        </w:rPr>
        <w:t>Подтверждаю, что настоящее согласие дано свободно, своей волей и в своем интересе; согласие является конкретным, предметным, информированным, сознательным и однозначным.</w:t>
      </w:r>
    </w:p>
    <w:p w:rsidR="00516083" w:rsidRPr="007472C5" w:rsidRDefault="00516083" w:rsidP="00516083">
      <w:pPr>
        <w:spacing w:after="0" w:line="228" w:lineRule="auto"/>
        <w:ind w:firstLine="567"/>
        <w:jc w:val="both"/>
        <w:rPr>
          <w:lang w:val="ru-RU"/>
        </w:rPr>
      </w:pPr>
    </w:p>
    <w:tbl>
      <w:tblPr>
        <w:tblW w:w="0" w:type="auto"/>
        <w:jc w:val="center"/>
        <w:tblLook w:val="04A0" w:firstRow="1" w:lastRow="0" w:firstColumn="1" w:lastColumn="0" w:noHBand="0" w:noVBand="1"/>
      </w:tblPr>
      <w:tblGrid>
        <w:gridCol w:w="3418"/>
        <w:gridCol w:w="3419"/>
        <w:gridCol w:w="3419"/>
      </w:tblGrid>
      <w:tr w:rsidR="00516083" w:rsidRPr="007472C5" w:rsidTr="003B4EDB">
        <w:trPr>
          <w:jc w:val="center"/>
        </w:trPr>
        <w:tc>
          <w:tcPr>
            <w:tcW w:w="3419" w:type="dxa"/>
            <w:vAlign w:val="center"/>
          </w:tcPr>
          <w:p w:rsidR="00516083" w:rsidRPr="007472C5" w:rsidRDefault="00516083" w:rsidP="003B4EDB">
            <w:pPr>
              <w:jc w:val="both"/>
            </w:pPr>
            <w:r w:rsidRPr="007472C5">
              <w:t>________________________</w:t>
            </w:r>
          </w:p>
        </w:tc>
        <w:tc>
          <w:tcPr>
            <w:tcW w:w="3419" w:type="dxa"/>
            <w:vAlign w:val="center"/>
          </w:tcPr>
          <w:p w:rsidR="00516083" w:rsidRPr="007472C5" w:rsidRDefault="00516083" w:rsidP="003B4EDB">
            <w:pPr>
              <w:jc w:val="both"/>
            </w:pPr>
            <w:r w:rsidRPr="007472C5">
              <w:t>________________________</w:t>
            </w:r>
          </w:p>
        </w:tc>
        <w:tc>
          <w:tcPr>
            <w:tcW w:w="3419" w:type="dxa"/>
            <w:vAlign w:val="center"/>
          </w:tcPr>
          <w:p w:rsidR="00516083" w:rsidRPr="007472C5" w:rsidRDefault="00516083" w:rsidP="003B4EDB">
            <w:pPr>
              <w:jc w:val="both"/>
            </w:pPr>
            <w:r w:rsidRPr="007472C5">
              <w:t>________________________</w:t>
            </w:r>
          </w:p>
        </w:tc>
      </w:tr>
      <w:tr w:rsidR="00516083" w:rsidRPr="007472C5" w:rsidTr="003B4EDB">
        <w:trPr>
          <w:jc w:val="center"/>
        </w:trPr>
        <w:tc>
          <w:tcPr>
            <w:tcW w:w="3419" w:type="dxa"/>
            <w:vAlign w:val="center"/>
          </w:tcPr>
          <w:p w:rsidR="00516083" w:rsidRPr="007472C5" w:rsidRDefault="00516083" w:rsidP="003B4EDB">
            <w:pPr>
              <w:jc w:val="both"/>
            </w:pPr>
            <w:r w:rsidRPr="007472C5">
              <w:t>(</w:t>
            </w:r>
            <w:proofErr w:type="spellStart"/>
            <w:r w:rsidRPr="007472C5">
              <w:t>дата</w:t>
            </w:r>
            <w:proofErr w:type="spellEnd"/>
            <w:r w:rsidRPr="007472C5">
              <w:t>)</w:t>
            </w:r>
          </w:p>
        </w:tc>
        <w:tc>
          <w:tcPr>
            <w:tcW w:w="3419" w:type="dxa"/>
            <w:vAlign w:val="center"/>
          </w:tcPr>
          <w:p w:rsidR="00516083" w:rsidRPr="007472C5" w:rsidRDefault="00516083" w:rsidP="003B4EDB">
            <w:pPr>
              <w:jc w:val="both"/>
            </w:pPr>
            <w:r w:rsidRPr="007472C5">
              <w:t>(</w:t>
            </w:r>
            <w:proofErr w:type="spellStart"/>
            <w:r w:rsidRPr="007472C5">
              <w:t>подпись</w:t>
            </w:r>
            <w:proofErr w:type="spellEnd"/>
            <w:r w:rsidRPr="007472C5">
              <w:t>)</w:t>
            </w:r>
          </w:p>
        </w:tc>
        <w:tc>
          <w:tcPr>
            <w:tcW w:w="3419" w:type="dxa"/>
            <w:vAlign w:val="center"/>
          </w:tcPr>
          <w:p w:rsidR="00516083" w:rsidRPr="007472C5" w:rsidRDefault="00516083" w:rsidP="003B4EDB">
            <w:pPr>
              <w:jc w:val="both"/>
            </w:pPr>
            <w:r w:rsidRPr="007472C5">
              <w:t>(</w:t>
            </w:r>
            <w:proofErr w:type="spellStart"/>
            <w:r w:rsidRPr="007472C5">
              <w:t>расшифровка</w:t>
            </w:r>
            <w:proofErr w:type="spellEnd"/>
            <w:r w:rsidRPr="007472C5">
              <w:t xml:space="preserve"> </w:t>
            </w:r>
            <w:proofErr w:type="spellStart"/>
            <w:r w:rsidRPr="007472C5">
              <w:t>подписи</w:t>
            </w:r>
            <w:proofErr w:type="spellEnd"/>
            <w:r w:rsidRPr="007472C5">
              <w:t>)</w:t>
            </w:r>
          </w:p>
        </w:tc>
      </w:tr>
      <w:bookmarkEnd w:id="1"/>
    </w:tbl>
    <w:p w:rsidR="00CC793E" w:rsidRDefault="00CC793E" w:rsidP="00CC793E">
      <w:pPr>
        <w:spacing w:after="40" w:line="240" w:lineRule="auto"/>
        <w:jc w:val="right"/>
        <w:rPr>
          <w:lang w:val="ru-RU"/>
        </w:rPr>
      </w:pPr>
    </w:p>
    <w:p w:rsidR="00CC793E" w:rsidRPr="000A53F3" w:rsidRDefault="00CC793E" w:rsidP="00CC793E">
      <w:pPr>
        <w:tabs>
          <w:tab w:val="left" w:pos="1080"/>
          <w:tab w:val="left" w:pos="9460"/>
        </w:tabs>
        <w:spacing w:after="0" w:line="240" w:lineRule="auto"/>
        <w:ind w:firstLine="567"/>
        <w:jc w:val="center"/>
        <w:rPr>
          <w:b/>
          <w:lang w:val="ru-RU"/>
        </w:rPr>
      </w:pPr>
      <w:r w:rsidRPr="000A53F3">
        <w:rPr>
          <w:b/>
          <w:lang w:val="ru-RU"/>
        </w:rPr>
        <w:t>АКТ</w:t>
      </w:r>
    </w:p>
    <w:p w:rsidR="00CC793E" w:rsidRPr="000A53F3" w:rsidRDefault="00CC793E" w:rsidP="00CC793E">
      <w:pPr>
        <w:tabs>
          <w:tab w:val="left" w:pos="9460"/>
        </w:tabs>
        <w:spacing w:after="0" w:line="240" w:lineRule="auto"/>
        <w:ind w:firstLine="567"/>
        <w:jc w:val="center"/>
        <w:rPr>
          <w:b/>
          <w:lang w:val="ru-RU"/>
        </w:rPr>
      </w:pPr>
      <w:r w:rsidRPr="000A53F3">
        <w:rPr>
          <w:b/>
          <w:lang w:val="ru-RU"/>
        </w:rPr>
        <w:t xml:space="preserve">сдачи-приема услуг </w:t>
      </w:r>
    </w:p>
    <w:p w:rsidR="00CC793E" w:rsidRPr="000A53F3" w:rsidRDefault="00CC793E" w:rsidP="00CC793E">
      <w:pPr>
        <w:tabs>
          <w:tab w:val="left" w:pos="9460"/>
        </w:tabs>
        <w:spacing w:after="0" w:line="240" w:lineRule="auto"/>
        <w:ind w:firstLine="567"/>
        <w:jc w:val="center"/>
        <w:rPr>
          <w:lang w:val="ru-RU"/>
        </w:rPr>
      </w:pPr>
      <w:r w:rsidRPr="000A53F3">
        <w:rPr>
          <w:lang w:val="ru-RU"/>
        </w:rPr>
        <w:t xml:space="preserve">к договору </w:t>
      </w:r>
      <w:r>
        <w:rPr>
          <w:lang w:val="ru-RU"/>
        </w:rPr>
        <w:t>__________________</w:t>
      </w:r>
      <w:r w:rsidRPr="000A53F3">
        <w:rPr>
          <w:lang w:val="ru-RU"/>
        </w:rPr>
        <w:t xml:space="preserve"> от «_____» _______ 2026 г.</w:t>
      </w:r>
    </w:p>
    <w:p w:rsidR="00CC793E" w:rsidRPr="000A53F3" w:rsidRDefault="00CC793E" w:rsidP="00CC793E">
      <w:pPr>
        <w:tabs>
          <w:tab w:val="left" w:pos="9460"/>
        </w:tabs>
        <w:spacing w:after="0" w:line="240" w:lineRule="auto"/>
        <w:ind w:firstLine="567"/>
        <w:jc w:val="center"/>
        <w:rPr>
          <w:lang w:val="ru-RU"/>
        </w:rPr>
      </w:pPr>
    </w:p>
    <w:p w:rsidR="00CC793E" w:rsidRPr="000A53F3" w:rsidRDefault="00CC793E" w:rsidP="00CC793E">
      <w:pPr>
        <w:tabs>
          <w:tab w:val="left" w:pos="1080"/>
          <w:tab w:val="left" w:pos="9460"/>
        </w:tabs>
        <w:spacing w:after="0" w:line="240" w:lineRule="auto"/>
        <w:rPr>
          <w:lang w:val="ru-RU"/>
        </w:rPr>
      </w:pPr>
    </w:p>
    <w:p w:rsidR="00CC793E" w:rsidRPr="000A53F3" w:rsidRDefault="00CC793E" w:rsidP="00CC793E">
      <w:pPr>
        <w:tabs>
          <w:tab w:val="left" w:pos="1080"/>
          <w:tab w:val="left" w:pos="9460"/>
        </w:tabs>
        <w:spacing w:after="0" w:line="240" w:lineRule="auto"/>
        <w:rPr>
          <w:lang w:val="ru-RU"/>
        </w:rPr>
      </w:pPr>
      <w:r w:rsidRPr="000A53F3">
        <w:rPr>
          <w:lang w:val="ru-RU"/>
        </w:rPr>
        <w:t xml:space="preserve">г. Москва                                                                                                </w:t>
      </w:r>
      <w:r>
        <w:rPr>
          <w:lang w:val="ru-RU"/>
        </w:rPr>
        <w:t xml:space="preserve">                                   </w:t>
      </w:r>
      <w:r w:rsidRPr="000A53F3">
        <w:rPr>
          <w:lang w:val="ru-RU"/>
        </w:rPr>
        <w:t xml:space="preserve">   «__» _______ 2026 г. </w:t>
      </w:r>
    </w:p>
    <w:p w:rsidR="00CC793E" w:rsidRPr="000A53F3" w:rsidRDefault="00CC793E" w:rsidP="00CC793E">
      <w:pPr>
        <w:tabs>
          <w:tab w:val="left" w:pos="9460"/>
        </w:tabs>
        <w:spacing w:after="0" w:line="240" w:lineRule="auto"/>
        <w:ind w:firstLine="567"/>
        <w:jc w:val="both"/>
        <w:rPr>
          <w:b/>
          <w:i/>
          <w:lang w:val="ru-RU"/>
        </w:rPr>
      </w:pPr>
    </w:p>
    <w:p w:rsidR="00CC793E" w:rsidRPr="000A53F3" w:rsidRDefault="00CC793E" w:rsidP="00CC793E">
      <w:pPr>
        <w:spacing w:after="0" w:line="240" w:lineRule="auto"/>
        <w:ind w:firstLine="426"/>
        <w:jc w:val="both"/>
        <w:rPr>
          <w:lang w:val="ru-RU"/>
        </w:rPr>
      </w:pPr>
      <w:r w:rsidRPr="000A53F3">
        <w:rPr>
          <w:lang w:val="ru-RU"/>
        </w:rPr>
        <w:t xml:space="preserve">Федеральное государственное бюджетное учреждение науки Физический институт имени П. Н. Лебедева Российской академии наук (ФИАН), именуемое в дальнейшем «Исполнитель», в лице </w:t>
      </w:r>
      <w:r>
        <w:rPr>
          <w:lang w:val="ru-RU"/>
        </w:rPr>
        <w:t xml:space="preserve">заместителя </w:t>
      </w:r>
      <w:r w:rsidRPr="00516083">
        <w:rPr>
          <w:rFonts w:cs="Times New Roman"/>
          <w:lang w:val="ru-RU"/>
        </w:rPr>
        <w:t xml:space="preserve">директора по научной работе Колобова Андрея </w:t>
      </w:r>
      <w:r w:rsidRPr="007B0126">
        <w:rPr>
          <w:rFonts w:cs="Times New Roman"/>
          <w:lang w:val="ru-RU"/>
        </w:rPr>
        <w:t>Владимировича, действующего на основании доверенности № 758 от 18 ноября 2025 года</w:t>
      </w:r>
      <w:r w:rsidRPr="007B0126">
        <w:rPr>
          <w:lang w:val="ru-RU"/>
        </w:rPr>
        <w:t xml:space="preserve">, с одной стороны, и </w:t>
      </w:r>
      <w:r w:rsidR="007B0126" w:rsidRPr="007B0126">
        <w:rPr>
          <w:lang w:val="ru-RU"/>
        </w:rPr>
        <w:t>Федеральное государственное бюджетное учреждение высшего образования и науки «Санкт-Петербургский национальный исследовательский Академический университет имени Ж.И. Алферова Российской академии наук» (</w:t>
      </w:r>
      <w:proofErr w:type="spellStart"/>
      <w:r w:rsidR="007B0126" w:rsidRPr="007B0126">
        <w:rPr>
          <w:lang w:val="ru-RU"/>
        </w:rPr>
        <w:t>СПбАУ</w:t>
      </w:r>
      <w:proofErr w:type="spellEnd"/>
      <w:r w:rsidR="007B0126" w:rsidRPr="007B0126">
        <w:rPr>
          <w:lang w:val="ru-RU"/>
        </w:rPr>
        <w:t xml:space="preserve"> РАН им. Ж.И. Алферова), именуемое в дальнейшем «Заказчик», в лице </w:t>
      </w:r>
      <w:r w:rsidR="00E01830" w:rsidRPr="00E01830">
        <w:rPr>
          <w:color w:val="000000"/>
          <w:lang w:val="ru-RU"/>
        </w:rPr>
        <w:t xml:space="preserve">проректора по науке </w:t>
      </w:r>
      <w:r w:rsidR="00E01830" w:rsidRPr="00E01830">
        <w:rPr>
          <w:lang w:val="ru-RU"/>
        </w:rPr>
        <w:t>Мухина Ивана Сергеевича</w:t>
      </w:r>
      <w:r w:rsidR="00E01830" w:rsidRPr="00E01830">
        <w:rPr>
          <w:color w:val="000000"/>
          <w:lang w:val="ru-RU"/>
        </w:rPr>
        <w:t xml:space="preserve">, действующего на основании </w:t>
      </w:r>
      <w:r w:rsidR="00E01830" w:rsidRPr="00E01830">
        <w:rPr>
          <w:lang w:val="ru-RU"/>
        </w:rPr>
        <w:t>доверенности № 2 от 12.01.2026</w:t>
      </w:r>
      <w:r w:rsidR="00E01830">
        <w:rPr>
          <w:lang w:val="ru-RU"/>
        </w:rPr>
        <w:t>г.</w:t>
      </w:r>
      <w:r w:rsidRPr="007B0126">
        <w:rPr>
          <w:rFonts w:cs="Times New Roman"/>
          <w:lang w:val="ru-RU"/>
        </w:rPr>
        <w:t>,</w:t>
      </w:r>
      <w:r w:rsidRPr="007B0126">
        <w:rPr>
          <w:lang w:val="ru-RU"/>
        </w:rPr>
        <w:t xml:space="preserve"> именуем</w:t>
      </w:r>
      <w:r w:rsidR="007B0126" w:rsidRPr="007B0126">
        <w:rPr>
          <w:lang w:val="ru-RU"/>
        </w:rPr>
        <w:t>ое</w:t>
      </w:r>
      <w:r w:rsidRPr="007B0126">
        <w:rPr>
          <w:lang w:val="ru-RU"/>
        </w:rPr>
        <w:t xml:space="preserve"> в</w:t>
      </w:r>
      <w:r w:rsidRPr="000A53F3">
        <w:rPr>
          <w:lang w:val="ru-RU"/>
        </w:rPr>
        <w:t xml:space="preserve"> дальнейшем «Заказчик», с другой стороны, совместно именуемые «Стороны», а по отдельности - «Сторона», вместе именуемые «Стороны», составили настоящий акт о нижеследующем:</w:t>
      </w:r>
    </w:p>
    <w:p w:rsidR="00CC793E" w:rsidRPr="000A53F3" w:rsidRDefault="00CC793E" w:rsidP="00CC793E">
      <w:pPr>
        <w:pStyle w:val="ae"/>
        <w:numPr>
          <w:ilvl w:val="0"/>
          <w:numId w:val="10"/>
        </w:numPr>
        <w:tabs>
          <w:tab w:val="left" w:pos="1080"/>
          <w:tab w:val="left" w:pos="9460"/>
        </w:tabs>
        <w:spacing w:after="0" w:line="240" w:lineRule="auto"/>
        <w:ind w:left="0" w:firstLine="567"/>
        <w:jc w:val="both"/>
        <w:rPr>
          <w:lang w:val="ru-RU"/>
        </w:rPr>
      </w:pPr>
      <w:r w:rsidRPr="000A53F3">
        <w:rPr>
          <w:lang w:val="ru-RU"/>
        </w:rPr>
        <w:t>В соответствии с условиями Договора, Исполнитель в период с 5</w:t>
      </w:r>
      <w:r>
        <w:rPr>
          <w:lang w:val="ru-RU"/>
        </w:rPr>
        <w:t xml:space="preserve"> </w:t>
      </w:r>
      <w:r w:rsidRPr="000A53F3">
        <w:rPr>
          <w:lang w:val="ru-RU"/>
        </w:rPr>
        <w:t>октября</w:t>
      </w:r>
      <w:r>
        <w:rPr>
          <w:lang w:val="ru-RU"/>
        </w:rPr>
        <w:t xml:space="preserve"> </w:t>
      </w:r>
      <w:r w:rsidRPr="000A53F3">
        <w:rPr>
          <w:lang w:val="ru-RU"/>
        </w:rPr>
        <w:t>2026 г. по 9</w:t>
      </w:r>
      <w:r>
        <w:rPr>
          <w:lang w:val="ru-RU"/>
        </w:rPr>
        <w:t xml:space="preserve"> </w:t>
      </w:r>
      <w:r w:rsidRPr="000A53F3">
        <w:rPr>
          <w:lang w:val="ru-RU"/>
        </w:rPr>
        <w:t>октября</w:t>
      </w:r>
      <w:r>
        <w:rPr>
          <w:lang w:val="ru-RU"/>
        </w:rPr>
        <w:t xml:space="preserve"> </w:t>
      </w:r>
      <w:r w:rsidRPr="000A53F3">
        <w:rPr>
          <w:lang w:val="ru-RU"/>
        </w:rPr>
        <w:t xml:space="preserve">2026 г. оказал, а Заказчик принял </w:t>
      </w:r>
      <w:r>
        <w:rPr>
          <w:lang w:val="ru-RU"/>
        </w:rPr>
        <w:t>исполнительские услуги.</w:t>
      </w:r>
    </w:p>
    <w:p w:rsidR="00CC793E" w:rsidRPr="000A53F3" w:rsidRDefault="00CC793E" w:rsidP="00CC793E">
      <w:pPr>
        <w:tabs>
          <w:tab w:val="left" w:pos="2866"/>
          <w:tab w:val="left" w:pos="9460"/>
        </w:tabs>
        <w:spacing w:after="0" w:line="240" w:lineRule="auto"/>
        <w:ind w:firstLine="567"/>
        <w:jc w:val="both"/>
        <w:rPr>
          <w:lang w:val="ru-RU"/>
        </w:rPr>
      </w:pPr>
      <w:r w:rsidRPr="000A53F3">
        <w:rPr>
          <w:lang w:val="ru-RU"/>
        </w:rPr>
        <w:t>2. Услуги оказаны согласно договору своевременно, в необходимом объеме и в соответствии с требованиями, установленными договором к их качеству.</w:t>
      </w:r>
    </w:p>
    <w:p w:rsidR="00CC793E" w:rsidRPr="000A53F3" w:rsidRDefault="00CC793E" w:rsidP="00CC793E">
      <w:pPr>
        <w:widowControl w:val="0"/>
        <w:tabs>
          <w:tab w:val="left" w:pos="9460"/>
        </w:tabs>
        <w:autoSpaceDE w:val="0"/>
        <w:autoSpaceDN w:val="0"/>
        <w:spacing w:after="0" w:line="240" w:lineRule="auto"/>
        <w:ind w:firstLine="540"/>
        <w:jc w:val="both"/>
        <w:rPr>
          <w:lang w:val="ru-RU"/>
        </w:rPr>
      </w:pPr>
      <w:r w:rsidRPr="000A53F3">
        <w:rPr>
          <w:lang w:val="ru-RU"/>
        </w:rPr>
        <w:t>4. Акт составлен и подписан в двух экземплярах, имеющих одинаковую юридическую силу, по одному для каждой из Сторон.</w:t>
      </w:r>
    </w:p>
    <w:p w:rsidR="00CC793E" w:rsidRPr="000A53F3" w:rsidRDefault="00CC793E" w:rsidP="00CC793E">
      <w:pPr>
        <w:tabs>
          <w:tab w:val="left" w:pos="3840"/>
          <w:tab w:val="left" w:pos="9460"/>
        </w:tabs>
        <w:spacing w:after="0" w:line="240" w:lineRule="auto"/>
        <w:rPr>
          <w:lang w:val="ru-RU"/>
        </w:rPr>
      </w:pPr>
    </w:p>
    <w:p w:rsidR="00CC793E" w:rsidRPr="000A53F3" w:rsidRDefault="00CC793E" w:rsidP="00CC793E">
      <w:pPr>
        <w:tabs>
          <w:tab w:val="left" w:pos="3840"/>
          <w:tab w:val="left" w:pos="9460"/>
        </w:tabs>
        <w:spacing w:after="0" w:line="240" w:lineRule="auto"/>
        <w:rPr>
          <w:lang w:val="ru-RU"/>
        </w:rPr>
      </w:pPr>
    </w:p>
    <w:tbl>
      <w:tblPr>
        <w:tblW w:w="0" w:type="auto"/>
        <w:tblLook w:val="01E0" w:firstRow="1" w:lastRow="1" w:firstColumn="1" w:lastColumn="1" w:noHBand="0" w:noVBand="0"/>
      </w:tblPr>
      <w:tblGrid>
        <w:gridCol w:w="10034"/>
        <w:gridCol w:w="222"/>
      </w:tblGrid>
      <w:tr w:rsidR="00CC793E" w:rsidRPr="00AA4412" w:rsidTr="00955DDA">
        <w:tc>
          <w:tcPr>
            <w:tcW w:w="5042" w:type="dxa"/>
          </w:tcPr>
          <w:tbl>
            <w:tblPr>
              <w:tblW w:w="10490" w:type="dxa"/>
              <w:tblLook w:val="04A0" w:firstRow="1" w:lastRow="0" w:firstColumn="1" w:lastColumn="0" w:noHBand="0" w:noVBand="1"/>
            </w:tblPr>
            <w:tblGrid>
              <w:gridCol w:w="5395"/>
              <w:gridCol w:w="5095"/>
            </w:tblGrid>
            <w:tr w:rsidR="00CC793E" w:rsidRPr="00AA4412" w:rsidTr="00955DDA">
              <w:trPr>
                <w:trHeight w:val="2880"/>
              </w:trPr>
              <w:tc>
                <w:tcPr>
                  <w:tcW w:w="5395" w:type="dxa"/>
                  <w:shd w:val="clear" w:color="auto" w:fill="auto"/>
                </w:tcPr>
                <w:p w:rsidR="00CC793E" w:rsidRPr="000A53F3" w:rsidRDefault="00CC793E" w:rsidP="00955DDA">
                  <w:pPr>
                    <w:widowControl w:val="0"/>
                    <w:suppressAutoHyphens/>
                    <w:autoSpaceDE w:val="0"/>
                    <w:autoSpaceDN w:val="0"/>
                    <w:adjustRightInd w:val="0"/>
                    <w:spacing w:after="0" w:line="240" w:lineRule="auto"/>
                    <w:rPr>
                      <w:bCs/>
                      <w:i/>
                      <w:color w:val="000000" w:themeColor="text1"/>
                      <w:lang w:val="ru-RU"/>
                    </w:rPr>
                  </w:pPr>
                  <w:r w:rsidRPr="000A53F3">
                    <w:rPr>
                      <w:bCs/>
                      <w:color w:val="000000" w:themeColor="text1"/>
                      <w:lang w:val="ru-RU"/>
                    </w:rPr>
                    <w:t>ЗАКАЗЧИК:</w:t>
                  </w:r>
                  <w:r w:rsidRPr="000A53F3">
                    <w:rPr>
                      <w:bCs/>
                      <w:i/>
                      <w:color w:val="000000" w:themeColor="text1"/>
                      <w:lang w:val="ru-RU"/>
                    </w:rPr>
                    <w:t xml:space="preserve"> </w:t>
                  </w:r>
                </w:p>
                <w:p w:rsidR="00CC793E" w:rsidRPr="000A53F3" w:rsidRDefault="00CC793E" w:rsidP="00955DDA">
                  <w:pPr>
                    <w:widowControl w:val="0"/>
                    <w:suppressAutoHyphens/>
                    <w:autoSpaceDE w:val="0"/>
                    <w:autoSpaceDN w:val="0"/>
                    <w:adjustRightInd w:val="0"/>
                    <w:spacing w:after="0" w:line="240" w:lineRule="auto"/>
                    <w:rPr>
                      <w:bCs/>
                      <w:i/>
                      <w:color w:val="000000" w:themeColor="text1"/>
                      <w:lang w:val="ru-RU"/>
                    </w:rPr>
                  </w:pPr>
                </w:p>
                <w:p w:rsidR="00CC793E" w:rsidRDefault="00CC793E" w:rsidP="00955DDA">
                  <w:pPr>
                    <w:widowControl w:val="0"/>
                    <w:suppressAutoHyphens/>
                    <w:autoSpaceDE w:val="0"/>
                    <w:autoSpaceDN w:val="0"/>
                    <w:adjustRightInd w:val="0"/>
                    <w:spacing w:after="0" w:line="240" w:lineRule="auto"/>
                    <w:jc w:val="center"/>
                    <w:rPr>
                      <w:bCs/>
                      <w:color w:val="000000" w:themeColor="text1"/>
                      <w:lang w:val="ru-RU"/>
                    </w:rPr>
                  </w:pPr>
                </w:p>
                <w:p w:rsidR="00CC793E" w:rsidRPr="00E01830" w:rsidRDefault="00CC793E" w:rsidP="00955DDA">
                  <w:pPr>
                    <w:widowControl w:val="0"/>
                    <w:suppressAutoHyphens/>
                    <w:autoSpaceDE w:val="0"/>
                    <w:autoSpaceDN w:val="0"/>
                    <w:adjustRightInd w:val="0"/>
                    <w:spacing w:after="0" w:line="240" w:lineRule="auto"/>
                    <w:jc w:val="center"/>
                    <w:rPr>
                      <w:bCs/>
                      <w:color w:val="000000" w:themeColor="text1"/>
                      <w:lang w:val="ru-RU"/>
                    </w:rPr>
                  </w:pPr>
                </w:p>
                <w:p w:rsidR="00CC793E" w:rsidRPr="00E01830" w:rsidRDefault="007B0126" w:rsidP="00955DDA">
                  <w:pPr>
                    <w:widowControl w:val="0"/>
                    <w:suppressAutoHyphens/>
                    <w:autoSpaceDE w:val="0"/>
                    <w:autoSpaceDN w:val="0"/>
                    <w:adjustRightInd w:val="0"/>
                    <w:spacing w:after="0" w:line="240" w:lineRule="auto"/>
                    <w:rPr>
                      <w:bCs/>
                      <w:color w:val="000000" w:themeColor="text1"/>
                      <w:lang w:val="ru-RU"/>
                    </w:rPr>
                  </w:pPr>
                  <w:r w:rsidRPr="00E01830">
                    <w:rPr>
                      <w:bCs/>
                      <w:color w:val="000000" w:themeColor="text1"/>
                      <w:lang w:val="ru-RU"/>
                    </w:rPr>
                    <w:t>_______________________</w:t>
                  </w:r>
                  <w:r w:rsidR="00E01830" w:rsidRPr="00E01830">
                    <w:rPr>
                      <w:bCs/>
                      <w:color w:val="000000" w:themeColor="text1"/>
                      <w:lang w:val="ru-RU"/>
                    </w:rPr>
                    <w:t>_/Мухин И.С.</w:t>
                  </w:r>
                  <w:r w:rsidRPr="00E01830">
                    <w:rPr>
                      <w:bCs/>
                      <w:color w:val="000000" w:themeColor="text1"/>
                      <w:lang w:val="ru-RU"/>
                    </w:rPr>
                    <w:t>/</w:t>
                  </w:r>
                  <w:r w:rsidR="00CC793E" w:rsidRPr="00E01830">
                    <w:rPr>
                      <w:bCs/>
                      <w:color w:val="000000" w:themeColor="text1"/>
                      <w:lang w:val="ru-RU"/>
                    </w:rPr>
                    <w:t xml:space="preserve">                          </w:t>
                  </w:r>
                </w:p>
                <w:p w:rsidR="00CC793E" w:rsidRPr="000A53F3" w:rsidRDefault="00CC793E" w:rsidP="00955DDA">
                  <w:pPr>
                    <w:widowControl w:val="0"/>
                    <w:suppressAutoHyphens/>
                    <w:autoSpaceDE w:val="0"/>
                    <w:autoSpaceDN w:val="0"/>
                    <w:adjustRightInd w:val="0"/>
                    <w:spacing w:after="0" w:line="240" w:lineRule="auto"/>
                    <w:rPr>
                      <w:bCs/>
                      <w:i/>
                      <w:color w:val="000000" w:themeColor="text1"/>
                      <w:lang w:val="ru-RU"/>
                    </w:rPr>
                  </w:pPr>
                </w:p>
                <w:p w:rsidR="00CC793E" w:rsidRPr="007B0126" w:rsidRDefault="00CC793E" w:rsidP="00955DDA">
                  <w:pPr>
                    <w:widowControl w:val="0"/>
                    <w:suppressAutoHyphens/>
                    <w:autoSpaceDE w:val="0"/>
                    <w:autoSpaceDN w:val="0"/>
                    <w:adjustRightInd w:val="0"/>
                    <w:spacing w:after="0" w:line="240" w:lineRule="auto"/>
                    <w:rPr>
                      <w:bCs/>
                      <w:i/>
                      <w:color w:val="000000" w:themeColor="text1"/>
                      <w:lang w:val="ru-RU"/>
                    </w:rPr>
                  </w:pPr>
                </w:p>
              </w:tc>
              <w:tc>
                <w:tcPr>
                  <w:tcW w:w="5095" w:type="dxa"/>
                  <w:shd w:val="clear" w:color="auto" w:fill="auto"/>
                </w:tcPr>
                <w:p w:rsidR="00CC793E" w:rsidRPr="000A53F3" w:rsidRDefault="00CC793E" w:rsidP="00955DDA">
                  <w:pPr>
                    <w:widowControl w:val="0"/>
                    <w:suppressAutoHyphens/>
                    <w:autoSpaceDE w:val="0"/>
                    <w:autoSpaceDN w:val="0"/>
                    <w:adjustRightInd w:val="0"/>
                    <w:spacing w:after="0" w:line="240" w:lineRule="auto"/>
                    <w:jc w:val="center"/>
                    <w:rPr>
                      <w:b/>
                      <w:bCs/>
                      <w:color w:val="000000" w:themeColor="text1"/>
                      <w:lang w:val="ru-RU"/>
                    </w:rPr>
                  </w:pPr>
                </w:p>
              </w:tc>
            </w:tr>
          </w:tbl>
          <w:p w:rsidR="00CC793E" w:rsidRPr="000A53F3" w:rsidRDefault="00CC793E" w:rsidP="00955DDA">
            <w:pPr>
              <w:spacing w:after="0" w:line="240" w:lineRule="auto"/>
              <w:jc w:val="both"/>
              <w:rPr>
                <w:lang w:val="ru-RU"/>
              </w:rPr>
            </w:pPr>
          </w:p>
        </w:tc>
        <w:tc>
          <w:tcPr>
            <w:tcW w:w="5163" w:type="dxa"/>
          </w:tcPr>
          <w:p w:rsidR="00CC793E" w:rsidRPr="000A53F3" w:rsidRDefault="00CC793E" w:rsidP="00955DDA">
            <w:pPr>
              <w:spacing w:after="0" w:line="240" w:lineRule="auto"/>
              <w:rPr>
                <w:lang w:val="ru-RU"/>
              </w:rPr>
            </w:pPr>
          </w:p>
        </w:tc>
      </w:tr>
    </w:tbl>
    <w:p w:rsidR="002A7D85" w:rsidRPr="00CC793E" w:rsidRDefault="002A7D85">
      <w:pPr>
        <w:rPr>
          <w:lang w:val="ru-RU"/>
        </w:rPr>
      </w:pPr>
    </w:p>
    <w:sectPr w:rsidR="002A7D85" w:rsidRPr="00CC793E" w:rsidSect="00034616">
      <w:pgSz w:w="12240" w:h="15840"/>
      <w:pgMar w:top="907" w:right="850" w:bottom="90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0" w:usb1="08070000" w:usb2="00000010" w:usb3="00000000" w:csb0="00020000" w:csb1="00000000"/>
  </w:font>
  <w:font w:name="Calibri">
    <w:panose1 w:val="020F0502020204030204"/>
    <w:charset w:val="CC"/>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modern"/>
    <w:notTrueType/>
    <w:pitch w:val="fixed"/>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779B5A23"/>
    <w:multiLevelType w:val="multilevel"/>
    <w:tmpl w:val="779B5A23"/>
    <w:lvl w:ilvl="0">
      <w:start w:val="1"/>
      <w:numFmt w:val="decimal"/>
      <w:lvlText w:val="%1."/>
      <w:lvlJc w:val="left"/>
      <w:pPr>
        <w:ind w:left="927" w:hanging="360"/>
      </w:pPr>
      <w:rPr>
        <w:rFonts w:hint="default"/>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26CB4"/>
    <w:rsid w:val="00034616"/>
    <w:rsid w:val="0006063C"/>
    <w:rsid w:val="0008111F"/>
    <w:rsid w:val="000A53F3"/>
    <w:rsid w:val="001351BE"/>
    <w:rsid w:val="0015074B"/>
    <w:rsid w:val="00152591"/>
    <w:rsid w:val="0029639D"/>
    <w:rsid w:val="002A7D85"/>
    <w:rsid w:val="002B323B"/>
    <w:rsid w:val="002B7638"/>
    <w:rsid w:val="00326F90"/>
    <w:rsid w:val="003A0925"/>
    <w:rsid w:val="00440C5B"/>
    <w:rsid w:val="00445798"/>
    <w:rsid w:val="00516083"/>
    <w:rsid w:val="005B7095"/>
    <w:rsid w:val="00602F05"/>
    <w:rsid w:val="00693773"/>
    <w:rsid w:val="0070242F"/>
    <w:rsid w:val="00727C5E"/>
    <w:rsid w:val="007B0126"/>
    <w:rsid w:val="007C3BDE"/>
    <w:rsid w:val="007D775E"/>
    <w:rsid w:val="00840244"/>
    <w:rsid w:val="009A1955"/>
    <w:rsid w:val="009D3E32"/>
    <w:rsid w:val="00A9636A"/>
    <w:rsid w:val="00AA1D8D"/>
    <w:rsid w:val="00AA4412"/>
    <w:rsid w:val="00AF3229"/>
    <w:rsid w:val="00B47730"/>
    <w:rsid w:val="00BB09F9"/>
    <w:rsid w:val="00BB136C"/>
    <w:rsid w:val="00BB72E0"/>
    <w:rsid w:val="00C764CE"/>
    <w:rsid w:val="00CB0664"/>
    <w:rsid w:val="00CC793E"/>
    <w:rsid w:val="00CF6177"/>
    <w:rsid w:val="00E01830"/>
    <w:rsid w:val="00F84AF5"/>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DE7104"/>
  <w14:defaultImageDpi w14:val="300"/>
  <w15:docId w15:val="{D9CC8F58-A53A-4682-A42D-57F86C2B5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FC693F"/>
    <w:rPr>
      <w:rFonts w:ascii="Times New Roman" w:eastAsia="Times New Roman" w:hAnsi="Times New Roman"/>
    </w:rPr>
  </w:style>
  <w:style w:type="paragraph" w:styleId="1">
    <w:name w:val="heading 1"/>
    <w:basedOn w:val="a1"/>
    <w:next w:val="a1"/>
    <w:link w:val="10"/>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Cs w:val="28"/>
    </w:rPr>
  </w:style>
  <w:style w:type="paragraph" w:styleId="21">
    <w:name w:val="heading 2"/>
    <w:basedOn w:val="a1"/>
    <w:next w:val="a1"/>
    <w:link w:val="22"/>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Cs w:val="26"/>
    </w:rPr>
  </w:style>
  <w:style w:type="paragraph" w:styleId="31">
    <w:name w:val="heading 3"/>
    <w:basedOn w:val="a1"/>
    <w:next w:val="a1"/>
    <w:link w:val="32"/>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link w:val="af"/>
    <w:uiPriority w:val="34"/>
    <w:qFormat/>
    <w:rsid w:val="00FC693F"/>
    <w:pPr>
      <w:ind w:left="720"/>
      <w:contextualSpacing/>
    </w:pPr>
  </w:style>
  <w:style w:type="paragraph" w:styleId="af0">
    <w:name w:val="Body Text"/>
    <w:basedOn w:val="a1"/>
    <w:link w:val="af1"/>
    <w:uiPriority w:val="99"/>
    <w:unhideWhenUsed/>
    <w:rsid w:val="00AA1D8D"/>
    <w:pPr>
      <w:spacing w:after="120"/>
    </w:pPr>
  </w:style>
  <w:style w:type="character" w:customStyle="1" w:styleId="af1">
    <w:name w:val="Основной текст Знак"/>
    <w:basedOn w:val="a2"/>
    <w:link w:val="af0"/>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2">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3">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4">
    <w:name w:val="macro"/>
    <w:link w:val="af5"/>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5">
    <w:name w:val="Текст макроса Знак"/>
    <w:basedOn w:val="a2"/>
    <w:link w:val="af4"/>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6">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7">
    <w:name w:val="Strong"/>
    <w:basedOn w:val="a2"/>
    <w:uiPriority w:val="22"/>
    <w:qFormat/>
    <w:rsid w:val="00FC693F"/>
    <w:rPr>
      <w:b/>
      <w:bCs/>
    </w:rPr>
  </w:style>
  <w:style w:type="character" w:styleId="af8">
    <w:name w:val="Emphasis"/>
    <w:basedOn w:val="a2"/>
    <w:uiPriority w:val="20"/>
    <w:qFormat/>
    <w:rsid w:val="00FC693F"/>
    <w:rPr>
      <w:i/>
      <w:iCs/>
    </w:rPr>
  </w:style>
  <w:style w:type="paragraph" w:styleId="af9">
    <w:name w:val="Intense Quote"/>
    <w:basedOn w:val="a1"/>
    <w:next w:val="a1"/>
    <w:link w:val="afa"/>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a">
    <w:name w:val="Выделенная цитата Знак"/>
    <w:basedOn w:val="a2"/>
    <w:link w:val="af9"/>
    <w:uiPriority w:val="30"/>
    <w:rsid w:val="00FC693F"/>
    <w:rPr>
      <w:b/>
      <w:bCs/>
      <w:i/>
      <w:iCs/>
      <w:color w:val="4F81BD" w:themeColor="accent1"/>
    </w:rPr>
  </w:style>
  <w:style w:type="character" w:styleId="afb">
    <w:name w:val="Subtle Emphasis"/>
    <w:basedOn w:val="a2"/>
    <w:uiPriority w:val="19"/>
    <w:qFormat/>
    <w:rsid w:val="00FC693F"/>
    <w:rPr>
      <w:i/>
      <w:iCs/>
      <w:color w:val="808080" w:themeColor="text1" w:themeTint="7F"/>
    </w:rPr>
  </w:style>
  <w:style w:type="character" w:styleId="afc">
    <w:name w:val="Intense Emphasis"/>
    <w:basedOn w:val="a2"/>
    <w:uiPriority w:val="21"/>
    <w:qFormat/>
    <w:rsid w:val="00FC693F"/>
    <w:rPr>
      <w:b/>
      <w:bCs/>
      <w:i/>
      <w:iCs/>
      <w:color w:val="4F81BD" w:themeColor="accent1"/>
    </w:rPr>
  </w:style>
  <w:style w:type="character" w:styleId="afd">
    <w:name w:val="Subtle Reference"/>
    <w:basedOn w:val="a2"/>
    <w:uiPriority w:val="31"/>
    <w:qFormat/>
    <w:rsid w:val="00FC693F"/>
    <w:rPr>
      <w:smallCaps/>
      <w:color w:val="C0504D" w:themeColor="accent2"/>
      <w:u w:val="single"/>
    </w:rPr>
  </w:style>
  <w:style w:type="character" w:styleId="afe">
    <w:name w:val="Intense Reference"/>
    <w:basedOn w:val="a2"/>
    <w:uiPriority w:val="32"/>
    <w:qFormat/>
    <w:rsid w:val="00FC693F"/>
    <w:rPr>
      <w:b/>
      <w:bCs/>
      <w:smallCaps/>
      <w:color w:val="C0504D" w:themeColor="accent2"/>
      <w:spacing w:val="5"/>
      <w:u w:val="single"/>
    </w:rPr>
  </w:style>
  <w:style w:type="character" w:styleId="aff">
    <w:name w:val="Book Title"/>
    <w:basedOn w:val="a2"/>
    <w:uiPriority w:val="33"/>
    <w:qFormat/>
    <w:rsid w:val="00FC693F"/>
    <w:rPr>
      <w:b/>
      <w:bCs/>
      <w:smallCaps/>
      <w:spacing w:val="5"/>
    </w:rPr>
  </w:style>
  <w:style w:type="paragraph" w:styleId="aff0">
    <w:name w:val="TOC Heading"/>
    <w:basedOn w:val="1"/>
    <w:next w:val="a1"/>
    <w:uiPriority w:val="39"/>
    <w:semiHidden/>
    <w:unhideWhenUsed/>
    <w:qFormat/>
    <w:rsid w:val="00FC693F"/>
    <w:pPr>
      <w:outlineLvl w:val="9"/>
    </w:pPr>
  </w:style>
  <w:style w:type="table" w:styleId="aff1">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2">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3">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4">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5">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6">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7">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8">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9">
    <w:name w:val="Hyperlink"/>
    <w:basedOn w:val="a2"/>
    <w:uiPriority w:val="99"/>
    <w:unhideWhenUsed/>
    <w:rsid w:val="00516083"/>
    <w:rPr>
      <w:color w:val="0000FF" w:themeColor="hyperlink"/>
      <w:u w:val="single"/>
    </w:rPr>
  </w:style>
  <w:style w:type="character" w:customStyle="1" w:styleId="UnresolvedMention">
    <w:name w:val="Unresolved Mention"/>
    <w:basedOn w:val="a2"/>
    <w:uiPriority w:val="99"/>
    <w:semiHidden/>
    <w:unhideWhenUsed/>
    <w:rsid w:val="00516083"/>
    <w:rPr>
      <w:color w:val="605E5C"/>
      <w:shd w:val="clear" w:color="auto" w:fill="E1DFDD"/>
    </w:rPr>
  </w:style>
  <w:style w:type="character" w:customStyle="1" w:styleId="af">
    <w:name w:val="Абзац списка Знак"/>
    <w:link w:val="ae"/>
    <w:uiPriority w:val="34"/>
    <w:locked/>
    <w:rsid w:val="000A53F3"/>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ffice@spbau.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ACA8ED-CA19-43AA-8F1E-8E41525D96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7</Pages>
  <Words>3147</Words>
  <Characters>17938</Characters>
  <Application>Microsoft Office Word</Application>
  <DocSecurity>0</DocSecurity>
  <Lines>149</Lines>
  <Paragraphs>42</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21043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Жуланова Юлия Андреевна</cp:lastModifiedBy>
  <cp:revision>15</cp:revision>
  <dcterms:created xsi:type="dcterms:W3CDTF">2026-07-10T12:01:00Z</dcterms:created>
  <dcterms:modified xsi:type="dcterms:W3CDTF">2026-07-21T13:46:00Z</dcterms:modified>
  <cp:category/>
</cp:coreProperties>
</file>