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10FA4" w14:textId="77777777" w:rsidR="00D509A5" w:rsidRPr="00436AA0" w:rsidRDefault="00A30CFD" w:rsidP="00436AA0">
      <w:pPr>
        <w:pStyle w:val="a9"/>
        <w:jc w:val="center"/>
        <w:rPr>
          <w:sz w:val="28"/>
          <w:szCs w:val="28"/>
          <w:lang w:val="ru-RU"/>
        </w:rPr>
      </w:pPr>
      <w:r w:rsidRPr="00436AA0">
        <w:rPr>
          <w:sz w:val="28"/>
          <w:szCs w:val="28"/>
          <w:lang w:val="ru-RU"/>
        </w:rPr>
        <w:t>ТЕХНИЧЕСКОЕ ЗАДАНИЕ</w:t>
      </w:r>
    </w:p>
    <w:p w14:paraId="3E71DE3F" w14:textId="665EF5A2" w:rsidR="00D509A5" w:rsidRPr="00436AA0" w:rsidRDefault="00A30CFD" w:rsidP="00436AA0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6AA0">
        <w:rPr>
          <w:rFonts w:ascii="Times New Roman" w:hAnsi="Times New Roman" w:cs="Times New Roman"/>
          <w:b/>
          <w:sz w:val="24"/>
          <w:szCs w:val="24"/>
          <w:lang w:val="ru-RU"/>
        </w:rPr>
        <w:t>1. Предметом выполнения Работ является:</w:t>
      </w:r>
      <w:r w:rsidR="00CF4D50" w:rsidRPr="00436A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36AA0">
        <w:rPr>
          <w:rFonts w:ascii="Times New Roman" w:hAnsi="Times New Roman" w:cs="Times New Roman"/>
          <w:sz w:val="24"/>
          <w:szCs w:val="24"/>
          <w:lang w:val="ru-RU"/>
        </w:rPr>
        <w:t>Оказание услуг по предоставлению доступа к сети интернет для нужд ФГБНУ «ФАНЦ РД».</w:t>
      </w:r>
    </w:p>
    <w:p w14:paraId="3167DE4B" w14:textId="0D749EF5" w:rsidR="00CF4D50" w:rsidRPr="00436AA0" w:rsidRDefault="00A30CFD" w:rsidP="00436AA0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6AA0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Сроки выполнения Работ: </w:t>
      </w:r>
      <w:r w:rsidRPr="00436AA0">
        <w:rPr>
          <w:rFonts w:ascii="Times New Roman" w:hAnsi="Times New Roman" w:cs="Times New Roman"/>
          <w:sz w:val="24"/>
          <w:szCs w:val="24"/>
          <w:lang w:val="ru-RU"/>
        </w:rPr>
        <w:t>в течение 15 (пятнадцати) календарных дней с даты заключения договора.</w:t>
      </w:r>
    </w:p>
    <w:p w14:paraId="78C7C10E" w14:textId="2ACBEA7E" w:rsidR="00D509A5" w:rsidRPr="00436AA0" w:rsidRDefault="00A30CFD" w:rsidP="00436AA0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6AA0">
        <w:rPr>
          <w:rFonts w:ascii="Times New Roman" w:hAnsi="Times New Roman" w:cs="Times New Roman"/>
          <w:b/>
          <w:sz w:val="24"/>
          <w:szCs w:val="24"/>
          <w:lang w:val="ru-RU"/>
        </w:rPr>
        <w:t>3. Виды работ и их описание</w:t>
      </w:r>
    </w:p>
    <w:tbl>
      <w:tblPr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864"/>
        <w:gridCol w:w="5017"/>
        <w:gridCol w:w="1751"/>
        <w:gridCol w:w="1435"/>
      </w:tblGrid>
      <w:tr w:rsidR="00D509A5" w:rsidRPr="00436AA0" w14:paraId="7894145B" w14:textId="77777777" w:rsidTr="00436AA0">
        <w:trPr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1FD0" w14:textId="77777777" w:rsidR="00D509A5" w:rsidRPr="00436AA0" w:rsidRDefault="00A30CFD" w:rsidP="00436A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2D6D" w14:textId="77777777" w:rsidR="00D509A5" w:rsidRPr="00436AA0" w:rsidRDefault="00A30CFD" w:rsidP="00436A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0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97A6" w14:textId="77777777" w:rsidR="00D509A5" w:rsidRPr="00436AA0" w:rsidRDefault="00A30CFD" w:rsidP="00436A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0">
              <w:rPr>
                <w:rFonts w:ascii="Times New Roman" w:hAnsi="Times New Roman" w:cs="Times New Roman"/>
                <w:sz w:val="24"/>
                <w:szCs w:val="24"/>
              </w:rPr>
              <w:t>Ед. изм., 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8842" w14:textId="77777777" w:rsidR="00D509A5" w:rsidRPr="00436AA0" w:rsidRDefault="00A30CFD" w:rsidP="00436A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D509A5" w:rsidRPr="00436AA0" w14:paraId="2D8FDE7F" w14:textId="77777777" w:rsidTr="00436AA0">
        <w:trPr>
          <w:trHeight w:val="838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D2BB" w14:textId="77777777" w:rsidR="00D509A5" w:rsidRPr="00436AA0" w:rsidRDefault="00A30CFD" w:rsidP="00436A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2A85" w14:textId="387AF357" w:rsidR="00D509A5" w:rsidRPr="00436AA0" w:rsidRDefault="00A30CFD" w:rsidP="00436AA0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6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Подключение</w:t>
            </w:r>
            <w:r w:rsidR="00436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36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</w:t>
            </w:r>
            <w:bookmarkStart w:id="0" w:name="_GoBack"/>
            <w:bookmarkEnd w:id="0"/>
            <w:r w:rsidRPr="00436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рокладка 8-жильным кабелем) к сети интернет по витой паре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214E" w14:textId="34E81771" w:rsidR="00D509A5" w:rsidRPr="00436AA0" w:rsidRDefault="00A30CFD" w:rsidP="00436A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6AA0">
              <w:rPr>
                <w:rFonts w:ascii="Times New Roman" w:hAnsi="Times New Roman" w:cs="Times New Roman"/>
                <w:sz w:val="24"/>
                <w:szCs w:val="24"/>
              </w:rPr>
              <w:t>Точка</w:t>
            </w:r>
            <w:proofErr w:type="spellEnd"/>
            <w:r w:rsidR="00436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6AA0">
              <w:rPr>
                <w:rFonts w:ascii="Times New Roman" w:hAnsi="Times New Roman" w:cs="Times New Roman"/>
                <w:sz w:val="24"/>
                <w:szCs w:val="24"/>
              </w:rPr>
              <w:t>подключения</w:t>
            </w:r>
            <w:proofErr w:type="spellEnd"/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AA3E" w14:textId="77777777" w:rsidR="00D509A5" w:rsidRPr="00436AA0" w:rsidRDefault="00A30CFD" w:rsidP="00436A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09A5" w:rsidRPr="00436AA0" w14:paraId="370513ED" w14:textId="77777777" w:rsidTr="00436AA0">
        <w:trPr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7D0A" w14:textId="77777777" w:rsidR="00D509A5" w:rsidRPr="00436AA0" w:rsidRDefault="00A30CFD" w:rsidP="00436A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A660" w14:textId="44F1F5EE" w:rsidR="00D509A5" w:rsidRPr="00436AA0" w:rsidRDefault="00A30CFD" w:rsidP="00436AA0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6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Пропускная</w:t>
            </w:r>
            <w:r w:rsidR="00436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36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способность канала,</w:t>
            </w:r>
            <w:r w:rsidR="00436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36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скорость интернета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7E21" w14:textId="77777777" w:rsidR="00D509A5" w:rsidRPr="00436AA0" w:rsidRDefault="00A30CFD" w:rsidP="00436A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6AA0">
              <w:rPr>
                <w:rFonts w:ascii="Times New Roman" w:hAnsi="Times New Roman" w:cs="Times New Roman"/>
                <w:sz w:val="24"/>
                <w:szCs w:val="24"/>
              </w:rPr>
              <w:t>Мбит</w:t>
            </w:r>
            <w:proofErr w:type="spellEnd"/>
            <w:r w:rsidRPr="00436AA0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75E1" w14:textId="77777777" w:rsidR="00D509A5" w:rsidRPr="00436AA0" w:rsidRDefault="00A30CFD" w:rsidP="00436A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509A5" w:rsidRPr="00436AA0" w14:paraId="527B8C56" w14:textId="77777777" w:rsidTr="00436AA0">
        <w:trPr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471C" w14:textId="77777777" w:rsidR="00D509A5" w:rsidRPr="00436AA0" w:rsidRDefault="00A30CFD" w:rsidP="00436A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D91C" w14:textId="77777777" w:rsidR="00D509A5" w:rsidRPr="00436AA0" w:rsidRDefault="00A30CFD" w:rsidP="00436A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0">
              <w:rPr>
                <w:rFonts w:ascii="Times New Roman" w:hAnsi="Times New Roman" w:cs="Times New Roman"/>
                <w:sz w:val="24"/>
                <w:szCs w:val="24"/>
              </w:rPr>
              <w:t>Выделенный IP адрес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DC24" w14:textId="77777777" w:rsidR="00D509A5" w:rsidRPr="00436AA0" w:rsidRDefault="00A30CFD" w:rsidP="00436A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12A2C" w14:textId="77777777" w:rsidR="00D509A5" w:rsidRPr="00436AA0" w:rsidRDefault="00A30CFD" w:rsidP="00436AA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330882A" w14:textId="3BE02260" w:rsidR="00D509A5" w:rsidRPr="00436AA0" w:rsidRDefault="00A30CFD" w:rsidP="00436AA0">
      <w:pPr>
        <w:ind w:firstLine="567"/>
        <w:jc w:val="both"/>
        <w:rPr>
          <w:rFonts w:cs="Times New Roman"/>
          <w:szCs w:val="24"/>
          <w:lang w:val="ru-RU"/>
        </w:rPr>
      </w:pPr>
      <w:r w:rsidRPr="00436AA0">
        <w:rPr>
          <w:rFonts w:cs="Times New Roman"/>
          <w:szCs w:val="24"/>
          <w:lang w:val="ru-RU"/>
        </w:rPr>
        <w:t xml:space="preserve">Место оказания услуг: животноводческая ферма ФГБНУ «ФАНЦ РД» по адресу Республика Дагестан, </w:t>
      </w:r>
      <w:proofErr w:type="spellStart"/>
      <w:r w:rsidRPr="00436AA0">
        <w:rPr>
          <w:rFonts w:cs="Times New Roman"/>
          <w:szCs w:val="24"/>
          <w:lang w:val="ru-RU"/>
        </w:rPr>
        <w:t>Карабудахкентский</w:t>
      </w:r>
      <w:proofErr w:type="spellEnd"/>
      <w:r w:rsidRPr="00436AA0">
        <w:rPr>
          <w:rFonts w:cs="Times New Roman"/>
          <w:szCs w:val="24"/>
          <w:lang w:val="ru-RU"/>
        </w:rPr>
        <w:t xml:space="preserve"> район, район Аэропорта «</w:t>
      </w:r>
      <w:proofErr w:type="spellStart"/>
      <w:r w:rsidRPr="00436AA0">
        <w:rPr>
          <w:rFonts w:cs="Times New Roman"/>
          <w:szCs w:val="24"/>
          <w:lang w:val="ru-RU"/>
        </w:rPr>
        <w:t>Уйташ</w:t>
      </w:r>
      <w:proofErr w:type="spellEnd"/>
      <w:r w:rsidRPr="00436AA0">
        <w:rPr>
          <w:rFonts w:cs="Times New Roman"/>
          <w:szCs w:val="24"/>
          <w:lang w:val="ru-RU"/>
        </w:rPr>
        <w:t>».</w:t>
      </w:r>
    </w:p>
    <w:sectPr w:rsidR="00D509A5" w:rsidRPr="00436AA0" w:rsidSect="00436AA0"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36AA0"/>
    <w:rsid w:val="00A30CFD"/>
    <w:rsid w:val="00AA1D8D"/>
    <w:rsid w:val="00B47730"/>
    <w:rsid w:val="00CB0664"/>
    <w:rsid w:val="00CF4D50"/>
    <w:rsid w:val="00D37F96"/>
    <w:rsid w:val="00D509A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70A780"/>
  <w14:defaultImageDpi w14:val="300"/>
  <w15:docId w15:val="{FF23E141-526C-41AD-966D-E2E88EB7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22BB8C-AA80-4DCF-B96D-4C0A436BC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Магомед Магомедов</cp:lastModifiedBy>
  <cp:revision>2</cp:revision>
  <dcterms:created xsi:type="dcterms:W3CDTF">2026-08-25T13:21:00Z</dcterms:created>
  <dcterms:modified xsi:type="dcterms:W3CDTF">2026-08-25T13:21:00Z</dcterms:modified>
  <cp:category/>
</cp:coreProperties>
</file>